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32"/>
        </w:rPr>
        <w:t>Could You Be an Equestrian Events Manager?</w:t>
      </w:r>
    </w:p>
    <w:p>
      <w:r>
        <w:t>Imagine thousands of people arriving at a major horse show. There are competitors, horses, judges, officials, sponsors, trade stands, caterers, spectators, parking, deliveries, toilets, arenas, timetables, staff and volunteers. Someone has to help make all of it work together.</w:t>
      </w:r>
    </w:p>
    <w:p>
      <w:r>
        <w:t>An equestrian events manager may spend months planning an event — and then very long days making sure it actually happens. When something goes wrong, everyone may look to you.</w:t>
      </w:r>
    </w:p>
    <w:p>
      <w:r>
        <w:t>This career can require organisation, leadership, communication, budgeting, forward planning, resilience and an ability to make decisions under pressure.</w:t>
      </w:r>
    </w:p>
    <w:p>
      <w:r>
        <w:rPr>
          <w:b/>
        </w:rPr>
        <w:t>There are no right or wrong answers. Choose the answer that sounds MOST like you.</w:t>
      </w:r>
    </w:p>
    <w:p>
      <w:r>
        <w:rPr>
          <w:b/>
        </w:rPr>
        <w:t>1. You're organising a large horse show. Where would you naturally start?</w:t>
      </w:r>
    </w:p>
    <w:p>
      <w:pPr>
        <w:spacing w:after="20"/>
        <w:ind w:left="288"/>
      </w:pPr>
      <w:r>
        <w:t>☐ A. Break the whole event into areas, deadlines, responsibilities and priorities</w:t>
      </w:r>
    </w:p>
    <w:p>
      <w:pPr>
        <w:spacing w:after="20"/>
        <w:ind w:left="288"/>
      </w:pPr>
      <w:r>
        <w:t>☐ B. Make a basic list of everything we need</w:t>
      </w:r>
    </w:p>
    <w:p>
      <w:pPr>
        <w:spacing w:after="20"/>
        <w:ind w:left="288"/>
      </w:pPr>
      <w:r>
        <w:t>☐ C. Start with whichever job seems most interesting</w:t>
      </w:r>
    </w:p>
    <w:p>
      <w:pPr>
        <w:spacing w:after="20"/>
        <w:ind w:left="288"/>
      </w:pPr>
      <w:r>
        <w:t>☐ D. Wait for somebody to tell me what to organise</w:t>
      </w:r>
    </w:p>
    <w:p>
      <w:r>
        <w:rPr>
          <w:b/>
        </w:rPr>
        <w:t>2. It's 6am on show morning and one of your main suppliers hasn't arrived.</w:t>
      </w:r>
    </w:p>
    <w:p>
      <w:pPr>
        <w:spacing w:after="20"/>
        <w:ind w:left="288"/>
      </w:pPr>
      <w:r>
        <w:t>☐ A. Contact them immediately while starting the backup plan</w:t>
      </w:r>
    </w:p>
    <w:p>
      <w:pPr>
        <w:spacing w:after="20"/>
        <w:ind w:left="288"/>
      </w:pPr>
      <w:r>
        <w:t>☐ B. Phone them and wait to hear what's happened</w:t>
      </w:r>
    </w:p>
    <w:p>
      <w:pPr>
        <w:spacing w:after="20"/>
        <w:ind w:left="288"/>
      </w:pPr>
      <w:r>
        <w:t>☐ C. Panic because everything was arranged</w:t>
      </w:r>
    </w:p>
    <w:p>
      <w:pPr>
        <w:spacing w:after="20"/>
        <w:ind w:left="288"/>
      </w:pPr>
      <w:r>
        <w:t>☐ D. Hope they'll arrive soon</w:t>
      </w:r>
    </w:p>
    <w:p>
      <w:r>
        <w:rPr>
          <w:b/>
        </w:rPr>
        <w:t>3. How do you feel about lists, schedules and deadlines?</w:t>
      </w:r>
    </w:p>
    <w:p>
      <w:pPr>
        <w:spacing w:after="20"/>
        <w:ind w:left="288"/>
      </w:pPr>
      <w:r>
        <w:t>☐ A. I actually like knowing what needs to happen and when</w:t>
      </w:r>
    </w:p>
    <w:p>
      <w:pPr>
        <w:spacing w:after="20"/>
        <w:ind w:left="288"/>
      </w:pPr>
      <w:r>
        <w:t>☐ B. They're useful when there's lots to remember</w:t>
      </w:r>
    </w:p>
    <w:p>
      <w:pPr>
        <w:spacing w:after="20"/>
        <w:ind w:left="288"/>
      </w:pPr>
      <w:r>
        <w:t>☐ C. I use them when somebody makes me</w:t>
      </w:r>
    </w:p>
    <w:p>
      <w:pPr>
        <w:spacing w:after="20"/>
        <w:ind w:left="288"/>
      </w:pPr>
      <w:r>
        <w:t>☐ D. I really dislike planning</w:t>
      </w:r>
    </w:p>
    <w:p>
      <w:r>
        <w:rPr>
          <w:b/>
        </w:rPr>
        <w:t>4. A judge phones to say they're stuck in traffic. The first class starts in 30 minutes.</w:t>
      </w:r>
    </w:p>
    <w:p>
      <w:pPr>
        <w:spacing w:after="20"/>
        <w:ind w:left="288"/>
      </w:pPr>
      <w:r>
        <w:t>☐ A. Find out their arrival time and work out how to adjust the plan</w:t>
      </w:r>
    </w:p>
    <w:p>
      <w:pPr>
        <w:spacing w:after="20"/>
        <w:ind w:left="288"/>
      </w:pPr>
      <w:r>
        <w:t>☐ B. Ask somebody senior what to do</w:t>
      </w:r>
    </w:p>
    <w:p>
      <w:pPr>
        <w:spacing w:after="20"/>
        <w:ind w:left="288"/>
      </w:pPr>
      <w:r>
        <w:t>☐ C. Delay everything until they arrive</w:t>
      </w:r>
    </w:p>
    <w:p>
      <w:pPr>
        <w:spacing w:after="20"/>
        <w:ind w:left="288"/>
      </w:pPr>
      <w:r>
        <w:t>☐ D. Panic</w:t>
      </w:r>
    </w:p>
    <w:p>
      <w:r>
        <w:rPr>
          <w:b/>
        </w:rPr>
        <w:t>5. You have £20,000 left in your event budget and several departments still need money.</w:t>
      </w:r>
    </w:p>
    <w:p>
      <w:pPr>
        <w:spacing w:after="20"/>
        <w:ind w:left="288"/>
      </w:pPr>
      <w:r>
        <w:t>☐ A. Look at priorities, commitments and the figures before making decisions</w:t>
      </w:r>
    </w:p>
    <w:p>
      <w:pPr>
        <w:spacing w:after="20"/>
        <w:ind w:left="288"/>
      </w:pPr>
      <w:r>
        <w:t>☐ B. Divide the money between everyone</w:t>
      </w:r>
    </w:p>
    <w:p>
      <w:pPr>
        <w:spacing w:after="20"/>
        <w:ind w:left="288"/>
      </w:pPr>
      <w:r>
        <w:t>☐ C. Give it to whoever asks first</w:t>
      </w:r>
    </w:p>
    <w:p>
      <w:pPr>
        <w:spacing w:after="20"/>
        <w:ind w:left="288"/>
      </w:pPr>
      <w:r>
        <w:t>☐ D. I'd hate being responsible for a budget</w:t>
      </w:r>
    </w:p>
    <w:p>
      <w:r>
        <w:rPr>
          <w:b/>
        </w:rPr>
        <w:t>6. Two members of your team both need you urgently.</w:t>
      </w:r>
    </w:p>
    <w:p>
      <w:pPr>
        <w:spacing w:after="20"/>
        <w:ind w:left="288"/>
      </w:pPr>
      <w:r>
        <w:t>☐ A. Work out which problem is genuinely more urgent and deal with that first</w:t>
      </w:r>
    </w:p>
    <w:p>
      <w:pPr>
        <w:spacing w:after="20"/>
        <w:ind w:left="288"/>
      </w:pPr>
      <w:r>
        <w:t>☐ B. Try to help both at once</w:t>
      </w:r>
    </w:p>
    <w:p>
      <w:pPr>
        <w:spacing w:after="20"/>
        <w:ind w:left="288"/>
      </w:pPr>
      <w:r>
        <w:t>☐ C. Become stressed because I don't want to choose</w:t>
      </w:r>
    </w:p>
    <w:p>
      <w:pPr>
        <w:spacing w:after="20"/>
        <w:ind w:left="288"/>
      </w:pPr>
      <w:r>
        <w:t>☐ D. Tell them to sort it out themselves</w:t>
      </w:r>
    </w:p>
    <w:p>
      <w:r>
        <w:rPr>
          <w:b/>
        </w:rPr>
        <w:t>7. A volunteer hasn't turned up for an important job.</w:t>
      </w:r>
    </w:p>
    <w:p>
      <w:pPr>
        <w:spacing w:after="20"/>
        <w:ind w:left="288"/>
      </w:pPr>
      <w:r>
        <w:t>☐ A. Reorganise the team and cover the position</w:t>
      </w:r>
    </w:p>
    <w:p>
      <w:pPr>
        <w:spacing w:after="20"/>
        <w:ind w:left="288"/>
      </w:pPr>
      <w:r>
        <w:t>☐ B. Phone them repeatedly</w:t>
      </w:r>
    </w:p>
    <w:p>
      <w:pPr>
        <w:spacing w:after="20"/>
        <w:ind w:left="288"/>
      </w:pPr>
      <w:r>
        <w:t>☐ C. Complain that they've let everyone down</w:t>
      </w:r>
    </w:p>
    <w:p>
      <w:pPr>
        <w:spacing w:after="20"/>
        <w:ind w:left="288"/>
      </w:pPr>
      <w:r>
        <w:t>☐ D. Leave the job uncovered</w:t>
      </w:r>
    </w:p>
    <w:p>
      <w:r>
        <w:rPr>
          <w:b/>
        </w:rPr>
        <w:t>8. Which sounds most satisfying?</w:t>
      </w:r>
    </w:p>
    <w:p>
      <w:pPr>
        <w:spacing w:after="20"/>
        <w:ind w:left="288"/>
      </w:pPr>
      <w:r>
        <w:t>☐ A. Seeing thousands of people enjoying an event I helped organise</w:t>
      </w:r>
    </w:p>
    <w:p>
      <w:pPr>
        <w:spacing w:after="20"/>
        <w:ind w:left="288"/>
      </w:pPr>
      <w:r>
        <w:t>☐ B. Competing at the event myself</w:t>
      </w:r>
    </w:p>
    <w:p>
      <w:pPr>
        <w:spacing w:after="20"/>
        <w:ind w:left="288"/>
      </w:pPr>
      <w:r>
        <w:t>☐ C. Looking after the horses</w:t>
      </w:r>
    </w:p>
    <w:p>
      <w:pPr>
        <w:spacing w:after="20"/>
        <w:ind w:left="288"/>
      </w:pPr>
      <w:r>
        <w:t>☐ D. Working somewhere quiet and predictable</w:t>
      </w:r>
    </w:p>
    <w:p>
      <w:r>
        <w:rPr>
          <w:b/>
        </w:rPr>
        <w:t>9. The timetable is already running 20 minutes late.</w:t>
      </w:r>
    </w:p>
    <w:p>
      <w:pPr>
        <w:spacing w:after="20"/>
        <w:ind w:left="288"/>
      </w:pPr>
      <w:r>
        <w:t>☐ A. Find out what's causing the delay and where time could safely be recovered</w:t>
      </w:r>
    </w:p>
    <w:p>
      <w:pPr>
        <w:spacing w:after="20"/>
        <w:ind w:left="288"/>
      </w:pPr>
      <w:r>
        <w:t>☐ B. Tell everyone to hurry up</w:t>
      </w:r>
    </w:p>
    <w:p>
      <w:pPr>
        <w:spacing w:after="20"/>
        <w:ind w:left="288"/>
      </w:pPr>
      <w:r>
        <w:t>☐ C. Accept that the whole day will now run late</w:t>
      </w:r>
    </w:p>
    <w:p>
      <w:pPr>
        <w:spacing w:after="20"/>
        <w:ind w:left="288"/>
      </w:pPr>
      <w:r>
        <w:t>☐ D. Blame whoever caused it</w:t>
      </w:r>
    </w:p>
    <w:p>
      <w:r>
        <w:rPr>
          <w:b/>
        </w:rPr>
        <w:t>10. A sponsor arrives and needs assistance while you're already extremely busy.</w:t>
      </w:r>
    </w:p>
    <w:p>
      <w:pPr>
        <w:spacing w:after="20"/>
        <w:ind w:left="288"/>
      </w:pPr>
      <w:r>
        <w:t>☐ A. Make sure they're looked after appropriately, even if I delegate it to someone reliable</w:t>
      </w:r>
    </w:p>
    <w:p>
      <w:pPr>
        <w:spacing w:after="20"/>
        <w:ind w:left="288"/>
      </w:pPr>
      <w:r>
        <w:t>☐ B. Tell them I'll see them later</w:t>
      </w:r>
    </w:p>
    <w:p>
      <w:pPr>
        <w:spacing w:after="20"/>
        <w:ind w:left="288"/>
      </w:pPr>
      <w:r>
        <w:t>☐ C. Hope somebody else notices them</w:t>
      </w:r>
    </w:p>
    <w:p>
      <w:pPr>
        <w:spacing w:after="20"/>
        <w:ind w:left="288"/>
      </w:pPr>
      <w:r>
        <w:t>☐ D. Sponsors aren't really my responsibility</w:t>
      </w:r>
    </w:p>
    <w:p>
      <w:r>
        <w:rPr>
          <w:b/>
        </w:rPr>
        <w:t>11. The weather forecast changes dramatically two days before an outdoor event.</w:t>
      </w:r>
    </w:p>
    <w:p>
      <w:pPr>
        <w:spacing w:after="20"/>
        <w:ind w:left="288"/>
      </w:pPr>
      <w:r>
        <w:t>☐ A. Review the plans and prepare realistic alternatives</w:t>
      </w:r>
    </w:p>
    <w:p>
      <w:pPr>
        <w:spacing w:after="20"/>
        <w:ind w:left="288"/>
      </w:pPr>
      <w:r>
        <w:t>☐ B. Keep checking the forecast</w:t>
      </w:r>
    </w:p>
    <w:p>
      <w:pPr>
        <w:spacing w:after="20"/>
        <w:ind w:left="288"/>
      </w:pPr>
      <w:r>
        <w:t>☐ C. Hope it changes again</w:t>
      </w:r>
    </w:p>
    <w:p>
      <w:pPr>
        <w:spacing w:after="20"/>
        <w:ind w:left="288"/>
      </w:pPr>
      <w:r>
        <w:t>☐ D. There's nothing anyone can do about weather</w:t>
      </w:r>
    </w:p>
    <w:p>
      <w:r>
        <w:rPr>
          <w:b/>
        </w:rPr>
        <w:t>12. How would you feel about coordinating lots of different people?</w:t>
      </w:r>
    </w:p>
    <w:p>
      <w:pPr>
        <w:spacing w:after="20"/>
        <w:ind w:left="288"/>
      </w:pPr>
      <w:r>
        <w:t>☐ A. I'd enjoy bringing everyone together around one plan</w:t>
      </w:r>
    </w:p>
    <w:p>
      <w:pPr>
        <w:spacing w:after="20"/>
        <w:ind w:left="288"/>
      </w:pPr>
      <w:r>
        <w:t>☐ B. I'd be willing to learn</w:t>
      </w:r>
    </w:p>
    <w:p>
      <w:pPr>
        <w:spacing w:after="20"/>
        <w:ind w:left="288"/>
      </w:pPr>
      <w:r>
        <w:t>☐ C. I'd rather be responsible only for myself</w:t>
      </w:r>
    </w:p>
    <w:p>
      <w:pPr>
        <w:spacing w:after="20"/>
        <w:ind w:left="288"/>
      </w:pPr>
      <w:r>
        <w:t>☐ D. I dislike telling other people what needs doing</w:t>
      </w:r>
    </w:p>
    <w:p>
      <w:r>
        <w:rPr>
          <w:b/>
        </w:rPr>
        <w:t>13. A member of staff makes a mistake that causes a problem.</w:t>
      </w:r>
    </w:p>
    <w:p>
      <w:pPr>
        <w:spacing w:after="20"/>
        <w:ind w:left="288"/>
      </w:pPr>
      <w:r>
        <w:t>☐ A. Deal with the immediate problem first and discuss what happened afterwards</w:t>
      </w:r>
    </w:p>
    <w:p>
      <w:pPr>
        <w:spacing w:after="20"/>
        <w:ind w:left="288"/>
      </w:pPr>
      <w:r>
        <w:t>☐ B. Tell them to fix it</w:t>
      </w:r>
    </w:p>
    <w:p>
      <w:pPr>
        <w:spacing w:after="20"/>
        <w:ind w:left="288"/>
      </w:pPr>
      <w:r>
        <w:t>☐ C. Get angry because they should have known better</w:t>
      </w:r>
    </w:p>
    <w:p>
      <w:pPr>
        <w:spacing w:after="20"/>
        <w:ind w:left="288"/>
      </w:pPr>
      <w:r>
        <w:t>☐ D. Make sure everyone knows it wasn't my fault</w:t>
      </w:r>
    </w:p>
    <w:p>
      <w:r>
        <w:rPr>
          <w:b/>
        </w:rPr>
        <w:t>14. You're planning something months in advance.</w:t>
      </w:r>
    </w:p>
    <w:p>
      <w:pPr>
        <w:spacing w:after="20"/>
        <w:ind w:left="288"/>
      </w:pPr>
      <w:r>
        <w:t>☐ A. I naturally think about what needs to happen between now and then</w:t>
      </w:r>
    </w:p>
    <w:p>
      <w:pPr>
        <w:spacing w:after="20"/>
        <w:ind w:left="288"/>
      </w:pPr>
      <w:r>
        <w:t>☐ B. I can plan ahead when necessary</w:t>
      </w:r>
    </w:p>
    <w:p>
      <w:pPr>
        <w:spacing w:after="20"/>
        <w:ind w:left="288"/>
      </w:pPr>
      <w:r>
        <w:t>☐ C. I prefer thinking about things nearer the time</w:t>
      </w:r>
    </w:p>
    <w:p>
      <w:pPr>
        <w:spacing w:after="20"/>
        <w:ind w:left="288"/>
      </w:pPr>
      <w:r>
        <w:t>☐ D. Long-term planning really doesn't suit me</w:t>
      </w:r>
    </w:p>
    <w:p>
      <w:r>
        <w:rPr>
          <w:b/>
        </w:rPr>
        <w:t>15. A trader says the space they've been allocated isn't what they expected and they're angry.</w:t>
      </w:r>
    </w:p>
    <w:p>
      <w:pPr>
        <w:spacing w:after="20"/>
        <w:ind w:left="288"/>
      </w:pPr>
      <w:r>
        <w:t>☐ A. Listen, check what was agreed and look for a workable solution</w:t>
      </w:r>
    </w:p>
    <w:p>
      <w:pPr>
        <w:spacing w:after="20"/>
        <w:ind w:left="288"/>
      </w:pPr>
      <w:r>
        <w:t>☐ B. Find somebody else to deal with them</w:t>
      </w:r>
    </w:p>
    <w:p>
      <w:pPr>
        <w:spacing w:after="20"/>
        <w:ind w:left="288"/>
      </w:pPr>
      <w:r>
        <w:t>☐ C. Tell them there's nothing I can do</w:t>
      </w:r>
    </w:p>
    <w:p>
      <w:pPr>
        <w:spacing w:after="20"/>
        <w:ind w:left="288"/>
      </w:pPr>
      <w:r>
        <w:t>☐ D. Become angry back</w:t>
      </w:r>
    </w:p>
    <w:p>
      <w:r>
        <w:rPr>
          <w:b/>
        </w:rPr>
        <w:t>16. You're asked to manage an area of an event you've never dealt with before.</w:t>
      </w:r>
    </w:p>
    <w:p>
      <w:pPr>
        <w:spacing w:after="20"/>
        <w:ind w:left="288"/>
      </w:pPr>
      <w:r>
        <w:t>☐ A. Find out what I need to know, speak to experienced people and learn quickly</w:t>
      </w:r>
    </w:p>
    <w:p>
      <w:pPr>
        <w:spacing w:after="20"/>
        <w:ind w:left="288"/>
      </w:pPr>
      <w:r>
        <w:t>☐ B. Ask someone to explain everything to me</w:t>
      </w:r>
    </w:p>
    <w:p>
      <w:pPr>
        <w:spacing w:after="20"/>
        <w:ind w:left="288"/>
      </w:pPr>
      <w:r>
        <w:t>☐ C. Try to avoid taking responsibility for it</w:t>
      </w:r>
    </w:p>
    <w:p>
      <w:pPr>
        <w:spacing w:after="20"/>
        <w:ind w:left="288"/>
      </w:pPr>
      <w:r>
        <w:t>☐ D. Refuse</w:t>
      </w:r>
    </w:p>
    <w:p>
      <w:r>
        <w:rPr>
          <w:b/>
        </w:rPr>
        <w:t>17. How do you feel about checking small details?</w:t>
      </w:r>
    </w:p>
    <w:p>
      <w:pPr>
        <w:spacing w:after="20"/>
        <w:ind w:left="288"/>
      </w:pPr>
      <w:r>
        <w:t>☐ A. Small details can become big problems at events</w:t>
      </w:r>
    </w:p>
    <w:p>
      <w:pPr>
        <w:spacing w:after="20"/>
        <w:ind w:left="288"/>
      </w:pPr>
      <w:r>
        <w:t>☐ B. I check the important things</w:t>
      </w:r>
    </w:p>
    <w:p>
      <w:pPr>
        <w:spacing w:after="20"/>
        <w:ind w:left="288"/>
      </w:pPr>
      <w:r>
        <w:t>☐ C. I'd rather concentrate on the exciting parts</w:t>
      </w:r>
    </w:p>
    <w:p>
      <w:pPr>
        <w:spacing w:after="20"/>
        <w:ind w:left="288"/>
      </w:pPr>
      <w:r>
        <w:t>☐ D. Detail really isn't my strength</w:t>
      </w:r>
    </w:p>
    <w:p>
      <w:r>
        <w:rPr>
          <w:b/>
        </w:rPr>
        <w:t>18. A problem happens that wasn't in any of your plans.</w:t>
      </w:r>
    </w:p>
    <w:p>
      <w:pPr>
        <w:spacing w:after="20"/>
        <w:ind w:left="288"/>
      </w:pPr>
      <w:r>
        <w:t>☐ A. Stay calm, assess the situation and make the best decision I can</w:t>
      </w:r>
    </w:p>
    <w:p>
      <w:pPr>
        <w:spacing w:after="20"/>
        <w:ind w:left="288"/>
      </w:pPr>
      <w:r>
        <w:t>☐ B. Ask the team for ideas</w:t>
      </w:r>
    </w:p>
    <w:p>
      <w:pPr>
        <w:spacing w:after="20"/>
        <w:ind w:left="288"/>
      </w:pPr>
      <w:r>
        <w:t>☐ C. Become very stressed</w:t>
      </w:r>
    </w:p>
    <w:p>
      <w:pPr>
        <w:spacing w:after="20"/>
        <w:ind w:left="288"/>
      </w:pPr>
      <w:r>
        <w:t>☐ D. Freeze because there isn't a plan</w:t>
      </w:r>
    </w:p>
    <w:p>
      <w:r>
        <w:rPr>
          <w:b/>
        </w:rPr>
        <w:t>19. An event day could mean starting before sunrise and finishing late at night.</w:t>
      </w:r>
    </w:p>
    <w:p>
      <w:pPr>
        <w:spacing w:after="20"/>
        <w:ind w:left="288"/>
      </w:pPr>
      <w:r>
        <w:t>☐ A. I could accept occasional very long days as part of this career</w:t>
      </w:r>
    </w:p>
    <w:p>
      <w:pPr>
        <w:spacing w:after="20"/>
        <w:ind w:left="288"/>
      </w:pPr>
      <w:r>
        <w:t>☐ B. I'd find it hard but could manage when necessary</w:t>
      </w:r>
    </w:p>
    <w:p>
      <w:pPr>
        <w:spacing w:after="20"/>
        <w:ind w:left="288"/>
      </w:pPr>
      <w:r>
        <w:t>☐ C. I'd really struggle with those hours</w:t>
      </w:r>
    </w:p>
    <w:p>
      <w:pPr>
        <w:spacing w:after="20"/>
        <w:ind w:left="288"/>
      </w:pPr>
      <w:r>
        <w:t>☐ D. I definitely wouldn't want that</w:t>
      </w:r>
    </w:p>
    <w:p>
      <w:r>
        <w:rPr>
          <w:b/>
        </w:rPr>
        <w:t>20. Which statement sounds most like you?</w:t>
      </w:r>
    </w:p>
    <w:p>
      <w:pPr>
        <w:spacing w:after="20"/>
        <w:ind w:left="288"/>
      </w:pPr>
      <w:r>
        <w:t>☐ A. When everyone else sees chaos, I start thinking about what needs doing first</w:t>
      </w:r>
    </w:p>
    <w:p>
      <w:pPr>
        <w:spacing w:after="20"/>
        <w:ind w:left="288"/>
      </w:pPr>
      <w:r>
        <w:t>☐ B. I'm fairly calm if somebody else is in charge</w:t>
      </w:r>
    </w:p>
    <w:p>
      <w:pPr>
        <w:spacing w:after="20"/>
        <w:ind w:left="288"/>
      </w:pPr>
      <w:r>
        <w:t>☐ C. Other people's stress makes me stressed</w:t>
      </w:r>
    </w:p>
    <w:p>
      <w:pPr>
        <w:spacing w:after="20"/>
        <w:ind w:left="288"/>
      </w:pPr>
      <w:r>
        <w:t>☐ D. I prefer situations where very little changes</w:t>
      </w:r>
    </w:p>
    <w:p>
      <w:r>
        <w:rPr>
          <w:b/>
        </w:rPr>
        <w:t>21. Your event is over. What would you want to do next?</w:t>
      </w:r>
    </w:p>
    <w:p>
      <w:pPr>
        <w:spacing w:after="20"/>
        <w:ind w:left="288"/>
      </w:pPr>
      <w:r>
        <w:t>☐ A. Review what worked, what didn't and what should change next time</w:t>
      </w:r>
    </w:p>
    <w:p>
      <w:pPr>
        <w:spacing w:after="20"/>
        <w:ind w:left="288"/>
      </w:pPr>
      <w:r>
        <w:t>☐ B. Celebrate and then think about it later</w:t>
      </w:r>
    </w:p>
    <w:p>
      <w:pPr>
        <w:spacing w:after="20"/>
        <w:ind w:left="288"/>
      </w:pPr>
      <w:r>
        <w:t>☐ C. Forget about it and move on</w:t>
      </w:r>
    </w:p>
    <w:p>
      <w:pPr>
        <w:spacing w:after="20"/>
        <w:ind w:left="288"/>
      </w:pPr>
      <w:r>
        <w:t>☐ D. I wouldn't want to discuss the problems again</w:t>
      </w:r>
    </w:p>
    <w:p>
      <w:r>
        <w:rPr>
          <w:b/>
        </w:rPr>
        <w:t>22. A safety concern is raised shortly before an important class.</w:t>
      </w:r>
    </w:p>
    <w:p>
      <w:pPr>
        <w:spacing w:after="20"/>
        <w:ind w:left="288"/>
      </w:pPr>
      <w:r>
        <w:t>☐ A. Take it seriously and make sure the appropriate people assess it before continuing</w:t>
      </w:r>
    </w:p>
    <w:p>
      <w:pPr>
        <w:spacing w:after="20"/>
        <w:ind w:left="288"/>
      </w:pPr>
      <w:r>
        <w:t>☐ B. Ask whether everyone thinks it's probably okay</w:t>
      </w:r>
    </w:p>
    <w:p>
      <w:pPr>
        <w:spacing w:after="20"/>
        <w:ind w:left="288"/>
      </w:pPr>
      <w:r>
        <w:t>☐ C. Continue because the timetable is already late</w:t>
      </w:r>
    </w:p>
    <w:p>
      <w:pPr>
        <w:spacing w:after="20"/>
        <w:ind w:left="288"/>
      </w:pPr>
      <w:r>
        <w:t>☐ D. Ignore it unless somebody complains again</w:t>
      </w:r>
    </w:p>
    <w:p>
      <w:r>
        <w:rPr>
          <w:b/>
        </w:rPr>
        <w:t>23. You're offered a brilliant new attraction for your event, but it creates major logistical problems.</w:t>
      </w:r>
    </w:p>
    <w:p>
      <w:pPr>
        <w:spacing w:after="20"/>
        <w:ind w:left="288"/>
      </w:pPr>
      <w:r>
        <w:t>☐ A. Work out whether the benefit justifies the cost, space, staffing and disruption</w:t>
      </w:r>
    </w:p>
    <w:p>
      <w:pPr>
        <w:spacing w:after="20"/>
        <w:ind w:left="288"/>
      </w:pPr>
      <w:r>
        <w:t>☐ B. Say yes because it sounds brilliant</w:t>
      </w:r>
    </w:p>
    <w:p>
      <w:pPr>
        <w:spacing w:after="20"/>
        <w:ind w:left="288"/>
      </w:pPr>
      <w:r>
        <w:t>☐ C. Say no because changing the plan is difficult</w:t>
      </w:r>
    </w:p>
    <w:p>
      <w:pPr>
        <w:spacing w:after="20"/>
        <w:ind w:left="288"/>
      </w:pPr>
      <w:r>
        <w:t>☐ D. Let somebody else decide</w:t>
      </w:r>
    </w:p>
    <w:p>
      <w:r>
        <w:rPr>
          <w:b/>
        </w:rPr>
        <w:t>24. Which achievement would make you proudest?</w:t>
      </w:r>
    </w:p>
    <w:p>
      <w:pPr>
        <w:spacing w:after="20"/>
        <w:ind w:left="288"/>
      </w:pPr>
      <w:r>
        <w:t>☐ A. Standing at the end of a huge show knowing thousands of individual details came together successfully</w:t>
      </w:r>
    </w:p>
    <w:p>
      <w:pPr>
        <w:spacing w:after="20"/>
        <w:ind w:left="288"/>
      </w:pPr>
      <w:r>
        <w:t>☐ B. Being publicly praised for organising it</w:t>
      </w:r>
    </w:p>
    <w:p>
      <w:pPr>
        <w:spacing w:after="20"/>
        <w:ind w:left="288"/>
      </w:pPr>
      <w:r>
        <w:t>☐ C. Getting to meet famous riders</w:t>
      </w:r>
    </w:p>
    <w:p>
      <w:pPr>
        <w:spacing w:after="20"/>
        <w:ind w:left="288"/>
      </w:pPr>
      <w:r>
        <w:t>☐ D. Getting free tickets to major horse shows</w:t>
      </w:r>
    </w:p>
    <w:p>
      <w:r>
        <w:br w:type="page"/>
      </w:r>
    </w:p>
    <w:p>
      <w:pPr>
        <w:jc w:val="center"/>
      </w:pPr>
      <w:r>
        <w:rPr>
          <w:b/>
          <w:sz w:val="36"/>
        </w:rPr>
        <w:t>Your EquiPeeps Events Manager Match</w:t>
      </w:r>
    </w:p>
    <w:p>
      <w:r>
        <w:t>Behind-the-scenes scoring: A = 3 points, B = 2 points, C = 1 point, D = 0 points. Maximum score: 72. Keep this scoring hidden from teenagers on the website.</w:t>
      </w:r>
    </w:p>
    <w:p>
      <w:r>
        <w:rPr>
          <w:b/>
        </w:rPr>
        <w:t>55–72 — Equestrian events management is worth exploring closely</w:t>
      </w:r>
    </w:p>
    <w:p>
      <w:r>
        <w:t>Your answers suggest you may naturally enjoy planning, organising, solving problems, taking responsibility and bringing lots of different things together. You also appear prepared to make decisions when plans change.</w:t>
      </w:r>
    </w:p>
    <w:p>
      <w:r>
        <w:rPr>
          <w:b/>
        </w:rPr>
        <w:t>38–54 — There's plenty here worth exploring</w:t>
      </w:r>
    </w:p>
    <w:p>
      <w:r>
        <w:t>You have several characteristics that could suit events. Skills such as budgets, leadership, difficult conversations and making decisions under pressure can develop considerably with experience.</w:t>
      </w:r>
    </w:p>
    <w:p>
      <w:r>
        <w:rPr>
          <w:b/>
        </w:rPr>
        <w:t>20–37 — Another part of events may suit you differently</w:t>
      </w:r>
    </w:p>
    <w:p>
      <w:r>
        <w:t>You might love the atmosphere of events without wanting responsibility for the entire operation. You could explore event marketing, sponsorship, hospitality, trade stands, photography, commentary, media, competition administration or other event roles.</w:t>
      </w:r>
    </w:p>
    <w:p>
      <w:r>
        <w:rPr>
          <w:b/>
        </w:rPr>
        <w:t>0–19 — Let's explore!</w:t>
      </w:r>
    </w:p>
    <w:p>
      <w:r>
        <w:t>Large-scale events management may not currently match the way you prefer to work. You may be happier in an equestrian career that's more predictable, practical, creative, scientific or individually focused.</w:t>
      </w:r>
    </w:p>
    <w:p>
      <w:r>
        <w:rPr>
          <w:b/>
        </w:rPr>
        <w:t>The Question an Events Manager Keeps Asking: “What happens if...?”</w:t>
      </w:r>
    </w:p>
    <w:p>
      <w:r>
        <w:t>What happens if the judge is late? If it rains? If the electricity fails? If a delivery doesn't arrive? If a member of staff is ill? If we're running 30 minutes late? A strong events manager doesn't expect everything to go wrong. They understand that a plan needs a Plan B.</w:t>
      </w:r>
    </w:p>
    <w:p>
      <w:r>
        <w:rPr>
          <w:b/>
        </w:rPr>
        <w:t>Your EquiPeeps Challenge</w:t>
      </w:r>
    </w:p>
    <w:p>
      <w:r>
        <w:t>Imagine you've been asked to organise a large equestrian show. Think about competitor entries, arenas, judges, staff, volunteers, timetables, parking, horseboxes, spectators, trade stands, sponsors, catering, toilets, electricity, water, waste, first aid, veterinary and farrier arrangements, security, signage, deliveries, health and safety, emergency procedures and the budget. Now imagine three things go wrong at once. Which would you deal with first — and why?</w:t>
      </w:r>
    </w:p>
    <w:p>
      <w:r>
        <w:rPr>
          <w:b/>
        </w:rPr>
        <w:t>The Bit Spectators Don't See</w:t>
      </w:r>
    </w:p>
    <w:p>
      <w:r>
        <w:t>A spectator may arrive, enjoy the horses, buy lunch, visit the shops and go home without realising somebody started planning that day months earlier. When excellent events management is done brilliantly, most people don't notice it — everything simply seems to work.</w:t>
      </w:r>
    </w:p>
    <w:p>
      <w:r>
        <w:t>Events management isn't just about loving horse shows. It can involve budgets, contracts, suppliers, schedules, staff, volunteers, communication, safety planning, logistics, difficult decisions and extremely long days. You don't need to possess every one of those skills at 14. The question is whether you're interested in learning them.</w:t>
      </w:r>
    </w:p>
    <w:p>
      <w:r>
        <w:t>This is a career discovery activity, not a professional psychometric or aptitude assessment. It cannot tell you whether you can or cannot become an events manager.</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