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Saddle Fitter</w:t>
      </w:r>
    </w:p>
    <w:p>
      <w:r>
        <w:t>A career in saddle fitting combines horse anatomy, movement, rider balance, observation, accurate measurement, practical skill and professional responsibility. A well-considered fit can support comfort and performance, but it requires careful assessment of the horse, rider and saddle together.</w:t>
      </w:r>
    </w:p>
    <w:p>
      <w:r>
        <w:rPr>
          <w:b/>
        </w:rPr>
        <w:t>There are no right or wrong answers. Choose the answer that sounds MOST like you.</w:t>
      </w:r>
    </w:p>
    <w:p>
      <w:r>
        <w:rPr>
          <w:b/>
        </w:rPr>
        <w:t>1. How interested are you in horse anatomy and movement?</w:t>
      </w:r>
    </w:p>
    <w:p>
      <w:pPr>
        <w:spacing w:after="20"/>
        <w:ind w:left="288"/>
      </w:pPr>
      <w:r>
        <w:t>☐ A. Very — I would love understanding how shape and movement affect saddle fit</w:t>
      </w:r>
    </w:p>
    <w:p>
      <w:pPr>
        <w:spacing w:after="20"/>
        <w:ind w:left="288"/>
      </w:pPr>
      <w:r>
        <w:t>☐ B. Fairly interested</w:t>
      </w:r>
    </w:p>
    <w:p>
      <w:pPr>
        <w:spacing w:after="20"/>
        <w:ind w:left="288"/>
      </w:pPr>
      <w:r>
        <w:t>☐ C. I would learn the basics</w:t>
      </w:r>
    </w:p>
    <w:p>
      <w:pPr>
        <w:spacing w:after="20"/>
        <w:ind w:left="288"/>
      </w:pPr>
      <w:r>
        <w:t>☐ D. Anatomy does not particularly interest me</w:t>
      </w:r>
    </w:p>
    <w:p>
      <w:r>
        <w:rPr>
          <w:b/>
        </w:rPr>
        <w:t>2. A saddle looks level while the horse is standing. What would you do next?</w:t>
      </w:r>
    </w:p>
    <w:p>
      <w:pPr>
        <w:spacing w:after="20"/>
        <w:ind w:left="288"/>
      </w:pPr>
      <w:r>
        <w:t>☐ A. Assess the full fit and observe the horse and rider in movement</w:t>
      </w:r>
    </w:p>
    <w:p>
      <w:pPr>
        <w:spacing w:after="20"/>
        <w:ind w:left="288"/>
      </w:pPr>
      <w:r>
        <w:t>☐ B. Ask the rider how it feels</w:t>
      </w:r>
    </w:p>
    <w:p>
      <w:pPr>
        <w:spacing w:after="20"/>
        <w:ind w:left="288"/>
      </w:pPr>
      <w:r>
        <w:t>☐ C. Decide it fits because it looks level</w:t>
      </w:r>
    </w:p>
    <w:p>
      <w:pPr>
        <w:spacing w:after="20"/>
        <w:ind w:left="288"/>
      </w:pPr>
      <w:r>
        <w:t>☐ D. Check only whether the seat suits the rider</w:t>
      </w:r>
    </w:p>
    <w:p>
      <w:r>
        <w:rPr>
          <w:b/>
        </w:rPr>
        <w:t>3. How do you feel about taking precise measurements and detailed notes?</w:t>
      </w:r>
    </w:p>
    <w:p>
      <w:pPr>
        <w:spacing w:after="20"/>
        <w:ind w:left="288"/>
      </w:pPr>
      <w:r>
        <w:t>☐ A. I enjoy accuracy and comparing small changes over time</w:t>
      </w:r>
    </w:p>
    <w:p>
      <w:pPr>
        <w:spacing w:after="20"/>
        <w:ind w:left="288"/>
      </w:pPr>
      <w:r>
        <w:t>☐ B. I would do them carefully with training</w:t>
      </w:r>
    </w:p>
    <w:p>
      <w:pPr>
        <w:spacing w:after="20"/>
        <w:ind w:left="288"/>
      </w:pPr>
      <w:r>
        <w:t>☐ C. I prefer practical work without much paperwork</w:t>
      </w:r>
    </w:p>
    <w:p>
      <w:pPr>
        <w:spacing w:after="20"/>
        <w:ind w:left="288"/>
      </w:pPr>
      <w:r>
        <w:t>☐ D. Detailed measuring would frustrate me</w:t>
      </w:r>
    </w:p>
    <w:p>
      <w:r>
        <w:rPr>
          <w:b/>
        </w:rPr>
        <w:t>4. A horse reacts when the saddle is placed on its back.</w:t>
      </w:r>
    </w:p>
    <w:p>
      <w:pPr>
        <w:spacing w:after="20"/>
        <w:ind w:left="288"/>
      </w:pPr>
      <w:r>
        <w:t>☐ A. Stop, record the response and consider discomfort or another cause</w:t>
      </w:r>
    </w:p>
    <w:p>
      <w:pPr>
        <w:spacing w:after="20"/>
        <w:ind w:left="288"/>
      </w:pPr>
      <w:r>
        <w:t>☐ B. Ask the owner about the horse's history</w:t>
      </w:r>
    </w:p>
    <w:p>
      <w:pPr>
        <w:spacing w:after="20"/>
        <w:ind w:left="288"/>
      </w:pPr>
      <w:r>
        <w:t>☐ C. Continue gently to see whether the horse settles</w:t>
      </w:r>
    </w:p>
    <w:p>
      <w:pPr>
        <w:spacing w:after="20"/>
        <w:ind w:left="288"/>
      </w:pPr>
      <w:r>
        <w:t>☐ D. Assume the horse is being difficult</w:t>
      </w:r>
    </w:p>
    <w:p>
      <w:r>
        <w:rPr>
          <w:b/>
        </w:rPr>
        <w:t>5. Which school subjects sound most useful to you?</w:t>
      </w:r>
    </w:p>
    <w:p>
      <w:pPr>
        <w:spacing w:after="20"/>
        <w:ind w:left="288"/>
      </w:pPr>
      <w:r>
        <w:t>☐ A. Biology, science and design technology</w:t>
      </w:r>
    </w:p>
    <w:p>
      <w:pPr>
        <w:spacing w:after="20"/>
        <w:ind w:left="288"/>
      </w:pPr>
      <w:r>
        <w:t>☐ B. Maths and business</w:t>
      </w:r>
    </w:p>
    <w:p>
      <w:pPr>
        <w:spacing w:after="20"/>
        <w:ind w:left="288"/>
      </w:pPr>
      <w:r>
        <w:t>☐ C. English and media</w:t>
      </w:r>
    </w:p>
    <w:p>
      <w:pPr>
        <w:spacing w:after="20"/>
        <w:ind w:left="288"/>
      </w:pPr>
      <w:r>
        <w:t>☐ D. Art</w:t>
      </w:r>
    </w:p>
    <w:p>
      <w:r>
        <w:rPr>
          <w:b/>
        </w:rPr>
        <w:t>6. The rider and horse appear unbalanced together.</w:t>
      </w:r>
    </w:p>
    <w:p>
      <w:pPr>
        <w:spacing w:after="20"/>
        <w:ind w:left="288"/>
      </w:pPr>
      <w:r>
        <w:t>☐ A. Assess the horse, rider and saddle before reaching a conclusion</w:t>
      </w:r>
    </w:p>
    <w:p>
      <w:pPr>
        <w:spacing w:after="20"/>
        <w:ind w:left="288"/>
      </w:pPr>
      <w:r>
        <w:t>☐ B. Ask the rider's coach for relevant information</w:t>
      </w:r>
    </w:p>
    <w:p>
      <w:pPr>
        <w:spacing w:after="20"/>
        <w:ind w:left="288"/>
      </w:pPr>
      <w:r>
        <w:t>☐ C. Adjust the saddle immediately</w:t>
      </w:r>
    </w:p>
    <w:p>
      <w:pPr>
        <w:spacing w:after="20"/>
        <w:ind w:left="288"/>
      </w:pPr>
      <w:r>
        <w:t>☐ D. Assume the rider is the only problem</w:t>
      </w:r>
    </w:p>
    <w:p>
      <w:r>
        <w:rPr>
          <w:b/>
        </w:rPr>
        <w:t>7. How do you feel about detailed practical work?</w:t>
      </w:r>
    </w:p>
    <w:p>
      <w:pPr>
        <w:spacing w:after="20"/>
        <w:ind w:left="288"/>
      </w:pPr>
      <w:r>
        <w:t>☐ A. I enjoy careful fitting, checking and making precise adjustments</w:t>
      </w:r>
    </w:p>
    <w:p>
      <w:pPr>
        <w:spacing w:after="20"/>
        <w:ind w:left="288"/>
      </w:pPr>
      <w:r>
        <w:t>☐ B. I am reasonably careful</w:t>
      </w:r>
    </w:p>
    <w:p>
      <w:pPr>
        <w:spacing w:after="20"/>
        <w:ind w:left="288"/>
      </w:pPr>
      <w:r>
        <w:t>☐ C. I prefer quicker practical jobs</w:t>
      </w:r>
    </w:p>
    <w:p>
      <w:pPr>
        <w:spacing w:after="20"/>
        <w:ind w:left="288"/>
      </w:pPr>
      <w:r>
        <w:t>☐ D. Fine detail does not interest me</w:t>
      </w:r>
    </w:p>
    <w:p>
      <w:r>
        <w:rPr>
          <w:b/>
        </w:rPr>
        <w:t>8. A client wants to buy a saddle that is unsuitable for the horse.</w:t>
      </w:r>
    </w:p>
    <w:p>
      <w:pPr>
        <w:spacing w:after="20"/>
        <w:ind w:left="288"/>
      </w:pPr>
      <w:r>
        <w:t>☐ A. Explain the concern clearly and recommend a welfare-led alternative</w:t>
      </w:r>
    </w:p>
    <w:p>
      <w:pPr>
        <w:spacing w:after="20"/>
        <w:ind w:left="288"/>
      </w:pPr>
      <w:r>
        <w:t>☐ B. Ask another fitter for a second opinion</w:t>
      </w:r>
    </w:p>
    <w:p>
      <w:pPr>
        <w:spacing w:after="20"/>
        <w:ind w:left="288"/>
      </w:pPr>
      <w:r>
        <w:t>☐ C. Sell it if the client accepts the risk</w:t>
      </w:r>
    </w:p>
    <w:p>
      <w:pPr>
        <w:spacing w:after="20"/>
        <w:ind w:left="288"/>
      </w:pPr>
      <w:r>
        <w:t>☐ D. Agree because the client is paying</w:t>
      </w:r>
    </w:p>
    <w:p>
      <w:r>
        <w:rPr>
          <w:b/>
        </w:rPr>
        <w:t>9. How do you feel about continually studying throughout your career?</w:t>
      </w:r>
    </w:p>
    <w:p>
      <w:pPr>
        <w:spacing w:after="20"/>
        <w:ind w:left="288"/>
      </w:pPr>
      <w:r>
        <w:t>☐ A. I would keep learning as research, materials and fitting practice develop</w:t>
      </w:r>
    </w:p>
    <w:p>
      <w:pPr>
        <w:spacing w:after="20"/>
        <w:ind w:left="288"/>
      </w:pPr>
      <w:r>
        <w:t>☐ B. I would be happy to attend regular training</w:t>
      </w:r>
    </w:p>
    <w:p>
      <w:pPr>
        <w:spacing w:after="20"/>
        <w:ind w:left="288"/>
      </w:pPr>
      <w:r>
        <w:t>☐ C. I would rather qualify and rely on experience</w:t>
      </w:r>
    </w:p>
    <w:p>
      <w:pPr>
        <w:spacing w:after="20"/>
        <w:ind w:left="288"/>
      </w:pPr>
      <w:r>
        <w:t>☐ D. I do not enjoy studying</w:t>
      </w:r>
    </w:p>
    <w:p>
      <w:r>
        <w:rPr>
          <w:b/>
        </w:rPr>
        <w:t>10. A horse has changed shape since its previous appointment.</w:t>
      </w:r>
    </w:p>
    <w:p>
      <w:pPr>
        <w:spacing w:after="20"/>
        <w:ind w:left="288"/>
      </w:pPr>
      <w:r>
        <w:t>☐ A. Reassess the complete fit and discuss possible reasons for the change</w:t>
      </w:r>
    </w:p>
    <w:p>
      <w:pPr>
        <w:spacing w:after="20"/>
        <w:ind w:left="288"/>
      </w:pPr>
      <w:r>
        <w:t>☐ B. Compare the horse with previous records</w:t>
      </w:r>
    </w:p>
    <w:p>
      <w:pPr>
        <w:spacing w:after="20"/>
        <w:ind w:left="288"/>
      </w:pPr>
      <w:r>
        <w:t>☐ C. Make a quick adjustment to the saddle</w:t>
      </w:r>
    </w:p>
    <w:p>
      <w:pPr>
        <w:spacing w:after="20"/>
        <w:ind w:left="288"/>
      </w:pPr>
      <w:r>
        <w:t>☐ D. Assume the old fit is still acceptable</w:t>
      </w:r>
    </w:p>
    <w:p>
      <w:r>
        <w:rPr>
          <w:b/>
        </w:rPr>
        <w:t>11. Which part of saddle fitting sounds most interesting?</w:t>
      </w:r>
    </w:p>
    <w:p>
      <w:pPr>
        <w:spacing w:after="20"/>
        <w:ind w:left="288"/>
      </w:pPr>
      <w:r>
        <w:t>☐ A. Understanding how the horse, rider and saddle influence one another</w:t>
      </w:r>
    </w:p>
    <w:p>
      <w:pPr>
        <w:spacing w:after="20"/>
        <w:ind w:left="288"/>
      </w:pPr>
      <w:r>
        <w:t>☐ B. Assessing and adjusting saddles</w:t>
      </w:r>
    </w:p>
    <w:p>
      <w:pPr>
        <w:spacing w:after="20"/>
        <w:ind w:left="288"/>
      </w:pPr>
      <w:r>
        <w:t>☐ C. Working with many horses and riders</w:t>
      </w:r>
    </w:p>
    <w:p>
      <w:pPr>
        <w:spacing w:after="20"/>
        <w:ind w:left="288"/>
      </w:pPr>
      <w:r>
        <w:t>☐ D. Selling attractive saddles</w:t>
      </w:r>
    </w:p>
    <w:p>
      <w:r>
        <w:rPr>
          <w:b/>
        </w:rPr>
        <w:t>12. You are asked to alter a saddle beyond your training or equipment.</w:t>
      </w:r>
    </w:p>
    <w:p>
      <w:pPr>
        <w:spacing w:after="20"/>
        <w:ind w:left="288"/>
      </w:pPr>
      <w:r>
        <w:t>☐ A. Be honest and refer the work to an appropriately skilled professional</w:t>
      </w:r>
    </w:p>
    <w:p>
      <w:pPr>
        <w:spacing w:after="20"/>
        <w:ind w:left="288"/>
      </w:pPr>
      <w:r>
        <w:t>☐ B. Ask an experienced fitter or saddler for help</w:t>
      </w:r>
    </w:p>
    <w:p>
      <w:pPr>
        <w:spacing w:after="20"/>
        <w:ind w:left="288"/>
      </w:pPr>
      <w:r>
        <w:t>☐ C. Try a small alteration and check the result</w:t>
      </w:r>
    </w:p>
    <w:p>
      <w:pPr>
        <w:spacing w:after="20"/>
        <w:ind w:left="288"/>
      </w:pPr>
      <w:r>
        <w:t>☐ D. Work it out as I go</w:t>
      </w:r>
    </w:p>
    <w:p>
      <w:r>
        <w:rPr>
          <w:b/>
        </w:rPr>
        <w:t>13. A horse moves differently under saddle during the assessment.</w:t>
      </w:r>
    </w:p>
    <w:p>
      <w:pPr>
        <w:spacing w:after="20"/>
        <w:ind w:left="288"/>
      </w:pPr>
      <w:r>
        <w:t>☐ A. Observe carefully, stop if necessary and investigate the possible cause</w:t>
      </w:r>
    </w:p>
    <w:p>
      <w:pPr>
        <w:spacing w:after="20"/>
        <w:ind w:left="288"/>
      </w:pPr>
      <w:r>
        <w:t>☐ B. Ask the rider to repeat the movement</w:t>
      </w:r>
    </w:p>
    <w:p>
      <w:pPr>
        <w:spacing w:after="20"/>
        <w:ind w:left="288"/>
      </w:pPr>
      <w:r>
        <w:t>☐ C. Tighten or reposition the saddle immediately</w:t>
      </w:r>
    </w:p>
    <w:p>
      <w:pPr>
        <w:spacing w:after="20"/>
        <w:ind w:left="288"/>
      </w:pPr>
      <w:r>
        <w:t>☐ D. Ignore it if the horse is still working</w:t>
      </w:r>
    </w:p>
    <w:p>
      <w:r>
        <w:rPr>
          <w:b/>
        </w:rPr>
        <w:t>14. How do you feel about keeping client and fitting records?</w:t>
      </w:r>
    </w:p>
    <w:p>
      <w:pPr>
        <w:spacing w:after="20"/>
        <w:ind w:left="288"/>
      </w:pPr>
      <w:r>
        <w:t>☐ A. Accurate records are essential for professional follow-up and comparison</w:t>
      </w:r>
    </w:p>
    <w:p>
      <w:pPr>
        <w:spacing w:after="20"/>
        <w:ind w:left="288"/>
      </w:pPr>
      <w:r>
        <w:t>☐ B. I would keep them because they are necessary</w:t>
      </w:r>
    </w:p>
    <w:p>
      <w:pPr>
        <w:spacing w:after="20"/>
        <w:ind w:left="288"/>
      </w:pPr>
      <w:r>
        <w:t>☐ C. I would rather somebody else did them</w:t>
      </w:r>
    </w:p>
    <w:p>
      <w:pPr>
        <w:spacing w:after="20"/>
        <w:ind w:left="288"/>
      </w:pPr>
      <w:r>
        <w:t>☐ D. Paperwork does not interest me</w:t>
      </w:r>
    </w:p>
    <w:p>
      <w:r>
        <w:rPr>
          <w:b/>
        </w:rPr>
        <w:t>15. Two horses of similar height need completely different saddles.</w:t>
      </w:r>
    </w:p>
    <w:p>
      <w:pPr>
        <w:spacing w:after="20"/>
        <w:ind w:left="288"/>
      </w:pPr>
      <w:r>
        <w:t>☐ A. I would enjoy understanding their individual shapes and movement</w:t>
      </w:r>
    </w:p>
    <w:p>
      <w:pPr>
        <w:spacing w:after="20"/>
        <w:ind w:left="288"/>
      </w:pPr>
      <w:r>
        <w:t>☐ B. I would find the differences interesting</w:t>
      </w:r>
    </w:p>
    <w:p>
      <w:pPr>
        <w:spacing w:after="20"/>
        <w:ind w:left="288"/>
      </w:pPr>
      <w:r>
        <w:t>☐ C. I would expect one saddle type to suit both</w:t>
      </w:r>
    </w:p>
    <w:p>
      <w:pPr>
        <w:spacing w:after="20"/>
        <w:ind w:left="288"/>
      </w:pPr>
      <w:r>
        <w:t>☐ D. I would find that confusing</w:t>
      </w:r>
    </w:p>
    <w:p>
      <w:r>
        <w:rPr>
          <w:b/>
        </w:rPr>
        <w:t>16. You are unsure whether a saddle can be adjusted safely.</w:t>
      </w:r>
    </w:p>
    <w:p>
      <w:pPr>
        <w:spacing w:after="20"/>
        <w:ind w:left="288"/>
      </w:pPr>
      <w:r>
        <w:t>☐ A. Check before making any change and refer if necessary</w:t>
      </w:r>
    </w:p>
    <w:p>
      <w:pPr>
        <w:spacing w:after="20"/>
        <w:ind w:left="288"/>
      </w:pPr>
      <w:r>
        <w:t>☐ B. Ask another qualified professional</w:t>
      </w:r>
    </w:p>
    <w:p>
      <w:pPr>
        <w:spacing w:after="20"/>
        <w:ind w:left="288"/>
      </w:pPr>
      <w:r>
        <w:t>☐ C. Make a small adjustment and see</w:t>
      </w:r>
    </w:p>
    <w:p>
      <w:pPr>
        <w:spacing w:after="20"/>
        <w:ind w:left="288"/>
      </w:pPr>
      <w:r>
        <w:t>☐ D. Do what the client asks</w:t>
      </w:r>
    </w:p>
    <w:p>
      <w:r>
        <w:rPr>
          <w:b/>
        </w:rPr>
        <w:t>17. How important is visual assessment in this career?</w:t>
      </w:r>
    </w:p>
    <w:p>
      <w:pPr>
        <w:spacing w:after="20"/>
        <w:ind w:left="288"/>
      </w:pPr>
      <w:r>
        <w:t>☐ A. Essential — small details in balance, clearance and movement can matter</w:t>
      </w:r>
    </w:p>
    <w:p>
      <w:pPr>
        <w:spacing w:after="20"/>
        <w:ind w:left="288"/>
      </w:pPr>
      <w:r>
        <w:t>☐ B. Very important</w:t>
      </w:r>
    </w:p>
    <w:p>
      <w:pPr>
        <w:spacing w:after="20"/>
        <w:ind w:left="288"/>
      </w:pPr>
      <w:r>
        <w:t>☐ C. Probably useful</w:t>
      </w:r>
    </w:p>
    <w:p>
      <w:pPr>
        <w:spacing w:after="20"/>
        <w:ind w:left="288"/>
      </w:pPr>
      <w:r>
        <w:t>☐ D. Not particularly important</w:t>
      </w:r>
    </w:p>
    <w:p>
      <w:r>
        <w:rPr>
          <w:b/>
        </w:rPr>
        <w:t>18. A client asks a question you cannot answer.</w:t>
      </w:r>
    </w:p>
    <w:p>
      <w:pPr>
        <w:spacing w:after="20"/>
        <w:ind w:left="288"/>
      </w:pPr>
      <w:r>
        <w:t>☐ A. Say I do not know, then find reliable information or refer appropriately</w:t>
      </w:r>
    </w:p>
    <w:p>
      <w:pPr>
        <w:spacing w:after="20"/>
        <w:ind w:left="288"/>
      </w:pPr>
      <w:r>
        <w:t>☐ B. Ask another professional later</w:t>
      </w:r>
    </w:p>
    <w:p>
      <w:pPr>
        <w:spacing w:after="20"/>
        <w:ind w:left="288"/>
      </w:pPr>
      <w:r>
        <w:t>☐ C. Give my best guess</w:t>
      </w:r>
    </w:p>
    <w:p>
      <w:pPr>
        <w:spacing w:after="20"/>
        <w:ind w:left="288"/>
      </w:pPr>
      <w:r>
        <w:t>☐ D. Say something confident so they trust me</w:t>
      </w:r>
    </w:p>
    <w:p>
      <w:r>
        <w:rPr>
          <w:b/>
        </w:rPr>
        <w:t>19. How would you feel about travelling between yards with equipment?</w:t>
      </w:r>
    </w:p>
    <w:p>
      <w:pPr>
        <w:spacing w:after="20"/>
        <w:ind w:left="288"/>
      </w:pPr>
      <w:r>
        <w:t>☐ A. I would enjoy the independence, organisation and variety</w:t>
      </w:r>
    </w:p>
    <w:p>
      <w:pPr>
        <w:spacing w:after="20"/>
        <w:ind w:left="288"/>
      </w:pPr>
      <w:r>
        <w:t>☐ B. I would be comfortable with it</w:t>
      </w:r>
    </w:p>
    <w:p>
      <w:pPr>
        <w:spacing w:after="20"/>
        <w:ind w:left="288"/>
      </w:pPr>
      <w:r>
        <w:t>☐ C. I would prefer one workplace</w:t>
      </w:r>
    </w:p>
    <w:p>
      <w:pPr>
        <w:spacing w:after="20"/>
        <w:ind w:left="288"/>
      </w:pPr>
      <w:r>
        <w:t>☐ D. I would dislike travelling for work</w:t>
      </w:r>
    </w:p>
    <w:p>
      <w:r>
        <w:rPr>
          <w:b/>
        </w:rPr>
        <w:t>20. A vet, physio or coach disagrees with your assessment.</w:t>
      </w:r>
    </w:p>
    <w:p>
      <w:pPr>
        <w:spacing w:after="20"/>
        <w:ind w:left="288"/>
      </w:pPr>
      <w:r>
        <w:t>☐ A. Discuss the evidence professionally and consider their perspective</w:t>
      </w:r>
    </w:p>
    <w:p>
      <w:pPr>
        <w:spacing w:after="20"/>
        <w:ind w:left="288"/>
      </w:pPr>
      <w:r>
        <w:t>☐ B. Ask them to explain their concern</w:t>
      </w:r>
    </w:p>
    <w:p>
      <w:pPr>
        <w:spacing w:after="20"/>
        <w:ind w:left="288"/>
      </w:pPr>
      <w:r>
        <w:t>☐ C. Stick to my opinion because saddle fit is my area</w:t>
      </w:r>
    </w:p>
    <w:p>
      <w:pPr>
        <w:spacing w:after="20"/>
        <w:ind w:left="288"/>
      </w:pPr>
      <w:r>
        <w:t>☐ D. Become defensive</w:t>
      </w:r>
    </w:p>
    <w:p>
      <w:r>
        <w:rPr>
          <w:b/>
        </w:rPr>
        <w:t>21. You are tired, but another fitting is booked.</w:t>
      </w:r>
    </w:p>
    <w:p>
      <w:pPr>
        <w:spacing w:after="20"/>
        <w:ind w:left="288"/>
      </w:pPr>
      <w:r>
        <w:t>☐ A. Accuracy, safety and professional standards must still be maintained</w:t>
      </w:r>
    </w:p>
    <w:p>
      <w:pPr>
        <w:spacing w:after="20"/>
        <w:ind w:left="288"/>
      </w:pPr>
      <w:r>
        <w:t>☐ B. I would concentrate and complete the appointment</w:t>
      </w:r>
    </w:p>
    <w:p>
      <w:pPr>
        <w:spacing w:after="20"/>
        <w:ind w:left="288"/>
      </w:pPr>
      <w:r>
        <w:t>☐ C. I would work faster</w:t>
      </w:r>
    </w:p>
    <w:p>
      <w:pPr>
        <w:spacing w:after="20"/>
        <w:ind w:left="288"/>
      </w:pPr>
      <w:r>
        <w:t>☐ D. I would rush so I could finish</w:t>
      </w:r>
    </w:p>
    <w:p>
      <w:r>
        <w:rPr>
          <w:b/>
        </w:rPr>
        <w:t>22. Which description sounds MOST like you?</w:t>
      </w:r>
    </w:p>
    <w:p>
      <w:pPr>
        <w:spacing w:after="20"/>
        <w:ind w:left="288"/>
      </w:pPr>
      <w:r>
        <w:t>☐ A. Observant, practical, patient and interested in anatomy and movement</w:t>
      </w:r>
    </w:p>
    <w:p>
      <w:pPr>
        <w:spacing w:after="20"/>
        <w:ind w:left="288"/>
      </w:pPr>
      <w:r>
        <w:t>☐ B. Practical, careful and good with horses and people</w:t>
      </w:r>
    </w:p>
    <w:p>
      <w:pPr>
        <w:spacing w:after="20"/>
        <w:ind w:left="288"/>
      </w:pPr>
      <w:r>
        <w:t>☐ C. Mainly interested in saddles and equipment</w:t>
      </w:r>
    </w:p>
    <w:p>
      <w:pPr>
        <w:spacing w:after="20"/>
        <w:ind w:left="288"/>
      </w:pPr>
      <w:r>
        <w:t>☐ D. I would rather do less detailed work</w:t>
      </w:r>
    </w:p>
    <w:p>
      <w:r>
        <w:rPr>
          <w:b/>
        </w:rPr>
        <w:t>23. Ten years into your career, what would make you proudest?</w:t>
      </w:r>
    </w:p>
    <w:p>
      <w:pPr>
        <w:spacing w:after="20"/>
        <w:ind w:left="288"/>
      </w:pPr>
      <w:r>
        <w:t>☐ A. Being respected for accuracy, integrity and excellent horse welfare</w:t>
      </w:r>
    </w:p>
    <w:p>
      <w:pPr>
        <w:spacing w:after="20"/>
        <w:ind w:left="288"/>
      </w:pPr>
      <w:r>
        <w:t>☐ B. Building a successful saddle-fitting business</w:t>
      </w:r>
    </w:p>
    <w:p>
      <w:pPr>
        <w:spacing w:after="20"/>
        <w:ind w:left="288"/>
      </w:pPr>
      <w:r>
        <w:t>☐ C. Having many clients and valuable stock</w:t>
      </w:r>
    </w:p>
    <w:p>
      <w:pPr>
        <w:spacing w:after="20"/>
        <w:ind w:left="288"/>
      </w:pPr>
      <w:r>
        <w:t>☐ D. Being well known online</w:t>
      </w:r>
    </w:p>
    <w:p>
      <w:r>
        <w:rPr>
          <w:b/>
        </w:rPr>
        <w:t>24. Which statement sounds MOST like you?</w:t>
      </w:r>
    </w:p>
    <w:p>
      <w:pPr>
        <w:spacing w:after="20"/>
        <w:ind w:left="288"/>
      </w:pPr>
      <w:r>
        <w:t>☐ A. I would enjoy combining anatomy, movement, practical skill and judgement</w:t>
      </w:r>
    </w:p>
    <w:p>
      <w:pPr>
        <w:spacing w:after="20"/>
        <w:ind w:left="288"/>
      </w:pPr>
      <w:r>
        <w:t>☐ B. I like saddles and would work hard to learn the science of fitting</w:t>
      </w:r>
    </w:p>
    <w:p>
      <w:pPr>
        <w:spacing w:after="20"/>
        <w:ind w:left="288"/>
      </w:pPr>
      <w:r>
        <w:t>☐ C. I love horses but I am unsure about detailed fitting work</w:t>
      </w:r>
    </w:p>
    <w:p>
      <w:pPr>
        <w:spacing w:after="20"/>
        <w:ind w:left="288"/>
      </w:pPr>
      <w:r>
        <w:t>☐ D. Measurement, anatomy and equipment do not really interest me</w:t>
      </w:r>
    </w:p>
    <w:p>
      <w:r>
        <w:br w:type="page"/>
      </w:r>
    </w:p>
    <w:p>
      <w:pPr>
        <w:jc w:val="center"/>
      </w:pPr>
      <w:r>
        <w:rPr>
          <w:b/>
          <w:sz w:val="36"/>
        </w:rPr>
        <w:t>Your EquiPeeps Saddle Fitter Match</w:t>
      </w:r>
    </w:p>
    <w:p>
      <w:r>
        <w:t>Behind-the-scenes scoring: A = 3 points, B = 2 points, C = 1 point, D = 0 points. Maximum score: 72. Keep this scoring hidden from teenagers on the website.</w:t>
      </w:r>
    </w:p>
    <w:p>
      <w:r>
        <w:rPr>
          <w:b/>
        </w:rPr>
        <w:t>55–72 — Saddle fitting is worth exploring closely</w:t>
      </w:r>
    </w:p>
    <w:p>
      <w:r>
        <w:t>Your answers suggest you may have a strong combination of observation, practical ability, accuracy, communication and professional responsibility. You also appear to understand that the horse's comfort and welfare must guide every recommendation.</w:t>
      </w:r>
    </w:p>
    <w:p>
      <w:r>
        <w:rPr>
          <w:b/>
        </w:rPr>
        <w:t>38–54 — There's plenty here worth exploring</w:t>
      </w:r>
    </w:p>
    <w:p>
      <w:r>
        <w:t>Several aspects of saddle fitting seem to suit you. Recognised training, supervised practical experience and time observing horses and riders in different disciplines would help you discover whether the detailed work is right for you.</w:t>
      </w:r>
    </w:p>
    <w:p>
      <w:r>
        <w:rPr>
          <w:b/>
        </w:rPr>
        <w:t>20–37 — Another practical horse career may suit you differently</w:t>
      </w:r>
    </w:p>
    <w:p>
      <w:r>
        <w:t>You may love horses and equipment without particularly enjoying anatomy, measurement or detailed assessment. Explore saddlery, grooming, retail, coaching, physiotherapy, yard management or another equestrian role.</w:t>
      </w:r>
    </w:p>
    <w:p>
      <w:r>
        <w:rPr>
          <w:b/>
        </w:rPr>
        <w:t>0–19 — Let's explore!</w:t>
      </w:r>
    </w:p>
    <w:p>
      <w:r>
        <w:t>Saddle fitting may not currently match your interests. Your strengths could lead to an exciting and valuable career elsewhere in the equestrian industry.</w:t>
      </w:r>
    </w:p>
    <w:p>
      <w:r>
        <w:rPr>
          <w:b/>
        </w:rPr>
        <w:t>One Important Question — Do you enjoy solving problems by studying every small detail?</w:t>
      </w:r>
    </w:p>
    <w:p>
      <w:r>
        <w:t>A skilled saddle fitter assesses the whole picture rather than judging a saddle in isolation. Professionalism means measuring carefully, observing horse and rider, keeping accurate records, explaining decisions honestly and recognising when another professional should be involved.</w:t>
      </w:r>
    </w:p>
    <w:p>
      <w:r>
        <w:rPr>
          <w:b/>
        </w:rPr>
        <w:t>Your EquiPeeps Challenge</w:t>
      </w:r>
    </w:p>
    <w:p>
      <w:r>
        <w:t>Without attempting to fit or alter a saddle yourself, investigate: What are the main parts of an English saddle? What do the tree, panels and gullet do? Why must a fitter consider the horse and rider together? How can a horse's shape change over time? Who might work alongside a saddle fitter? Then draw and label a saddle and list five observations a professional might record.</w:t>
      </w:r>
    </w:p>
    <w:p>
      <w:r>
        <w:rPr>
          <w:b/>
        </w:rPr>
        <w:t>What would I actually do?</w:t>
      </w:r>
    </w:p>
    <w:p>
      <w:r>
        <w:t>A saddle fitter assesses horses, riders and saddles to help achieve an appropriate, comfortable and balanced fit. The work can include taking templates and measurements, checking saddle balance and clearance, observing the horse in movement, discussing the rider's needs, recommending suitable saddles, making permitted adjustments, keeping records and arranging follow-up checks. Saddle fitters often work with saddlers, coaches, vets and equine therapists.</w:t>
      </w:r>
    </w:p>
    <w:p>
      <w:r>
        <w:rPr>
          <w:b/>
        </w:rPr>
        <w:t>How do I qualify?</w:t>
      </w:r>
    </w:p>
    <w:p>
      <w:r>
        <w:t>Training routes vary. In Britain, recognised pathways are available through professional organisations such as the Society of Master Saddlers, and substantial supervised practical experience is important. Some people begin through saddlery, equine studies, retail or yard work before specialising. Always check current course entry requirements, assessment standards and professional recognition before choosing training.</w:t>
      </w:r>
    </w:p>
    <w:p>
      <w:r>
        <w:rPr>
          <w:b/>
        </w:rPr>
        <w:t>What subjects should I consider?</w:t>
      </w:r>
    </w:p>
    <w:p>
      <w:r>
        <w:t>Biology and science help with anatomy, health and movement. Maths supports accurate measurement, pricing and business records. Design technology can develop practical understanding of materials and construction. English is important for explaining findings clearly and writing records. Strong horse-handling skills and experience observing horses under saddle are extremely valuable.</w:t>
      </w:r>
    </w:p>
    <w:p>
      <w:r>
        <w:rPr>
          <w:b/>
        </w:rPr>
        <w:t>Could I train abroad? 🌍</w:t>
      </w:r>
    </w:p>
    <w:p>
      <w:r>
        <w:t>Potentially, yes. Saddle fitting is practised internationally, but saddle styles, professional standards, training routes and insurance requirements differ between countries. If you train overseas and later want to work in Britain, check how the qualification is recognised and whether further training or assessment may be required.</w:t>
      </w:r>
    </w:p>
    <w:p>
      <w:r>
        <w:rPr>
          <w:b/>
        </w:rPr>
        <w:t>Where could this career take me?</w:t>
      </w:r>
    </w:p>
    <w:p>
      <w:r>
        <w:t>You could work independently, with a saddlery or retailer, for a saddle manufacturer, or across competition, leisure, racing and specialist yards. With experience, you might build your own fitting business, specialise in a discipline, become involved in saddle design or manufacturing, train other fitters or develop wider expertise in equine biomechanics.</w:t>
      </w:r>
    </w:p>
    <w:p>
      <w:r>
        <w:rPr>
          <w:b/>
        </w:rPr>
        <w:t>EquiPeeps Professional Lesson</w:t>
      </w:r>
    </w:p>
    <w:p>
      <w:r>
        <w:t>A professional saddle fitter does not simply find a saddle that looks right. A professional gathers evidence, considers the horse and rider together, explains the options clearly, works within their competence and puts long-term welfare before making a sale.</w:t>
      </w:r>
    </w:p>
    <w:p>
      <w:r>
        <w:t>This is a career discovery activity, not a professional psychometric or aptitude assessment. It cannot tell you whether you can or cannot become a Saddle Fitter.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Saddle Fitter Career Match</dc:title>
  <dc:subject>Career discovery activity for aspiring saddle fitters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