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28"/>
        </w:rPr>
        <w:t>Could this be your career?</w:t>
      </w:r>
    </w:p>
    <w:p>
      <w:pPr>
        <w:jc w:val="center"/>
      </w:pPr>
      <w:r>
        <w:rPr>
          <w:b/>
          <w:sz w:val="36"/>
        </w:rPr>
        <w:t>Rider</w:t>
      </w:r>
    </w:p>
    <w:p>
      <w:r>
        <w:t>A career as a professional rider combines skilled riding, horse care, patience, fitness, resilience, teamwork and sound judgement. Success is not only about winning: it is about developing horses carefully, protecting their welfare and improving your own knowledge every day.</w:t>
      </w:r>
    </w:p>
    <w:p>
      <w:r>
        <w:rPr>
          <w:b/>
        </w:rPr>
        <w:t>There are no right or wrong answers. Choose the answer that sounds MOST like you.</w:t>
      </w:r>
    </w:p>
    <w:p>
      <w:r>
        <w:rPr>
          <w:b/>
        </w:rPr>
        <w:t>1. How interested are you in improving your riding technique?</w:t>
      </w:r>
    </w:p>
    <w:p>
      <w:pPr>
        <w:spacing w:after="20"/>
        <w:ind w:left="288"/>
      </w:pPr>
      <w:r>
        <w:t>☐ A. Very — I would enjoy studying balance, feel, timing and effectiveness</w:t>
      </w:r>
    </w:p>
    <w:p>
      <w:pPr>
        <w:spacing w:after="20"/>
        <w:ind w:left="288"/>
      </w:pPr>
      <w:r>
        <w:t>☐ B. Fairly interested</w:t>
      </w:r>
    </w:p>
    <w:p>
      <w:pPr>
        <w:spacing w:after="20"/>
        <w:ind w:left="288"/>
      </w:pPr>
      <w:r>
        <w:t>☐ C. I mainly want to ride for enjoyment</w:t>
      </w:r>
    </w:p>
    <w:p>
      <w:pPr>
        <w:spacing w:after="20"/>
        <w:ind w:left="288"/>
      </w:pPr>
      <w:r>
        <w:t>☐ D. Technique does not particularly interest me</w:t>
      </w:r>
    </w:p>
    <w:p>
      <w:r>
        <w:rPr>
          <w:b/>
        </w:rPr>
        <w:t>2. A horse is finding a new exercise difficult. What would you do?</w:t>
      </w:r>
    </w:p>
    <w:p>
      <w:pPr>
        <w:spacing w:after="20"/>
        <w:ind w:left="288"/>
      </w:pPr>
      <w:r>
        <w:t>☐ A. Break it into smaller steps and reward every genuine improvement</w:t>
      </w:r>
    </w:p>
    <w:p>
      <w:pPr>
        <w:spacing w:after="20"/>
        <w:ind w:left="288"/>
      </w:pPr>
      <w:r>
        <w:t>☐ B. Ask my coach for another approach</w:t>
      </w:r>
    </w:p>
    <w:p>
      <w:pPr>
        <w:spacing w:after="20"/>
        <w:ind w:left="288"/>
      </w:pPr>
      <w:r>
        <w:t>☐ C. Keep repeating it until the horse understands</w:t>
      </w:r>
    </w:p>
    <w:p>
      <w:pPr>
        <w:spacing w:after="20"/>
        <w:ind w:left="288"/>
      </w:pPr>
      <w:r>
        <w:t>☐ D. Blame the horse for being difficult</w:t>
      </w:r>
    </w:p>
    <w:p>
      <w:r>
        <w:rPr>
          <w:b/>
        </w:rPr>
        <w:t>3. How do you feel about riding horses with different personalities and abilities?</w:t>
      </w:r>
    </w:p>
    <w:p>
      <w:pPr>
        <w:spacing w:after="20"/>
        <w:ind w:left="288"/>
      </w:pPr>
      <w:r>
        <w:t>☐ A. I would enjoy learning how to adapt to each individual horse</w:t>
      </w:r>
    </w:p>
    <w:p>
      <w:pPr>
        <w:spacing w:after="20"/>
        <w:ind w:left="288"/>
      </w:pPr>
      <w:r>
        <w:t>☐ B. I would try it with experienced support</w:t>
      </w:r>
    </w:p>
    <w:p>
      <w:pPr>
        <w:spacing w:after="20"/>
        <w:ind w:left="288"/>
      </w:pPr>
      <w:r>
        <w:t>☐ C. I prefer riding horses I already know</w:t>
      </w:r>
    </w:p>
    <w:p>
      <w:pPr>
        <w:spacing w:after="20"/>
        <w:ind w:left="288"/>
      </w:pPr>
      <w:r>
        <w:t>☐ D. I only want to ride easy horses</w:t>
      </w:r>
    </w:p>
    <w:p>
      <w:r>
        <w:rPr>
          <w:b/>
        </w:rPr>
        <w:t>4. A horse feels slightly uneven during a training session.</w:t>
      </w:r>
    </w:p>
    <w:p>
      <w:pPr>
        <w:spacing w:after="20"/>
        <w:ind w:left="288"/>
      </w:pPr>
      <w:r>
        <w:t>☐ A. Stop, report exactly what I felt and put the horse's welfare first</w:t>
      </w:r>
    </w:p>
    <w:p>
      <w:pPr>
        <w:spacing w:after="20"/>
        <w:ind w:left="288"/>
      </w:pPr>
      <w:r>
        <w:t>☐ B. Ask someone experienced to watch the horse</w:t>
      </w:r>
    </w:p>
    <w:p>
      <w:pPr>
        <w:spacing w:after="20"/>
        <w:ind w:left="288"/>
      </w:pPr>
      <w:r>
        <w:t>☐ C. Continue for a while to see whether it improves</w:t>
      </w:r>
    </w:p>
    <w:p>
      <w:pPr>
        <w:spacing w:after="20"/>
        <w:ind w:left="288"/>
      </w:pPr>
      <w:r>
        <w:t>☐ D. Carry on because the session is important</w:t>
      </w:r>
    </w:p>
    <w:p>
      <w:r>
        <w:rPr>
          <w:b/>
        </w:rPr>
        <w:t>5. Which school subjects sound most useful to you?</w:t>
      </w:r>
    </w:p>
    <w:p>
      <w:pPr>
        <w:spacing w:after="20"/>
        <w:ind w:left="288"/>
      </w:pPr>
      <w:r>
        <w:t>☐ A. Physical education, biology and science</w:t>
      </w:r>
    </w:p>
    <w:p>
      <w:pPr>
        <w:spacing w:after="20"/>
        <w:ind w:left="288"/>
      </w:pPr>
      <w:r>
        <w:t>☐ B. Business and maths</w:t>
      </w:r>
    </w:p>
    <w:p>
      <w:pPr>
        <w:spacing w:after="20"/>
        <w:ind w:left="288"/>
      </w:pPr>
      <w:r>
        <w:t>☐ C. English and media</w:t>
      </w:r>
    </w:p>
    <w:p>
      <w:pPr>
        <w:spacing w:after="20"/>
        <w:ind w:left="288"/>
      </w:pPr>
      <w:r>
        <w:t>☐ D. Art and design</w:t>
      </w:r>
    </w:p>
    <w:p>
      <w:r>
        <w:rPr>
          <w:b/>
        </w:rPr>
        <w:t>6. A coach gives you a correction you have heard many times before.</w:t>
      </w:r>
    </w:p>
    <w:p>
      <w:pPr>
        <w:spacing w:after="20"/>
        <w:ind w:left="288"/>
      </w:pPr>
      <w:r>
        <w:t>☐ A. Listen carefully, take responsibility and work on it again</w:t>
      </w:r>
    </w:p>
    <w:p>
      <w:pPr>
        <w:spacing w:after="20"/>
        <w:ind w:left="288"/>
      </w:pPr>
      <w:r>
        <w:t>☐ B. Ask the coach to explain it differently</w:t>
      </w:r>
    </w:p>
    <w:p>
      <w:pPr>
        <w:spacing w:after="20"/>
        <w:ind w:left="288"/>
      </w:pPr>
      <w:r>
        <w:t>☐ C. Feel frustrated that they keep mentioning it</w:t>
      </w:r>
    </w:p>
    <w:p>
      <w:pPr>
        <w:spacing w:after="20"/>
        <w:ind w:left="288"/>
      </w:pPr>
      <w:r>
        <w:t>☐ D. Ignore it because I know my own riding</w:t>
      </w:r>
    </w:p>
    <w:p>
      <w:r>
        <w:rPr>
          <w:b/>
        </w:rPr>
        <w:t>7. How do you feel about daily fitness and strength work away from the saddle?</w:t>
      </w:r>
    </w:p>
    <w:p>
      <w:pPr>
        <w:spacing w:after="20"/>
        <w:ind w:left="288"/>
      </w:pPr>
      <w:r>
        <w:t>☐ A. I understand that rider fitness supports balance, performance and safety</w:t>
      </w:r>
    </w:p>
    <w:p>
      <w:pPr>
        <w:spacing w:after="20"/>
        <w:ind w:left="288"/>
      </w:pPr>
      <w:r>
        <w:t>☐ B. I would do it as part of my training</w:t>
      </w:r>
    </w:p>
    <w:p>
      <w:pPr>
        <w:spacing w:after="20"/>
        <w:ind w:left="288"/>
      </w:pPr>
      <w:r>
        <w:t>☐ C. I would rather improve only by riding</w:t>
      </w:r>
    </w:p>
    <w:p>
      <w:pPr>
        <w:spacing w:after="20"/>
        <w:ind w:left="288"/>
      </w:pPr>
      <w:r>
        <w:t>☐ D. I am not interested in fitness work</w:t>
      </w:r>
    </w:p>
    <w:p>
      <w:r>
        <w:rPr>
          <w:b/>
        </w:rPr>
        <w:t>8. A competition result is disappointing after months of preparation.</w:t>
      </w:r>
    </w:p>
    <w:p>
      <w:pPr>
        <w:spacing w:after="20"/>
        <w:ind w:left="288"/>
      </w:pPr>
      <w:r>
        <w:t>☐ A. Review the performance calmly, care for the horse and learn from it</w:t>
      </w:r>
    </w:p>
    <w:p>
      <w:pPr>
        <w:spacing w:after="20"/>
        <w:ind w:left="288"/>
      </w:pPr>
      <w:r>
        <w:t>☐ B. Talk it through with my coach</w:t>
      </w:r>
    </w:p>
    <w:p>
      <w:pPr>
        <w:spacing w:after="20"/>
        <w:ind w:left="288"/>
      </w:pPr>
      <w:r>
        <w:t>☐ C. Try to forget about it immediately</w:t>
      </w:r>
    </w:p>
    <w:p>
      <w:pPr>
        <w:spacing w:after="20"/>
        <w:ind w:left="288"/>
      </w:pPr>
      <w:r>
        <w:t>☐ D. Blame the horse, judge or conditions</w:t>
      </w:r>
    </w:p>
    <w:p>
      <w:r>
        <w:rPr>
          <w:b/>
        </w:rPr>
        <w:t>9. How do you feel about continually learning throughout your career?</w:t>
      </w:r>
    </w:p>
    <w:p>
      <w:pPr>
        <w:spacing w:after="20"/>
        <w:ind w:left="288"/>
      </w:pPr>
      <w:r>
        <w:t>☐ A. I would expect to keep learning from horses, coaches and experience</w:t>
      </w:r>
    </w:p>
    <w:p>
      <w:pPr>
        <w:spacing w:after="20"/>
        <w:ind w:left="288"/>
      </w:pPr>
      <w:r>
        <w:t>☐ B. I would be happy to attend regular training</w:t>
      </w:r>
    </w:p>
    <w:p>
      <w:pPr>
        <w:spacing w:after="20"/>
        <w:ind w:left="288"/>
      </w:pPr>
      <w:r>
        <w:t>☐ C. I would rather reach a good level and stay there</w:t>
      </w:r>
    </w:p>
    <w:p>
      <w:pPr>
        <w:spacing w:after="20"/>
        <w:ind w:left="288"/>
      </w:pPr>
      <w:r>
        <w:t>☐ D. I do not enjoy being coached</w:t>
      </w:r>
    </w:p>
    <w:p>
      <w:r>
        <w:rPr>
          <w:b/>
        </w:rPr>
        <w:t>10. A talented horse is anxious in a busy warm-up arena.</w:t>
      </w:r>
    </w:p>
    <w:p>
      <w:pPr>
        <w:spacing w:after="20"/>
        <w:ind w:left="288"/>
      </w:pPr>
      <w:r>
        <w:t>☐ A. Adjust the plan, create space and build the horse's confidence</w:t>
      </w:r>
    </w:p>
    <w:p>
      <w:pPr>
        <w:spacing w:after="20"/>
        <w:ind w:left="288"/>
      </w:pPr>
      <w:r>
        <w:t>☐ B. Ask my coach or groom for support</w:t>
      </w:r>
    </w:p>
    <w:p>
      <w:pPr>
        <w:spacing w:after="20"/>
        <w:ind w:left="288"/>
      </w:pPr>
      <w:r>
        <w:t>☐ C. Make the horse continue with the original plan</w:t>
      </w:r>
    </w:p>
    <w:p>
      <w:pPr>
        <w:spacing w:after="20"/>
        <w:ind w:left="288"/>
      </w:pPr>
      <w:r>
        <w:t>☐ D. Become impatient because the horse should cope</w:t>
      </w:r>
    </w:p>
    <w:p>
      <w:r>
        <w:rPr>
          <w:b/>
        </w:rPr>
        <w:t>11. Which part of a rider's work sounds most interesting?</w:t>
      </w:r>
    </w:p>
    <w:p>
      <w:pPr>
        <w:spacing w:after="20"/>
        <w:ind w:left="288"/>
      </w:pPr>
      <w:r>
        <w:t>☐ A. Developing each horse physically and mentally over time</w:t>
      </w:r>
    </w:p>
    <w:p>
      <w:pPr>
        <w:spacing w:after="20"/>
        <w:ind w:left="288"/>
      </w:pPr>
      <w:r>
        <w:t>☐ B. Training and competing</w:t>
      </w:r>
    </w:p>
    <w:p>
      <w:pPr>
        <w:spacing w:after="20"/>
        <w:ind w:left="288"/>
      </w:pPr>
      <w:r>
        <w:t>☐ C. Travelling to shows</w:t>
      </w:r>
    </w:p>
    <w:p>
      <w:pPr>
        <w:spacing w:after="20"/>
        <w:ind w:left="288"/>
      </w:pPr>
      <w:r>
        <w:t>☐ D. Being recognised and gaining followers</w:t>
      </w:r>
    </w:p>
    <w:p>
      <w:r>
        <w:rPr>
          <w:b/>
        </w:rPr>
        <w:t>12. You are offered the chance to ride a promising but inexperienced horse.</w:t>
      </w:r>
    </w:p>
    <w:p>
      <w:pPr>
        <w:spacing w:after="20"/>
        <w:ind w:left="288"/>
      </w:pPr>
      <w:r>
        <w:t>☐ A. Check that the match is suitable and work within my ability with support</w:t>
      </w:r>
    </w:p>
    <w:p>
      <w:pPr>
        <w:spacing w:after="20"/>
        <w:ind w:left="288"/>
      </w:pPr>
      <w:r>
        <w:t>☐ B. Accept if my coach believes I am ready</w:t>
      </w:r>
    </w:p>
    <w:p>
      <w:pPr>
        <w:spacing w:after="20"/>
        <w:ind w:left="288"/>
      </w:pPr>
      <w:r>
        <w:t>☐ C. Accept because it could improve my reputation</w:t>
      </w:r>
    </w:p>
    <w:p>
      <w:pPr>
        <w:spacing w:after="20"/>
        <w:ind w:left="288"/>
      </w:pPr>
      <w:r>
        <w:t>☐ D. Say yes even if I feel unsafe</w:t>
      </w:r>
    </w:p>
    <w:p>
      <w:r>
        <w:rPr>
          <w:b/>
        </w:rPr>
        <w:t>13. A horse reacts unexpectedly while you are riding.</w:t>
      </w:r>
    </w:p>
    <w:p>
      <w:pPr>
        <w:spacing w:after="20"/>
        <w:ind w:left="288"/>
      </w:pPr>
      <w:r>
        <w:t>☐ A. Stay calm, regain safety and consider what caused the reaction</w:t>
      </w:r>
    </w:p>
    <w:p>
      <w:pPr>
        <w:spacing w:after="20"/>
        <w:ind w:left="288"/>
      </w:pPr>
      <w:r>
        <w:t>☐ B. Settle the horse and ask for help</w:t>
      </w:r>
    </w:p>
    <w:p>
      <w:pPr>
        <w:spacing w:after="20"/>
        <w:ind w:left="288"/>
      </w:pPr>
      <w:r>
        <w:t>☐ C. Ride more strongly so the horse gives in</w:t>
      </w:r>
    </w:p>
    <w:p>
      <w:pPr>
        <w:spacing w:after="20"/>
        <w:ind w:left="288"/>
      </w:pPr>
      <w:r>
        <w:t>☐ D. Punish the horse immediately</w:t>
      </w:r>
    </w:p>
    <w:p>
      <w:r>
        <w:rPr>
          <w:b/>
        </w:rPr>
        <w:t>14. How do you feel about stable work and routine horse care?</w:t>
      </w:r>
    </w:p>
    <w:p>
      <w:pPr>
        <w:spacing w:after="20"/>
        <w:ind w:left="288"/>
      </w:pPr>
      <w:r>
        <w:t>☐ A. They are essential parts of understanding and developing a horse</w:t>
      </w:r>
    </w:p>
    <w:p>
      <w:pPr>
        <w:spacing w:after="20"/>
        <w:ind w:left="288"/>
      </w:pPr>
      <w:r>
        <w:t>☐ B. I would share them with the team</w:t>
      </w:r>
    </w:p>
    <w:p>
      <w:pPr>
        <w:spacing w:after="20"/>
        <w:ind w:left="288"/>
      </w:pPr>
      <w:r>
        <w:t>☐ C. I would rather concentrate mainly on riding</w:t>
      </w:r>
    </w:p>
    <w:p>
      <w:pPr>
        <w:spacing w:after="20"/>
        <w:ind w:left="288"/>
      </w:pPr>
      <w:r>
        <w:t>☐ D. They should always be somebody else's job</w:t>
      </w:r>
    </w:p>
    <w:p>
      <w:r>
        <w:rPr>
          <w:b/>
        </w:rPr>
        <w:t>15. Two horses need completely different training approaches.</w:t>
      </w:r>
    </w:p>
    <w:p>
      <w:pPr>
        <w:spacing w:after="20"/>
        <w:ind w:left="288"/>
      </w:pPr>
      <w:r>
        <w:t>☐ A. I would enjoy understanding each horse and adapting the programme</w:t>
      </w:r>
    </w:p>
    <w:p>
      <w:pPr>
        <w:spacing w:after="20"/>
        <w:ind w:left="288"/>
      </w:pPr>
      <w:r>
        <w:t>☐ B. I would find the variety interesting</w:t>
      </w:r>
    </w:p>
    <w:p>
      <w:pPr>
        <w:spacing w:after="20"/>
        <w:ind w:left="288"/>
      </w:pPr>
      <w:r>
        <w:t>☐ C. I would prefer every horse to work in the same way</w:t>
      </w:r>
    </w:p>
    <w:p>
      <w:pPr>
        <w:spacing w:after="20"/>
        <w:ind w:left="288"/>
      </w:pPr>
      <w:r>
        <w:t>☐ D. I would find that frustrating</w:t>
      </w:r>
    </w:p>
    <w:p>
      <w:r>
        <w:rPr>
          <w:b/>
        </w:rPr>
        <w:t>16. You are unsure whether you and a horse are ready for the next level.</w:t>
      </w:r>
    </w:p>
    <w:p>
      <w:pPr>
        <w:spacing w:after="20"/>
        <w:ind w:left="288"/>
      </w:pPr>
      <w:r>
        <w:t>☐ A. Seek honest advice and choose the option that protects confidence and welfare</w:t>
      </w:r>
    </w:p>
    <w:p>
      <w:pPr>
        <w:spacing w:after="20"/>
        <w:ind w:left="288"/>
      </w:pPr>
      <w:r>
        <w:t>☐ B. Discuss it with my coach and team</w:t>
      </w:r>
    </w:p>
    <w:p>
      <w:pPr>
        <w:spacing w:after="20"/>
        <w:ind w:left="288"/>
      </w:pPr>
      <w:r>
        <w:t>☐ C. Enter and see what happens</w:t>
      </w:r>
    </w:p>
    <w:p>
      <w:pPr>
        <w:spacing w:after="20"/>
        <w:ind w:left="288"/>
      </w:pPr>
      <w:r>
        <w:t>☐ D. Move up because other riders are doing it</w:t>
      </w:r>
    </w:p>
    <w:p>
      <w:r>
        <w:rPr>
          <w:b/>
        </w:rPr>
        <w:t>17. How important is attention to detail in this career?</w:t>
      </w:r>
    </w:p>
    <w:p>
      <w:pPr>
        <w:spacing w:after="20"/>
        <w:ind w:left="288"/>
      </w:pPr>
      <w:r>
        <w:t>☐ A. Extremely — small changes in a horse or rider can affect welfare and performance</w:t>
      </w:r>
    </w:p>
    <w:p>
      <w:pPr>
        <w:spacing w:after="20"/>
        <w:ind w:left="288"/>
      </w:pPr>
      <w:r>
        <w:t>☐ B. Quite important</w:t>
      </w:r>
    </w:p>
    <w:p>
      <w:pPr>
        <w:spacing w:after="20"/>
        <w:ind w:left="288"/>
      </w:pPr>
      <w:r>
        <w:t>☐ C. Probably useful</w:t>
      </w:r>
    </w:p>
    <w:p>
      <w:pPr>
        <w:spacing w:after="20"/>
        <w:ind w:left="288"/>
      </w:pPr>
      <w:r>
        <w:t>☐ D. Not particularly important</w:t>
      </w:r>
    </w:p>
    <w:p>
      <w:r>
        <w:rPr>
          <w:b/>
        </w:rPr>
        <w:t>18. A sponsor, owner or client asks a question you cannot answer.</w:t>
      </w:r>
    </w:p>
    <w:p>
      <w:pPr>
        <w:spacing w:after="20"/>
        <w:ind w:left="288"/>
      </w:pPr>
      <w:r>
        <w:t>☐ A. Be honest, find reliable information and respond professionally</w:t>
      </w:r>
    </w:p>
    <w:p>
      <w:pPr>
        <w:spacing w:after="20"/>
        <w:ind w:left="288"/>
      </w:pPr>
      <w:r>
        <w:t>☐ B. Ask a more experienced person later</w:t>
      </w:r>
    </w:p>
    <w:p>
      <w:pPr>
        <w:spacing w:after="20"/>
        <w:ind w:left="288"/>
      </w:pPr>
      <w:r>
        <w:t>☐ C. Give my best guess</w:t>
      </w:r>
    </w:p>
    <w:p>
      <w:pPr>
        <w:spacing w:after="20"/>
        <w:ind w:left="288"/>
      </w:pPr>
      <w:r>
        <w:t>☐ D. Say something confident so I appear knowledgeable</w:t>
      </w:r>
    </w:p>
    <w:p>
      <w:r>
        <w:rPr>
          <w:b/>
        </w:rPr>
        <w:t>19. How would you feel about early mornings, long days and travelling?</w:t>
      </w:r>
    </w:p>
    <w:p>
      <w:pPr>
        <w:spacing w:after="20"/>
        <w:ind w:left="288"/>
      </w:pPr>
      <w:r>
        <w:t>☐ A. I would prepare for them as part of caring for and competing horses</w:t>
      </w:r>
    </w:p>
    <w:p>
      <w:pPr>
        <w:spacing w:after="20"/>
        <w:ind w:left="288"/>
      </w:pPr>
      <w:r>
        <w:t>☐ B. I could manage them with good organisation</w:t>
      </w:r>
    </w:p>
    <w:p>
      <w:pPr>
        <w:spacing w:after="20"/>
        <w:ind w:left="288"/>
      </w:pPr>
      <w:r>
        <w:t>☐ C. I would prefer predictable hours</w:t>
      </w:r>
    </w:p>
    <w:p>
      <w:pPr>
        <w:spacing w:after="20"/>
        <w:ind w:left="288"/>
      </w:pPr>
      <w:r>
        <w:t>☐ D. I would dislike that lifestyle</w:t>
      </w:r>
    </w:p>
    <w:p>
      <w:r>
        <w:rPr>
          <w:b/>
        </w:rPr>
        <w:t>20. A member of your team disagrees with your training plan.</w:t>
      </w:r>
    </w:p>
    <w:p>
      <w:pPr>
        <w:spacing w:after="20"/>
        <w:ind w:left="288"/>
      </w:pPr>
      <w:r>
        <w:t>☐ A. Discuss it professionally and consider the evidence behind their view</w:t>
      </w:r>
    </w:p>
    <w:p>
      <w:pPr>
        <w:spacing w:after="20"/>
        <w:ind w:left="288"/>
      </w:pPr>
      <w:r>
        <w:t>☐ B. Ask them to explain their concerns</w:t>
      </w:r>
    </w:p>
    <w:p>
      <w:pPr>
        <w:spacing w:after="20"/>
        <w:ind w:left="288"/>
      </w:pPr>
      <w:r>
        <w:t>☐ C. Stick to my plan because I am the rider</w:t>
      </w:r>
    </w:p>
    <w:p>
      <w:pPr>
        <w:spacing w:after="20"/>
        <w:ind w:left="288"/>
      </w:pPr>
      <w:r>
        <w:t>☐ D. Become defensive</w:t>
      </w:r>
    </w:p>
    <w:p>
      <w:r>
        <w:rPr>
          <w:b/>
        </w:rPr>
        <w:t>21. You are tired, but another horse is due to be ridden.</w:t>
      </w:r>
    </w:p>
    <w:p>
      <w:pPr>
        <w:spacing w:after="20"/>
        <w:ind w:left="288"/>
      </w:pPr>
      <w:r>
        <w:t>☐ A. Assess whether I can ride safely and maintain the proper standard</w:t>
      </w:r>
    </w:p>
    <w:p>
      <w:pPr>
        <w:spacing w:after="20"/>
        <w:ind w:left="288"/>
      </w:pPr>
      <w:r>
        <w:t>☐ B. Ask the team to help adjust the plan</w:t>
      </w:r>
    </w:p>
    <w:p>
      <w:pPr>
        <w:spacing w:after="20"/>
        <w:ind w:left="288"/>
      </w:pPr>
      <w:r>
        <w:t>☐ C. Ride quickly to finish the day</w:t>
      </w:r>
    </w:p>
    <w:p>
      <w:pPr>
        <w:spacing w:after="20"/>
        <w:ind w:left="288"/>
      </w:pPr>
      <w:r>
        <w:t>☐ D. Carry on regardless of safety or quality</w:t>
      </w:r>
    </w:p>
    <w:p>
      <w:r>
        <w:rPr>
          <w:b/>
        </w:rPr>
        <w:t>22. Which description sounds MOST like you?</w:t>
      </w:r>
    </w:p>
    <w:p>
      <w:pPr>
        <w:spacing w:after="20"/>
        <w:ind w:left="288"/>
      </w:pPr>
      <w:r>
        <w:t>☐ A. Patient, disciplined, observant and determined to keep improving</w:t>
      </w:r>
    </w:p>
    <w:p>
      <w:pPr>
        <w:spacing w:after="20"/>
        <w:ind w:left="288"/>
      </w:pPr>
      <w:r>
        <w:t>☐ B. Confident, practical and good with horses</w:t>
      </w:r>
    </w:p>
    <w:p>
      <w:pPr>
        <w:spacing w:after="20"/>
        <w:ind w:left="288"/>
      </w:pPr>
      <w:r>
        <w:t>☐ C. Mainly interested in competing</w:t>
      </w:r>
    </w:p>
    <w:p>
      <w:pPr>
        <w:spacing w:after="20"/>
        <w:ind w:left="288"/>
      </w:pPr>
      <w:r>
        <w:t>☐ D. I would rather ride only when I feel like it</w:t>
      </w:r>
    </w:p>
    <w:p>
      <w:r>
        <w:rPr>
          <w:b/>
        </w:rPr>
        <w:t>23. Ten years into your career, what would make you proudest?</w:t>
      </w:r>
    </w:p>
    <w:p>
      <w:pPr>
        <w:spacing w:after="20"/>
        <w:ind w:left="288"/>
      </w:pPr>
      <w:r>
        <w:t>☐ A. Being respected for horsemanship, welfare and developing horses well</w:t>
      </w:r>
    </w:p>
    <w:p>
      <w:pPr>
        <w:spacing w:after="20"/>
        <w:ind w:left="288"/>
      </w:pPr>
      <w:r>
        <w:t>☐ B. Building a successful riding career or business</w:t>
      </w:r>
    </w:p>
    <w:p>
      <w:pPr>
        <w:spacing w:after="20"/>
        <w:ind w:left="288"/>
      </w:pPr>
      <w:r>
        <w:t>☐ C. Winning important competitions</w:t>
      </w:r>
    </w:p>
    <w:p>
      <w:pPr>
        <w:spacing w:after="20"/>
        <w:ind w:left="288"/>
      </w:pPr>
      <w:r>
        <w:t>☐ D. Being well known online</w:t>
      </w:r>
    </w:p>
    <w:p>
      <w:r>
        <w:rPr>
          <w:b/>
        </w:rPr>
        <w:t>24. Which statement sounds MOST like you?</w:t>
      </w:r>
    </w:p>
    <w:p>
      <w:pPr>
        <w:spacing w:after="20"/>
        <w:ind w:left="288"/>
      </w:pPr>
      <w:r>
        <w:t>☐ A. I would enjoy combining horsemanship, discipline, fitness and continual learning</w:t>
      </w:r>
    </w:p>
    <w:p>
      <w:pPr>
        <w:spacing w:after="20"/>
        <w:ind w:left="288"/>
      </w:pPr>
      <w:r>
        <w:t>☐ B. I love riding and would work hard to understand the whole profession</w:t>
      </w:r>
    </w:p>
    <w:p>
      <w:pPr>
        <w:spacing w:after="20"/>
        <w:ind w:left="288"/>
      </w:pPr>
      <w:r>
        <w:t>☐ C. I love horses but I am unsure about the demands of riding professionally</w:t>
      </w:r>
    </w:p>
    <w:p>
      <w:pPr>
        <w:spacing w:after="20"/>
        <w:ind w:left="288"/>
      </w:pPr>
      <w:r>
        <w:t>☐ D. I want riding to remain a hobby without career pressure</w:t>
      </w:r>
    </w:p>
    <w:p>
      <w:r>
        <w:br w:type="page"/>
      </w:r>
    </w:p>
    <w:p>
      <w:pPr>
        <w:jc w:val="center"/>
      </w:pPr>
      <w:r>
        <w:rPr>
          <w:b/>
          <w:sz w:val="36"/>
        </w:rPr>
        <w:t>Your EquiPeeps Rider Match</w:t>
      </w:r>
    </w:p>
    <w:p>
      <w:r>
        <w:t>Behind-the-scenes scoring: A = 3 points, B = 2 points, C = 1 point, D = 0 points. Maximum score: 72. Keep this scoring hidden from teenagers on the website.</w:t>
      </w:r>
    </w:p>
    <w:p>
      <w:r>
        <w:rPr>
          <w:b/>
        </w:rPr>
        <w:t>55–72 — A professional riding career is worth exploring closely</w:t>
      </w:r>
    </w:p>
    <w:p>
      <w:r>
        <w:t>Your answers suggest you may have a strong combination of horsemanship, discipline, resilience, observation and willingness to learn. You also appear to understand that a rider's first responsibility is to the horse, even when ambition and competition create pressure.</w:t>
      </w:r>
    </w:p>
    <w:p>
      <w:r>
        <w:rPr>
          <w:b/>
        </w:rPr>
        <w:t>38–54 — There's plenty here worth exploring</w:t>
      </w:r>
    </w:p>
    <w:p>
      <w:r>
        <w:t>Several aspects of professional riding seem to suit you. Quality coaching, varied riding experience and time working within a professional yard would help you discover which discipline and working environment fit you best.</w:t>
      </w:r>
    </w:p>
    <w:p>
      <w:r>
        <w:rPr>
          <w:b/>
        </w:rPr>
        <w:t>20–37 — Another horse career may suit your strengths differently</w:t>
      </w:r>
    </w:p>
    <w:p>
      <w:r>
        <w:t>You may love horses and riding without wanting the lifestyle or pressure of riding professionally. Explore coaching, grooming, yard management, equine therapy, breeding, events or another role within the industry.</w:t>
      </w:r>
    </w:p>
    <w:p>
      <w:r>
        <w:rPr>
          <w:b/>
        </w:rPr>
        <w:t>0–19 — Let's explore!</w:t>
      </w:r>
    </w:p>
    <w:p>
      <w:r>
        <w:t>Professional riding may not currently match your interests or preferred lifestyle. Your strengths could lead to an exciting and valuable career elsewhere in the equestrian industry.</w:t>
      </w:r>
    </w:p>
    <w:p>
      <w:r>
        <w:rPr>
          <w:b/>
        </w:rPr>
        <w:t>One Important Question — Do you enjoy the daily process of improvement as much as the result?</w:t>
      </w:r>
    </w:p>
    <w:p>
      <w:r>
        <w:t>A skilled rider builds success through patient repetition, honest reflection and respect for every horse. Professionalism is shown in everyday decisions: preparing properly, listening to the horse, accepting guidance and protecting welfare when nobody is watching.</w:t>
      </w:r>
    </w:p>
    <w:p>
      <w:r>
        <w:rPr>
          <w:b/>
        </w:rPr>
        <w:t>Your EquiPeeps Challenge</w:t>
      </w:r>
    </w:p>
    <w:p>
      <w:r>
        <w:t>With guidance from a coach or experienced professional, investigate: Which riding disciplines interest you? What skills does each require? How do professional riders keep themselves fit? Who supports a horse and rider behind the scenes? What does a typical working day include? Then create a one-week development plan with one riding goal, one horse-care goal and one fitness goal.</w:t>
      </w:r>
    </w:p>
    <w:p>
      <w:r>
        <w:rPr>
          <w:b/>
        </w:rPr>
        <w:t>What would I actually do?</w:t>
      </w:r>
    </w:p>
    <w:p>
      <w:r>
        <w:t>A professional rider may train, exercise, compete and help develop horses for owners, producers, studs, racing yards or competition yards. The work can include planning training, monitoring health and fitness, communicating with owners, coaches, grooms, vets and farriers, travelling to competitions, keeping records, supporting sponsors and helping with everyday yard care. Exact duties depend on the discipline and role.</w:t>
      </w:r>
    </w:p>
    <w:p>
      <w:r>
        <w:rPr>
          <w:b/>
        </w:rPr>
        <w:t>How do I qualify?</w:t>
      </w:r>
    </w:p>
    <w:p>
      <w:r>
        <w:t>There is no single route. Many riders build their career through strong coaching, recognised qualifications, competition experience and supervised work in professional yards. British Equestrian member bodies and training organisations offer discipline-specific pathways. Apprenticeships, college courses and equine qualifications can also develop practical and business skills. Always check current entry and qualification requirements for your chosen discipline.</w:t>
      </w:r>
    </w:p>
    <w:p>
      <w:r>
        <w:rPr>
          <w:b/>
        </w:rPr>
        <w:t>What subjects should I consider?</w:t>
      </w:r>
    </w:p>
    <w:p>
      <w:r>
        <w:t>Physical education and biology can help you understand fitness, movement and the body. English supports clear communication with owners, sponsors and teams. Maths and business are valuable for budgets, entries, travel and running a yard. Practical horse-care experience, good coaching and a strong understanding of welfare are essential.</w:t>
      </w:r>
    </w:p>
    <w:p>
      <w:r>
        <w:rPr>
          <w:b/>
        </w:rPr>
        <w:t>Could I train abroad? 🌍</w:t>
      </w:r>
    </w:p>
    <w:p>
      <w:r>
        <w:t>Potentially, yes. Riders often train or work internationally to learn from different systems, coaches and competition environments. Entry rules, visas, insurance, qualifications and safeguarding requirements vary by country. Research every opportunity carefully and use reputable employers, yards and training programmes.</w:t>
      </w:r>
    </w:p>
    <w:p>
      <w:r>
        <w:rPr>
          <w:b/>
        </w:rPr>
        <w:t>Where could this career take me?</w:t>
      </w:r>
    </w:p>
    <w:p>
      <w:r>
        <w:t>You could work as a competition rider, work rider, exercise rider, horse producer, rider-groom or assistant rider in disciplines such as showjumping, dressage, eventing, racing, endurance, showing or western riding. With experience, you might ride for owners, develop young horses, coach others, manage a yard or build your own training business.</w:t>
      </w:r>
    </w:p>
    <w:p>
      <w:r>
        <w:rPr>
          <w:b/>
        </w:rPr>
        <w:t>EquiPeeps Professional Lesson</w:t>
      </w:r>
    </w:p>
    <w:p>
      <w:r>
        <w:t>A professional rider is not simply somebody who rides well. A professional prepares thoroughly, listens to the horse, works constructively with a team, accepts responsibility and keeps learning through both success and disappointment.</w:t>
      </w:r>
    </w:p>
    <w:p>
      <w:r>
        <w:t>This is a career discovery activity, not a professional psychometric or aptitude assessment. It cannot tell you whether you can or cannot become a professional rider.</w:t>
      </w:r>
    </w:p>
    <w:p>
      <w:pPr>
        <w:jc w:val="center"/>
      </w:pPr>
      <w:r>
        <w:rPr>
          <w:b/>
          <w:sz w:val="26"/>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EquiPeeps Rider Career Match</dc:title>
  <dc:subject>Career discovery activity for aspiring professional riders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