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28"/>
        </w:rPr>
        <w:t>Could this be your career?</w:t>
      </w:r>
    </w:p>
    <w:p>
      <w:pPr>
        <w:jc w:val="center"/>
      </w:pPr>
      <w:r>
        <w:rPr>
          <w:b/>
          <w:sz w:val="36"/>
        </w:rPr>
        <w:t>Equine Journalist</w:t>
      </w:r>
    </w:p>
    <w:p>
      <w:r>
        <w:t>A career in equine journalism combines curiosity, equestrian knowledge, research, interviewing and powerful communication. Journalists can report news, explain complex issues, cover sport and share the people and ideas shaping the horse world. Strong work must be accurate, fair, original and worthy of the audience's trust.</w:t>
      </w:r>
    </w:p>
    <w:p>
      <w:r>
        <w:rPr>
          <w:b/>
        </w:rPr>
        <w:t>There are no right or wrong answers. Choose the answer that sounds MOST like you.</w:t>
      </w:r>
    </w:p>
    <w:p>
      <w:r>
        <w:rPr>
          <w:b/>
        </w:rPr>
        <w:t>1. How interested are you in discovering and telling equestrian stories?</w:t>
      </w:r>
    </w:p>
    <w:p>
      <w:pPr>
        <w:spacing w:after="20"/>
        <w:ind w:left="288"/>
      </w:pPr>
      <w:r>
        <w:t>☐ A. Very - I would enjoy researching, interviewing and explaining what matters</w:t>
      </w:r>
    </w:p>
    <w:p>
      <w:pPr>
        <w:spacing w:after="20"/>
        <w:ind w:left="288"/>
      </w:pPr>
      <w:r>
        <w:t>☐ B. Fairly interested</w:t>
      </w:r>
    </w:p>
    <w:p>
      <w:pPr>
        <w:spacing w:after="20"/>
        <w:ind w:left="288"/>
      </w:pPr>
      <w:r>
        <w:t>☐ C. I mainly like posting photographs</w:t>
      </w:r>
    </w:p>
    <w:p>
      <w:pPr>
        <w:spacing w:after="20"/>
        <w:ind w:left="288"/>
      </w:pPr>
      <w:r>
        <w:t>☐ D. Writing and research do not interest me</w:t>
      </w:r>
    </w:p>
    <w:p>
      <w:r>
        <w:rPr>
          <w:b/>
        </w:rPr>
        <w:t>2. You hear an exciting rumour about a well-known rider. What would you do?</w:t>
      </w:r>
    </w:p>
    <w:p>
      <w:pPr>
        <w:spacing w:after="20"/>
        <w:ind w:left="288"/>
      </w:pPr>
      <w:r>
        <w:t>☐ A. Verify it through reliable sources and give the person a fair opportunity to respond</w:t>
      </w:r>
    </w:p>
    <w:p>
      <w:pPr>
        <w:spacing w:after="20"/>
        <w:ind w:left="288"/>
      </w:pPr>
      <w:r>
        <w:t>☐ B. Ask an editor how to investigate it</w:t>
      </w:r>
    </w:p>
    <w:p>
      <w:pPr>
        <w:spacing w:after="20"/>
        <w:ind w:left="288"/>
      </w:pPr>
      <w:r>
        <w:t>☐ C. Publish it quickly before somebody else does</w:t>
      </w:r>
    </w:p>
    <w:p>
      <w:pPr>
        <w:spacing w:after="20"/>
        <w:ind w:left="288"/>
      </w:pPr>
      <w:r>
        <w:t>☐ D. Add extra details to make it more dramatic</w:t>
      </w:r>
    </w:p>
    <w:p>
      <w:r>
        <w:rPr>
          <w:b/>
        </w:rPr>
        <w:t>3. How do you feel about rewriting an article several times?</w:t>
      </w:r>
    </w:p>
    <w:p>
      <w:pPr>
        <w:spacing w:after="20"/>
        <w:ind w:left="288"/>
      </w:pPr>
      <w:r>
        <w:t>☐ A. Editing is how strong, accurate writing becomes clearer</w:t>
      </w:r>
    </w:p>
    <w:p>
      <w:pPr>
        <w:spacing w:after="20"/>
        <w:ind w:left="288"/>
      </w:pPr>
      <w:r>
        <w:t>☐ B. I would revise it carefully with feedback</w:t>
      </w:r>
    </w:p>
    <w:p>
      <w:pPr>
        <w:spacing w:after="20"/>
        <w:ind w:left="288"/>
      </w:pPr>
      <w:r>
        <w:t>☐ C. I prefer using my first draft</w:t>
      </w:r>
    </w:p>
    <w:p>
      <w:pPr>
        <w:spacing w:after="20"/>
        <w:ind w:left="288"/>
      </w:pPr>
      <w:r>
        <w:t>☐ D. I would dislike changing my work</w:t>
      </w:r>
    </w:p>
    <w:p>
      <w:r>
        <w:rPr>
          <w:b/>
        </w:rPr>
        <w:t>4. A horse is injured during an event you are covering.</w:t>
      </w:r>
    </w:p>
    <w:p>
      <w:pPr>
        <w:spacing w:after="20"/>
        <w:ind w:left="288"/>
      </w:pPr>
      <w:r>
        <w:t>☐ A. Respect welfare and privacy, confirm facts and report sensitively</w:t>
      </w:r>
    </w:p>
    <w:p>
      <w:pPr>
        <w:spacing w:after="20"/>
        <w:ind w:left="288"/>
      </w:pPr>
      <w:r>
        <w:t>☐ B. Follow the editor's and event's professional guidance</w:t>
      </w:r>
    </w:p>
    <w:p>
      <w:pPr>
        <w:spacing w:after="20"/>
        <w:ind w:left="288"/>
      </w:pPr>
      <w:r>
        <w:t>☐ C. Film closely because dramatic footage gets attention</w:t>
      </w:r>
    </w:p>
    <w:p>
      <w:pPr>
        <w:spacing w:after="20"/>
        <w:ind w:left="288"/>
      </w:pPr>
      <w:r>
        <w:t>☐ D. Post speculation immediately</w:t>
      </w:r>
    </w:p>
    <w:p>
      <w:r>
        <w:rPr>
          <w:b/>
        </w:rPr>
        <w:t>5. Which school subjects sound most useful to you?</w:t>
      </w:r>
    </w:p>
    <w:p>
      <w:pPr>
        <w:spacing w:after="20"/>
        <w:ind w:left="288"/>
      </w:pPr>
      <w:r>
        <w:t>☐ A. English, media studies and history</w:t>
      </w:r>
    </w:p>
    <w:p>
      <w:pPr>
        <w:spacing w:after="20"/>
        <w:ind w:left="288"/>
      </w:pPr>
      <w:r>
        <w:t>☐ B. Information technology and photography</w:t>
      </w:r>
    </w:p>
    <w:p>
      <w:pPr>
        <w:spacing w:after="20"/>
        <w:ind w:left="288"/>
      </w:pPr>
      <w:r>
        <w:t>☐ C. Biology and business</w:t>
      </w:r>
    </w:p>
    <w:p>
      <w:pPr>
        <w:spacing w:after="20"/>
        <w:ind w:left="288"/>
      </w:pPr>
      <w:r>
        <w:t>☐ D. Physical education only</w:t>
      </w:r>
    </w:p>
    <w:p>
      <w:r>
        <w:rPr>
          <w:b/>
        </w:rPr>
        <w:t>6. Two sources give different versions of the same story.</w:t>
      </w:r>
    </w:p>
    <w:p>
      <w:pPr>
        <w:spacing w:after="20"/>
        <w:ind w:left="288"/>
      </w:pPr>
      <w:r>
        <w:t>☐ A. Check evidence, seek further verification and explain uncertainty honestly</w:t>
      </w:r>
    </w:p>
    <w:p>
      <w:pPr>
        <w:spacing w:after="20"/>
        <w:ind w:left="288"/>
      </w:pPr>
      <w:r>
        <w:t>☐ B. Ask the editor which source is stronger</w:t>
      </w:r>
    </w:p>
    <w:p>
      <w:pPr>
        <w:spacing w:after="20"/>
        <w:ind w:left="288"/>
      </w:pPr>
      <w:r>
        <w:t>☐ C. Use the more exciting version</w:t>
      </w:r>
    </w:p>
    <w:p>
      <w:pPr>
        <w:spacing w:after="20"/>
        <w:ind w:left="288"/>
      </w:pPr>
      <w:r>
        <w:t>☐ D. Choose the person I know best</w:t>
      </w:r>
    </w:p>
    <w:p>
      <w:r>
        <w:rPr>
          <w:b/>
        </w:rPr>
        <w:t>7. How do you feel about interviewing people you have never met?</w:t>
      </w:r>
    </w:p>
    <w:p>
      <w:pPr>
        <w:spacing w:after="20"/>
        <w:ind w:left="288"/>
      </w:pPr>
      <w:r>
        <w:t>☐ A. I would prepare thoughtful questions, listen carefully and follow up</w:t>
      </w:r>
    </w:p>
    <w:p>
      <w:pPr>
        <w:spacing w:after="20"/>
        <w:ind w:left="288"/>
      </w:pPr>
      <w:r>
        <w:t>☐ B. I could learn with practice</w:t>
      </w:r>
    </w:p>
    <w:p>
      <w:pPr>
        <w:spacing w:after="20"/>
        <w:ind w:left="288"/>
      </w:pPr>
      <w:r>
        <w:t>☐ C. I would prefer sending casual messages</w:t>
      </w:r>
    </w:p>
    <w:p>
      <w:pPr>
        <w:spacing w:after="20"/>
        <w:ind w:left="288"/>
      </w:pPr>
      <w:r>
        <w:t>☐ D. I would avoid interviews</w:t>
      </w:r>
    </w:p>
    <w:p>
      <w:r>
        <w:rPr>
          <w:b/>
        </w:rPr>
        <w:t>8. A sponsor asks you to remove fair criticism from an article.</w:t>
      </w:r>
    </w:p>
    <w:p>
      <w:pPr>
        <w:spacing w:after="20"/>
        <w:ind w:left="288"/>
      </w:pPr>
      <w:r>
        <w:t>☐ A. Protect editorial integrity and discuss the request transparently with the editor</w:t>
      </w:r>
    </w:p>
    <w:p>
      <w:pPr>
        <w:spacing w:after="20"/>
        <w:ind w:left="288"/>
      </w:pPr>
      <w:r>
        <w:t>☐ B. Refer the request to the responsible editor</w:t>
      </w:r>
    </w:p>
    <w:p>
      <w:pPr>
        <w:spacing w:after="20"/>
        <w:ind w:left="288"/>
      </w:pPr>
      <w:r>
        <w:t>☐ C. Remove it because the sponsor pays</w:t>
      </w:r>
    </w:p>
    <w:p>
      <w:pPr>
        <w:spacing w:after="20"/>
        <w:ind w:left="288"/>
      </w:pPr>
      <w:r>
        <w:t>☐ D. Praise the sponsor instead</w:t>
      </w:r>
    </w:p>
    <w:p>
      <w:r>
        <w:rPr>
          <w:b/>
        </w:rPr>
        <w:t>9. How do you feel about continually learning throughout your career?</w:t>
      </w:r>
    </w:p>
    <w:p>
      <w:pPr>
        <w:spacing w:after="20"/>
        <w:ind w:left="288"/>
      </w:pPr>
      <w:r>
        <w:t>☐ A. I would keep developing my equestrian, media, legal and digital knowledge</w:t>
      </w:r>
    </w:p>
    <w:p>
      <w:pPr>
        <w:spacing w:after="20"/>
        <w:ind w:left="288"/>
      </w:pPr>
      <w:r>
        <w:t>☐ B. I would attend regular training</w:t>
      </w:r>
    </w:p>
    <w:p>
      <w:pPr>
        <w:spacing w:after="20"/>
        <w:ind w:left="288"/>
      </w:pPr>
      <w:r>
        <w:t>☐ C. I would rely mainly on my opinions</w:t>
      </w:r>
    </w:p>
    <w:p>
      <w:pPr>
        <w:spacing w:after="20"/>
        <w:ind w:left="288"/>
      </w:pPr>
      <w:r>
        <w:t>☐ D. I do not enjoy research</w:t>
      </w:r>
    </w:p>
    <w:p>
      <w:r>
        <w:rPr>
          <w:b/>
        </w:rPr>
        <w:t>10. You discover an important factual error after publication.</w:t>
      </w:r>
    </w:p>
    <w:p>
      <w:pPr>
        <w:spacing w:after="20"/>
        <w:ind w:left="288"/>
      </w:pPr>
      <w:r>
        <w:t>☐ A. Correct it promptly, clearly and through the proper editorial process</w:t>
      </w:r>
    </w:p>
    <w:p>
      <w:pPr>
        <w:spacing w:after="20"/>
        <w:ind w:left="288"/>
      </w:pPr>
      <w:r>
        <w:t>☐ B. Tell the editor immediately</w:t>
      </w:r>
    </w:p>
    <w:p>
      <w:pPr>
        <w:spacing w:after="20"/>
        <w:ind w:left="288"/>
      </w:pPr>
      <w:r>
        <w:t>☐ C. Quietly change it without acknowledging the error</w:t>
      </w:r>
    </w:p>
    <w:p>
      <w:pPr>
        <w:spacing w:after="20"/>
        <w:ind w:left="288"/>
      </w:pPr>
      <w:r>
        <w:t>☐ D. Leave it because people may not notice</w:t>
      </w:r>
    </w:p>
    <w:p>
      <w:r>
        <w:rPr>
          <w:b/>
        </w:rPr>
        <w:t>11. Which part of equine journalism sounds most interesting?</w:t>
      </w:r>
    </w:p>
    <w:p>
      <w:pPr>
        <w:spacing w:after="20"/>
        <w:ind w:left="288"/>
      </w:pPr>
      <w:r>
        <w:t>☐ A. Finding important stories and making complex subjects understandable</w:t>
      </w:r>
    </w:p>
    <w:p>
      <w:pPr>
        <w:spacing w:after="20"/>
        <w:ind w:left="288"/>
      </w:pPr>
      <w:r>
        <w:t>☐ B. Interviewing riders, experts and industry leaders</w:t>
      </w:r>
    </w:p>
    <w:p>
      <w:pPr>
        <w:spacing w:after="20"/>
        <w:ind w:left="288"/>
      </w:pPr>
      <w:r>
        <w:t>☐ C. Attending major events</w:t>
      </w:r>
    </w:p>
    <w:p>
      <w:pPr>
        <w:spacing w:after="20"/>
        <w:ind w:left="288"/>
      </w:pPr>
      <w:r>
        <w:t>☐ D. Becoming popular online</w:t>
      </w:r>
    </w:p>
    <w:p>
      <w:r>
        <w:rPr>
          <w:b/>
        </w:rPr>
        <w:t>12. You are asked for expert advice outside your knowledge.</w:t>
      </w:r>
    </w:p>
    <w:p>
      <w:pPr>
        <w:spacing w:after="20"/>
        <w:ind w:left="288"/>
      </w:pPr>
      <w:r>
        <w:t>☐ A. Explain that I am reporting, not acting as the specialist, and refer to qualified sources</w:t>
      </w:r>
    </w:p>
    <w:p>
      <w:pPr>
        <w:spacing w:after="20"/>
        <w:ind w:left="288"/>
      </w:pPr>
      <w:r>
        <w:t>☐ B. Ask an expert to answer</w:t>
      </w:r>
    </w:p>
    <w:p>
      <w:pPr>
        <w:spacing w:after="20"/>
        <w:ind w:left="288"/>
      </w:pPr>
      <w:r>
        <w:t>☐ C. Give my personal view as professional advice</w:t>
      </w:r>
    </w:p>
    <w:p>
      <w:pPr>
        <w:spacing w:after="20"/>
        <w:ind w:left="288"/>
      </w:pPr>
      <w:r>
        <w:t>☐ D. Make the answer sound authoritative</w:t>
      </w:r>
    </w:p>
    <w:p>
      <w:r>
        <w:rPr>
          <w:b/>
        </w:rPr>
        <w:t>13. An interviewee asks to speak off the record.</w:t>
      </w:r>
    </w:p>
    <w:p>
      <w:pPr>
        <w:spacing w:after="20"/>
        <w:ind w:left="288"/>
      </w:pPr>
      <w:r>
        <w:t>☐ A. Clarify and respect the agreed terms before they continue</w:t>
      </w:r>
    </w:p>
    <w:p>
      <w:pPr>
        <w:spacing w:after="20"/>
        <w:ind w:left="288"/>
      </w:pPr>
      <w:r>
        <w:t>☐ B. Check the publication's policy with my editor</w:t>
      </w:r>
    </w:p>
    <w:p>
      <w:pPr>
        <w:spacing w:after="20"/>
        <w:ind w:left="288"/>
      </w:pPr>
      <w:r>
        <w:t>☐ C. Use anything interesting they say</w:t>
      </w:r>
    </w:p>
    <w:p>
      <w:pPr>
        <w:spacing w:after="20"/>
        <w:ind w:left="288"/>
      </w:pPr>
      <w:r>
        <w:t>☐ D. Record it secretly</w:t>
      </w:r>
    </w:p>
    <w:p>
      <w:r>
        <w:rPr>
          <w:b/>
        </w:rPr>
        <w:t>14. How do you feel about deadlines?</w:t>
      </w:r>
    </w:p>
    <w:p>
      <w:pPr>
        <w:spacing w:after="20"/>
        <w:ind w:left="288"/>
      </w:pPr>
      <w:r>
        <w:t>☐ A. I would plan research and writing carefully while protecting accuracy</w:t>
      </w:r>
    </w:p>
    <w:p>
      <w:pPr>
        <w:spacing w:after="20"/>
        <w:ind w:left="288"/>
      </w:pPr>
      <w:r>
        <w:t>☐ B. I work well with a clear schedule</w:t>
      </w:r>
    </w:p>
    <w:p>
      <w:pPr>
        <w:spacing w:after="20"/>
        <w:ind w:left="288"/>
      </w:pPr>
      <w:r>
        <w:t>☐ C. I often leave work until the last moment</w:t>
      </w:r>
    </w:p>
    <w:p>
      <w:pPr>
        <w:spacing w:after="20"/>
        <w:ind w:left="288"/>
      </w:pPr>
      <w:r>
        <w:t>☐ D. Deadlines would make me rush facts</w:t>
      </w:r>
    </w:p>
    <w:p>
      <w:r>
        <w:rPr>
          <w:b/>
        </w:rPr>
        <w:t>15. A photograph shows a horse-care practice that raises welfare questions.</w:t>
      </w:r>
    </w:p>
    <w:p>
      <w:pPr>
        <w:spacing w:after="20"/>
        <w:ind w:left="288"/>
      </w:pPr>
      <w:r>
        <w:t>☐ A. Investigate the full context and seek informed comment before drawing conclusions</w:t>
      </w:r>
    </w:p>
    <w:p>
      <w:pPr>
        <w:spacing w:after="20"/>
        <w:ind w:left="288"/>
      </w:pPr>
      <w:r>
        <w:t>☐ B. Show it to the editor and a qualified source</w:t>
      </w:r>
    </w:p>
    <w:p>
      <w:pPr>
        <w:spacing w:after="20"/>
        <w:ind w:left="288"/>
      </w:pPr>
      <w:r>
        <w:t>☐ C. Post it with an angry caption</w:t>
      </w:r>
    </w:p>
    <w:p>
      <w:pPr>
        <w:spacing w:after="20"/>
        <w:ind w:left="288"/>
      </w:pPr>
      <w:r>
        <w:t>☐ D. Ignore it because the image is attractive</w:t>
      </w:r>
    </w:p>
    <w:p>
      <w:r>
        <w:rPr>
          <w:b/>
        </w:rPr>
        <w:t>16. A source sends you confidential personal information by mistake.</w:t>
      </w:r>
    </w:p>
    <w:p>
      <w:pPr>
        <w:spacing w:after="20"/>
        <w:ind w:left="288"/>
      </w:pPr>
      <w:r>
        <w:t>☐ A. Protect it, notify the appropriate editor and handle it responsibly</w:t>
      </w:r>
    </w:p>
    <w:p>
      <w:pPr>
        <w:spacing w:after="20"/>
        <w:ind w:left="288"/>
      </w:pPr>
      <w:r>
        <w:t>☐ B. Ask the editor what to do</w:t>
      </w:r>
    </w:p>
    <w:p>
      <w:pPr>
        <w:spacing w:after="20"/>
        <w:ind w:left="288"/>
      </w:pPr>
      <w:r>
        <w:t>☐ C. Share it with colleagues</w:t>
      </w:r>
    </w:p>
    <w:p>
      <w:pPr>
        <w:spacing w:after="20"/>
        <w:ind w:left="288"/>
      </w:pPr>
      <w:r>
        <w:t>☐ D. Use it because it may create a strong story</w:t>
      </w:r>
    </w:p>
    <w:p>
      <w:r>
        <w:rPr>
          <w:b/>
        </w:rPr>
        <w:t>17. How important is accuracy in this career?</w:t>
      </w:r>
    </w:p>
    <w:p>
      <w:pPr>
        <w:spacing w:after="20"/>
        <w:ind w:left="288"/>
      </w:pPr>
      <w:r>
        <w:t>☐ A. Essential - errors can harm people, horses, reputations and public understanding</w:t>
      </w:r>
    </w:p>
    <w:p>
      <w:pPr>
        <w:spacing w:after="20"/>
        <w:ind w:left="288"/>
      </w:pPr>
      <w:r>
        <w:t>☐ B. Very important</w:t>
      </w:r>
    </w:p>
    <w:p>
      <w:pPr>
        <w:spacing w:after="20"/>
        <w:ind w:left="288"/>
      </w:pPr>
      <w:r>
        <w:t>☐ C. Useful, but speed matters more</w:t>
      </w:r>
    </w:p>
    <w:p>
      <w:pPr>
        <w:spacing w:after="20"/>
        <w:ind w:left="288"/>
      </w:pPr>
      <w:r>
        <w:t>☐ D. Not particularly important</w:t>
      </w:r>
    </w:p>
    <w:p>
      <w:r>
        <w:rPr>
          <w:b/>
        </w:rPr>
        <w:t>18. A reader challenges something you have written.</w:t>
      </w:r>
    </w:p>
    <w:p>
      <w:pPr>
        <w:spacing w:after="20"/>
        <w:ind w:left="288"/>
      </w:pPr>
      <w:r>
        <w:t>☐ A. Review the evidence calmly, correct any error and explain the facts respectfully</w:t>
      </w:r>
    </w:p>
    <w:p>
      <w:pPr>
        <w:spacing w:after="20"/>
        <w:ind w:left="288"/>
      </w:pPr>
      <w:r>
        <w:t>☐ B. Discuss it with the editor</w:t>
      </w:r>
    </w:p>
    <w:p>
      <w:pPr>
        <w:spacing w:after="20"/>
        <w:ind w:left="288"/>
      </w:pPr>
      <w:r>
        <w:t>☐ C. Argue until they stop responding</w:t>
      </w:r>
    </w:p>
    <w:p>
      <w:pPr>
        <w:spacing w:after="20"/>
        <w:ind w:left="288"/>
      </w:pPr>
      <w:r>
        <w:t>☐ D. Delete every critical comment</w:t>
      </w:r>
    </w:p>
    <w:p>
      <w:r>
        <w:rPr>
          <w:b/>
        </w:rPr>
        <w:t>19. How would you feel about combining writing with photography, audio or video?</w:t>
      </w:r>
    </w:p>
    <w:p>
      <w:pPr>
        <w:spacing w:after="20"/>
        <w:ind w:left="288"/>
      </w:pPr>
      <w:r>
        <w:t>☐ A. I would enjoy choosing the best medium for each story</w:t>
      </w:r>
    </w:p>
    <w:p>
      <w:pPr>
        <w:spacing w:after="20"/>
        <w:ind w:left="288"/>
      </w:pPr>
      <w:r>
        <w:t>☐ B. I could develop those skills</w:t>
      </w:r>
    </w:p>
    <w:p>
      <w:pPr>
        <w:spacing w:after="20"/>
        <w:ind w:left="288"/>
      </w:pPr>
      <w:r>
        <w:t>☐ C. I would prefer only social-media posts</w:t>
      </w:r>
    </w:p>
    <w:p>
      <w:pPr>
        <w:spacing w:after="20"/>
        <w:ind w:left="288"/>
      </w:pPr>
      <w:r>
        <w:t>☐ D. I dislike learning digital tools</w:t>
      </w:r>
    </w:p>
    <w:p>
      <w:r>
        <w:rPr>
          <w:b/>
        </w:rPr>
        <w:t>20. An editor asks for a stronger headline than the facts support.</w:t>
      </w:r>
    </w:p>
    <w:p>
      <w:pPr>
        <w:spacing w:after="20"/>
        <w:ind w:left="288"/>
      </w:pPr>
      <w:r>
        <w:t>☐ A. Suggest an engaging but accurate alternative</w:t>
      </w:r>
    </w:p>
    <w:p>
      <w:pPr>
        <w:spacing w:after="20"/>
        <w:ind w:left="288"/>
      </w:pPr>
      <w:r>
        <w:t>☐ B. Explain the concern and ask the editor to reconsider</w:t>
      </w:r>
    </w:p>
    <w:p>
      <w:pPr>
        <w:spacing w:after="20"/>
        <w:ind w:left="288"/>
      </w:pPr>
      <w:r>
        <w:t>☐ C. Use it because headlines need clicks</w:t>
      </w:r>
    </w:p>
    <w:p>
      <w:pPr>
        <w:spacing w:after="20"/>
        <w:ind w:left="288"/>
      </w:pPr>
      <w:r>
        <w:t>☐ D. Exaggerate the article too</w:t>
      </w:r>
    </w:p>
    <w:p>
      <w:r>
        <w:rPr>
          <w:b/>
        </w:rPr>
        <w:t>21. You are tired, but your final fact-check is still due.</w:t>
      </w:r>
    </w:p>
    <w:p>
      <w:pPr>
        <w:spacing w:after="20"/>
        <w:ind w:left="288"/>
      </w:pPr>
      <w:r>
        <w:t>☐ A. Check every name, quote and claim carefully or arrange an authorised second check</w:t>
      </w:r>
    </w:p>
    <w:p>
      <w:pPr>
        <w:spacing w:after="20"/>
        <w:ind w:left="288"/>
      </w:pPr>
      <w:r>
        <w:t>☐ B. Slow down and verify the essential facts</w:t>
      </w:r>
    </w:p>
    <w:p>
      <w:pPr>
        <w:spacing w:after="20"/>
        <w:ind w:left="288"/>
      </w:pPr>
      <w:r>
        <w:t>☐ C. Submit it and correct mistakes later</w:t>
      </w:r>
    </w:p>
    <w:p>
      <w:pPr>
        <w:spacing w:after="20"/>
        <w:ind w:left="288"/>
      </w:pPr>
      <w:r>
        <w:t>☐ D. Skip the check because the draft reads well</w:t>
      </w:r>
    </w:p>
    <w:p>
      <w:r>
        <w:rPr>
          <w:b/>
        </w:rPr>
        <w:t>22. Which description sounds MOST like you?</w:t>
      </w:r>
    </w:p>
    <w:p>
      <w:pPr>
        <w:spacing w:after="20"/>
        <w:ind w:left="288"/>
      </w:pPr>
      <w:r>
        <w:t>☐ A. Curious, accurate, fair, observant and able to communicate clearly</w:t>
      </w:r>
    </w:p>
    <w:p>
      <w:pPr>
        <w:spacing w:after="20"/>
        <w:ind w:left="288"/>
      </w:pPr>
      <w:r>
        <w:t>☐ B. Creative, organised and willing to ask questions</w:t>
      </w:r>
    </w:p>
    <w:p>
      <w:pPr>
        <w:spacing w:after="20"/>
        <w:ind w:left="288"/>
      </w:pPr>
      <w:r>
        <w:t>☐ C. Mainly attracted by events and social media</w:t>
      </w:r>
    </w:p>
    <w:p>
      <w:pPr>
        <w:spacing w:after="20"/>
        <w:ind w:left="288"/>
      </w:pPr>
      <w:r>
        <w:t>☐ D. I prefer opinions to detailed research</w:t>
      </w:r>
    </w:p>
    <w:p>
      <w:r>
        <w:rPr>
          <w:b/>
        </w:rPr>
        <w:t>23. Ten years into your career, what would make you proudest?</w:t>
      </w:r>
    </w:p>
    <w:p>
      <w:pPr>
        <w:spacing w:after="20"/>
        <w:ind w:left="288"/>
      </w:pPr>
      <w:r>
        <w:t>☐ A. Producing trusted journalism that improves understanding across the horse world</w:t>
      </w:r>
    </w:p>
    <w:p>
      <w:pPr>
        <w:spacing w:after="20"/>
        <w:ind w:left="288"/>
      </w:pPr>
      <w:r>
        <w:t>☐ B. Becoming a respected writer, editor, broadcaster or documentary maker</w:t>
      </w:r>
    </w:p>
    <w:p>
      <w:pPr>
        <w:spacing w:after="20"/>
        <w:ind w:left="288"/>
      </w:pPr>
      <w:r>
        <w:t>☐ C. Interviewing famous riders</w:t>
      </w:r>
    </w:p>
    <w:p>
      <w:pPr>
        <w:spacing w:after="20"/>
        <w:ind w:left="288"/>
      </w:pPr>
      <w:r>
        <w:t>☐ D. Having a large follower count</w:t>
      </w:r>
    </w:p>
    <w:p>
      <w:r>
        <w:rPr>
          <w:b/>
        </w:rPr>
        <w:t>24. Which statement sounds MOST like you?</w:t>
      </w:r>
    </w:p>
    <w:p>
      <w:pPr>
        <w:spacing w:after="20"/>
        <w:ind w:left="288"/>
      </w:pPr>
      <w:r>
        <w:t>☐ A. I would enjoy combining horses, research, storytelling and public responsibility</w:t>
      </w:r>
    </w:p>
    <w:p>
      <w:pPr>
        <w:spacing w:after="20"/>
        <w:ind w:left="288"/>
      </w:pPr>
      <w:r>
        <w:t>☐ B. I love the equestrian world and would work hard to develop professional media skills</w:t>
      </w:r>
    </w:p>
    <w:p>
      <w:pPr>
        <w:spacing w:after="20"/>
        <w:ind w:left="288"/>
      </w:pPr>
      <w:r>
        <w:t>☐ C. Content creation interests me, but I am unsure about research and deadlines</w:t>
      </w:r>
    </w:p>
    <w:p>
      <w:pPr>
        <w:spacing w:after="20"/>
        <w:ind w:left="288"/>
      </w:pPr>
      <w:r>
        <w:t>☐ D. I would prefer a career with less writing and fact-checking</w:t>
      </w:r>
    </w:p>
    <w:p>
      <w:r>
        <w:br w:type="page"/>
      </w:r>
    </w:p>
    <w:p>
      <w:pPr>
        <w:jc w:val="center"/>
      </w:pPr>
      <w:r>
        <w:rPr>
          <w:b/>
          <w:sz w:val="36"/>
        </w:rPr>
        <w:t>Your EquiPeeps Equine Journalist Match</w:t>
      </w:r>
    </w:p>
    <w:p>
      <w:r>
        <w:t>Behind-the-scenes scoring: A = 3 points, B = 2 points, C = 1 point, D = 0 points. Maximum score: 72. Keep this scoring hidden from teenagers on the website.</w:t>
      </w:r>
    </w:p>
    <w:p>
      <w:r>
        <w:rPr>
          <w:b/>
        </w:rPr>
        <w:t>55-72 - Equine journalism is worth exploring closely</w:t>
      </w:r>
    </w:p>
    <w:p>
      <w:r>
        <w:t>Your answers suggest you may have a strong combination of curiosity, accuracy, communication, fairness and determination. You also appear to understand that trusted journalism requires verification, careful language, ethical judgement and the confidence to correct mistakes.</w:t>
      </w:r>
    </w:p>
    <w:p>
      <w:r>
        <w:rPr>
          <w:b/>
        </w:rPr>
        <w:t>38-54 - There's plenty here worth exploring</w:t>
      </w:r>
    </w:p>
    <w:p>
      <w:r>
        <w:t>Several aspects of equine journalism seem to suit you. Creating a small portfolio, interviewing knowledgeable people and trying different formats under guidance would help you discover whether news, features, sport, photography, broadcasting or digital content fits you best.</w:t>
      </w:r>
    </w:p>
    <w:p>
      <w:r>
        <w:rPr>
          <w:b/>
        </w:rPr>
        <w:t>20-37 - Another equestrian media career may suit you differently</w:t>
      </w:r>
    </w:p>
    <w:p>
      <w:r>
        <w:t>You may enjoy equestrian stories and social media without wanting the research, editing, deadlines or public responsibility involved in journalism. Explore marketing, photography, design, presenting, public relations or another industry role.</w:t>
      </w:r>
    </w:p>
    <w:p>
      <w:r>
        <w:rPr>
          <w:b/>
        </w:rPr>
        <w:t>0-19 - Let's explore!</w:t>
      </w:r>
    </w:p>
    <w:p>
      <w:r>
        <w:t>Equine journalism may not currently match your interests or preferred working style. Your strengths could lead to an exciting and valuable career elsewhere in the equestrian industry.</w:t>
      </w:r>
    </w:p>
    <w:p>
      <w:r>
        <w:rPr>
          <w:b/>
        </w:rPr>
        <w:t>One Important Question - Can people trust you with the truth?</w:t>
      </w:r>
    </w:p>
    <w:p>
      <w:r>
        <w:t>A professional journalist does more than write confidently. They verify information, distinguish fact from opinion, quote people accurately, protect legitimate privacy, recognise conflicts of interest, correct errors and treat horse welfare and human dignity with care. Attention may be valuable, but trust is the real career asset.</w:t>
      </w:r>
    </w:p>
    <w:p>
      <w:r>
        <w:rPr>
          <w:b/>
        </w:rPr>
        <w:t>Your EquiPeeps Challenge</w:t>
      </w:r>
    </w:p>
    <w:p>
      <w:r>
        <w:t>Choose a positive local equestrian subject and create a short story plan. Write a clear headline, identify three facts that need checking, prepare five open questions for a suitable interviewee and list the photographs or video that would add meaning. Ask permission before interviewing or recording anyone, then have a teacher, parent or experienced adult review the plan for accuracy, fairness and safety.</w:t>
      </w:r>
    </w:p>
    <w:p>
      <w:r>
        <w:rPr>
          <w:b/>
        </w:rPr>
        <w:t>What would I actually do?</w:t>
      </w:r>
    </w:p>
    <w:p>
      <w:r>
        <w:t>An equine journalist researches stories, checks facts, interviews sources, attends events, writes news and features, edits copy and works with photographs, audio, video or social media. They may cover sport, welfare, business, breeding, science, careers or rural affairs. The job can also involve pitching ideas, building contacts, travelling, meeting deadlines and responding professionally to corrections or legal concerns.</w:t>
      </w:r>
    </w:p>
    <w:p>
      <w:r>
        <w:rPr>
          <w:b/>
        </w:rPr>
        <w:t>How do I qualify?</w:t>
      </w:r>
    </w:p>
    <w:p>
      <w:r>
        <w:t>There is no single route. Useful options include journalism, English, media, communications or equine courses, apprenticeships and supervised experience with publications or broadcasters. A strong portfolio and excellent writing are important. Specialist training can develop shorthand, interviewing, editing, media law, digital production and data skills. Practical horse knowledge strengthens reporting, but it does not replace journalistic standards. Always check current course and employer requirements.</w:t>
      </w:r>
    </w:p>
    <w:p>
      <w:r>
        <w:rPr>
          <w:b/>
        </w:rPr>
        <w:t>What subjects should I consider?</w:t>
      </w:r>
    </w:p>
    <w:p>
      <w:r>
        <w:t>English develops clear writing, grammar and analysis. Media studies explores audiences and production. History supports research and evaluation of sources. Information technology helps with publishing, data and digital tools. Photography, art and drama can strengthen visual storytelling and presenting. Biology, business and practical horse knowledge help journalists understand specialist equestrian subjects.</w:t>
      </w:r>
    </w:p>
    <w:p>
      <w:r>
        <w:rPr>
          <w:b/>
        </w:rPr>
        <w:t>Could I train abroad? 🌍</w:t>
      </w:r>
    </w:p>
    <w:p>
      <w:r>
        <w:t>Potentially, yes. Equestrian sport, breeding, welfare and business are international, and stories may lead to overseas events, publications or production teams. Employment rules, visas, press access, media law, safeguarding and cultural expectations vary. Build experience carefully, learn the requirements of each country and work through reputable organisations.</w:t>
      </w:r>
    </w:p>
    <w:p>
      <w:r>
        <w:rPr>
          <w:b/>
        </w:rPr>
        <w:t>Where could this career take me?</w:t>
      </w:r>
    </w:p>
    <w:p>
      <w:r>
        <w:t>You could work for an equestrian magazine, website, newspaper, broadcaster, production company, governing body, charity, agency or freelance business. With experience, you might become a senior reporter, features writer, editor, photographer, presenter, podcast producer, documentary maker, communications specialist or founder of an independent equestrian publication.</w:t>
      </w:r>
    </w:p>
    <w:p>
      <w:r>
        <w:rPr>
          <w:b/>
        </w:rPr>
        <w:t>EquiPeeps Professional Lesson</w:t>
      </w:r>
    </w:p>
    <w:p>
      <w:r>
        <w:t>A professional journalist does not publish the first dramatic version of a story. A professional asks better questions, checks every claim, listens closely, writes clearly, challenges fairly and earns a reputation for work that readers can trust long after the headline has passed.</w:t>
      </w:r>
    </w:p>
    <w:p>
      <w:r>
        <w:t>This is a career discovery activity, not a professional psychometric or aptitude assessment. It cannot tell you whether you can or cannot become an Equine Journalist.</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EquiPeeps Equine Journalist Career Match</dc:title>
  <dc:subject>Career discovery activity for aspiring equine journalists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