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44"/>
        </w:rPr>
        <w:t>EquiPeeps Career Match</w:t>
      </w:r>
    </w:p>
    <w:p>
      <w:pPr>
        <w:jc w:val="center"/>
      </w:pPr>
      <w:r>
        <w:rPr>
          <w:b/>
          <w:sz w:val="32"/>
        </w:rPr>
        <w:t>Could Equine Chiropractic or Osteopathy Suit You?</w:t>
      </w:r>
    </w:p>
    <w:p>
      <w:r>
        <w:t>Have you ever watched a horse move and wondered: “Why is it moving like that?” Perhaps one side looks different from the other. Maybe the horse isn't obviously lame, but something doesn't seem quite right.</w:t>
      </w:r>
    </w:p>
    <w:p>
      <w:r>
        <w:t>Equine chiropractic and osteopathic work can involve studying anatomy, movement, biomechanics and how different parts of the horse's body work together. It can also involve close physical contact with horses, careful observation, communicating with owners and other professionals, and knowing when something needs to be referred to a vet.</w:t>
      </w:r>
    </w:p>
    <w:p>
      <w:r>
        <w:rPr>
          <w:b/>
        </w:rPr>
        <w:t>There are no right or wrong answers. Be yourself! Choose the answer that sounds MOST like you.</w:t>
      </w:r>
    </w:p>
    <w:p>
      <w:r>
        <w:rPr>
          <w:b/>
        </w:rPr>
        <w:t>1. A horse is moving slightly differently on one rein. What would you naturally want to do?</w:t>
      </w:r>
    </w:p>
    <w:p>
      <w:pPr>
        <w:spacing w:after="20"/>
        <w:ind w:left="288"/>
      </w:pPr>
      <w:r>
        <w:t>☐ A. Watch carefully and try to work out exactly what's different</w:t>
      </w:r>
    </w:p>
    <w:p>
      <w:pPr>
        <w:spacing w:after="20"/>
        <w:ind w:left="288"/>
      </w:pPr>
      <w:r>
        <w:t>☐ B. Ask the rider what they can feel</w:t>
      </w:r>
    </w:p>
    <w:p>
      <w:pPr>
        <w:spacing w:after="20"/>
        <w:ind w:left="288"/>
      </w:pPr>
      <w:r>
        <w:t>☐ C. Assume the horse is having an off day</w:t>
      </w:r>
    </w:p>
    <w:p>
      <w:pPr>
        <w:spacing w:after="20"/>
        <w:ind w:left="288"/>
      </w:pPr>
      <w:r>
        <w:t>☐ D. I probably wouldn't notice</w:t>
      </w:r>
    </w:p>
    <w:p>
      <w:r>
        <w:rPr>
          <w:b/>
        </w:rPr>
        <w:t>2. Which subject sounds most interesting?</w:t>
      </w:r>
    </w:p>
    <w:p>
      <w:pPr>
        <w:spacing w:after="20"/>
        <w:ind w:left="288"/>
      </w:pPr>
      <w:r>
        <w:t>☐ A. How bones, joints, muscles and movement work together</w:t>
      </w:r>
    </w:p>
    <w:p>
      <w:pPr>
        <w:spacing w:after="20"/>
        <w:ind w:left="288"/>
      </w:pPr>
      <w:r>
        <w:t>☐ B. General horse care</w:t>
      </w:r>
    </w:p>
    <w:p>
      <w:pPr>
        <w:spacing w:after="20"/>
        <w:ind w:left="288"/>
      </w:pPr>
      <w:r>
        <w:t>☐ C. Riding and competition</w:t>
      </w:r>
    </w:p>
    <w:p>
      <w:pPr>
        <w:spacing w:after="20"/>
        <w:ind w:left="288"/>
      </w:pPr>
      <w:r>
        <w:t>☐ D. Equestrian business</w:t>
      </w:r>
    </w:p>
    <w:p>
      <w:r>
        <w:rPr>
          <w:b/>
        </w:rPr>
        <w:t>3. Someone shows you a diagram of a horse's skeleton.</w:t>
      </w:r>
    </w:p>
    <w:p>
      <w:pPr>
        <w:spacing w:after="20"/>
        <w:ind w:left="288"/>
      </w:pPr>
      <w:r>
        <w:t>☐ A. I'd want to learn what the different bones and joints do</w:t>
      </w:r>
    </w:p>
    <w:p>
      <w:pPr>
        <w:spacing w:after="20"/>
        <w:ind w:left="288"/>
      </w:pPr>
      <w:r>
        <w:t>☐ B. I'd learn the important parts</w:t>
      </w:r>
    </w:p>
    <w:p>
      <w:pPr>
        <w:spacing w:after="20"/>
        <w:ind w:left="288"/>
      </w:pPr>
      <w:r>
        <w:t>☐ C. I'd find it quite complicated</w:t>
      </w:r>
    </w:p>
    <w:p>
      <w:pPr>
        <w:spacing w:after="20"/>
        <w:ind w:left="288"/>
      </w:pPr>
      <w:r>
        <w:t>☐ D. Anatomy doesn't really interest me</w:t>
      </w:r>
    </w:p>
    <w:p>
      <w:r>
        <w:rPr>
          <w:b/>
        </w:rPr>
        <w:t>4. You're asked to compare how a horse moves before and after treatment.</w:t>
      </w:r>
    </w:p>
    <w:p>
      <w:pPr>
        <w:spacing w:after="20"/>
        <w:ind w:left="288"/>
      </w:pPr>
      <w:r>
        <w:t>☐ A. I'd watch carefully for small differences</w:t>
      </w:r>
    </w:p>
    <w:p>
      <w:pPr>
        <w:spacing w:after="20"/>
        <w:ind w:left="288"/>
      </w:pPr>
      <w:r>
        <w:t>☐ B. I'd look for obvious improvements</w:t>
      </w:r>
    </w:p>
    <w:p>
      <w:pPr>
        <w:spacing w:after="20"/>
        <w:ind w:left="288"/>
      </w:pPr>
      <w:r>
        <w:t>☐ C. I'd mainly ask the rider whether it feels better</w:t>
      </w:r>
    </w:p>
    <w:p>
      <w:pPr>
        <w:spacing w:after="20"/>
        <w:ind w:left="288"/>
      </w:pPr>
      <w:r>
        <w:t>☐ D. I'd find that level of observation boring</w:t>
      </w:r>
    </w:p>
    <w:p>
      <w:r>
        <w:rPr>
          <w:b/>
        </w:rPr>
        <w:t>5. How do you feel about using your hands to examine a horse's body?</w:t>
      </w:r>
    </w:p>
    <w:p>
      <w:pPr>
        <w:spacing w:after="20"/>
        <w:ind w:left="288"/>
      </w:pPr>
      <w:r>
        <w:t>☐ A. I'd be interested in learning how to do it properly and safely</w:t>
      </w:r>
    </w:p>
    <w:p>
      <w:pPr>
        <w:spacing w:after="20"/>
        <w:ind w:left="288"/>
      </w:pPr>
      <w:r>
        <w:t>☐ B. I'd be a little nervous initially but would learn</w:t>
      </w:r>
    </w:p>
    <w:p>
      <w:pPr>
        <w:spacing w:after="20"/>
        <w:ind w:left="288"/>
      </w:pPr>
      <w:r>
        <w:t>☐ C. I'd rather watch somebody else</w:t>
      </w:r>
    </w:p>
    <w:p>
      <w:pPr>
        <w:spacing w:after="20"/>
        <w:ind w:left="288"/>
      </w:pPr>
      <w:r>
        <w:t>☐ D. I don't really want a hands-on career</w:t>
      </w:r>
    </w:p>
    <w:p>
      <w:r>
        <w:rPr>
          <w:b/>
        </w:rPr>
        <w:t>6. A horse reacts when you touch a particular area.</w:t>
      </w:r>
    </w:p>
    <w:p>
      <w:pPr>
        <w:spacing w:after="20"/>
        <w:ind w:left="288"/>
      </w:pPr>
      <w:r>
        <w:t>☐ A. Stop, observe the reaction and think carefully about what it might mean</w:t>
      </w:r>
    </w:p>
    <w:p>
      <w:pPr>
        <w:spacing w:after="20"/>
        <w:ind w:left="288"/>
      </w:pPr>
      <w:r>
        <w:t>☐ B. Try again gently</w:t>
      </w:r>
    </w:p>
    <w:p>
      <w:pPr>
        <w:spacing w:after="20"/>
        <w:ind w:left="288"/>
      </w:pPr>
      <w:r>
        <w:t>☐ C. Assume the horse is being difficult</w:t>
      </w:r>
    </w:p>
    <w:p>
      <w:pPr>
        <w:spacing w:after="20"/>
        <w:ind w:left="288"/>
      </w:pPr>
      <w:r>
        <w:t>☐ D. Ignore the reaction</w:t>
      </w:r>
    </w:p>
    <w:p>
      <w:r>
        <w:rPr>
          <w:b/>
        </w:rPr>
        <w:t>7. Which sounds most like you?</w:t>
      </w:r>
    </w:p>
    <w:p>
      <w:pPr>
        <w:spacing w:after="20"/>
        <w:ind w:left="288"/>
      </w:pPr>
      <w:r>
        <w:t>☐ A. I often notice small differences other people miss</w:t>
      </w:r>
    </w:p>
    <w:p>
      <w:pPr>
        <w:spacing w:after="20"/>
        <w:ind w:left="288"/>
      </w:pPr>
      <w:r>
        <w:t>☐ B. I notice things when I'm concentrating</w:t>
      </w:r>
    </w:p>
    <w:p>
      <w:pPr>
        <w:spacing w:after="20"/>
        <w:ind w:left="288"/>
      </w:pPr>
      <w:r>
        <w:t>☐ C. I mainly notice obvious changes</w:t>
      </w:r>
    </w:p>
    <w:p>
      <w:pPr>
        <w:spacing w:after="20"/>
        <w:ind w:left="288"/>
      </w:pPr>
      <w:r>
        <w:t>☐ D. Small details don't interest me</w:t>
      </w:r>
    </w:p>
    <w:p>
      <w:r>
        <w:rPr>
          <w:b/>
        </w:rPr>
        <w:t>8. A treatment doesn't produce the improvement you expected.</w:t>
      </w:r>
    </w:p>
    <w:p>
      <w:pPr>
        <w:spacing w:after="20"/>
        <w:ind w:left="288"/>
      </w:pPr>
      <w:r>
        <w:t>☐ A. Reassess the situation rather than simply repeating the same thing</w:t>
      </w:r>
    </w:p>
    <w:p>
      <w:pPr>
        <w:spacing w:after="20"/>
        <w:ind w:left="288"/>
      </w:pPr>
      <w:r>
        <w:t>☐ B. Ask someone more experienced for advice</w:t>
      </w:r>
    </w:p>
    <w:p>
      <w:pPr>
        <w:spacing w:after="20"/>
        <w:ind w:left="288"/>
      </w:pPr>
      <w:r>
        <w:t>☐ C. Keep doing the same treatment for longer</w:t>
      </w:r>
    </w:p>
    <w:p>
      <w:pPr>
        <w:spacing w:after="20"/>
        <w:ind w:left="288"/>
      </w:pPr>
      <w:r>
        <w:t>☐ D. Become frustrated</w:t>
      </w:r>
    </w:p>
    <w:p>
      <w:r>
        <w:rPr>
          <w:b/>
        </w:rPr>
        <w:t>9. How would you feel about studying anatomy in considerable detail?</w:t>
      </w:r>
    </w:p>
    <w:p>
      <w:pPr>
        <w:spacing w:after="20"/>
        <w:ind w:left="288"/>
      </w:pPr>
      <w:r>
        <w:t>☐ A. Fascinated — I'd want to understand how everything connects</w:t>
      </w:r>
    </w:p>
    <w:p>
      <w:pPr>
        <w:spacing w:after="20"/>
        <w:ind w:left="288"/>
      </w:pPr>
      <w:r>
        <w:t>☐ B. I'd study it because it's necessary</w:t>
      </w:r>
    </w:p>
    <w:p>
      <w:pPr>
        <w:spacing w:after="20"/>
        <w:ind w:left="288"/>
      </w:pPr>
      <w:r>
        <w:t>☐ C. I'd find it difficult but try</w:t>
      </w:r>
    </w:p>
    <w:p>
      <w:pPr>
        <w:spacing w:after="20"/>
        <w:ind w:left="288"/>
      </w:pPr>
      <w:r>
        <w:t>☐ D. I'd rather choose a career without much anatomy</w:t>
      </w:r>
    </w:p>
    <w:p>
      <w:r>
        <w:rPr>
          <w:b/>
        </w:rPr>
        <w:t>10. An owner tells you, “I know exactly what's wrong with my horse.”</w:t>
      </w:r>
    </w:p>
    <w:p>
      <w:pPr>
        <w:spacing w:after="20"/>
        <w:ind w:left="288"/>
      </w:pPr>
      <w:r>
        <w:t>☐ A. Listen to them but still carry out my own careful assessment</w:t>
      </w:r>
    </w:p>
    <w:p>
      <w:pPr>
        <w:spacing w:after="20"/>
        <w:ind w:left="288"/>
      </w:pPr>
      <w:r>
        <w:t>☐ B. Probably accept what they say</w:t>
      </w:r>
    </w:p>
    <w:p>
      <w:pPr>
        <w:spacing w:after="20"/>
        <w:ind w:left="288"/>
      </w:pPr>
      <w:r>
        <w:t>☐ C. Start treatment based on their explanation</w:t>
      </w:r>
    </w:p>
    <w:p>
      <w:pPr>
        <w:spacing w:after="20"/>
        <w:ind w:left="288"/>
      </w:pPr>
      <w:r>
        <w:t>☐ D. Tell them they're wrong</w:t>
      </w:r>
    </w:p>
    <w:p>
      <w:r>
        <w:rPr>
          <w:b/>
        </w:rPr>
        <w:t>11. You aren't sure whether a problem is appropriate for you to deal with.</w:t>
      </w:r>
    </w:p>
    <w:p>
      <w:pPr>
        <w:spacing w:after="20"/>
        <w:ind w:left="288"/>
      </w:pPr>
      <w:r>
        <w:t>☐ A. Recognise my limits and involve or refer to the appropriate veterinary professional</w:t>
      </w:r>
    </w:p>
    <w:p>
      <w:pPr>
        <w:spacing w:after="20"/>
        <w:ind w:left="288"/>
      </w:pPr>
      <w:r>
        <w:t>☐ B. Ask another practitioner what they think</w:t>
      </w:r>
    </w:p>
    <w:p>
      <w:pPr>
        <w:spacing w:after="20"/>
        <w:ind w:left="288"/>
      </w:pPr>
      <w:r>
        <w:t>☐ C. Try something and see whether it helps</w:t>
      </w:r>
    </w:p>
    <w:p>
      <w:pPr>
        <w:spacing w:after="20"/>
        <w:ind w:left="288"/>
      </w:pPr>
      <w:r>
        <w:t>☐ D. Pretend I'm confident</w:t>
      </w:r>
    </w:p>
    <w:p>
      <w:r>
        <w:rPr>
          <w:b/>
        </w:rPr>
        <w:t>12. How do you feel about working very close to large horses?</w:t>
      </w:r>
    </w:p>
    <w:p>
      <w:pPr>
        <w:spacing w:after="20"/>
        <w:ind w:left="288"/>
      </w:pPr>
      <w:r>
        <w:t>☐ A. Comfortable, while always thinking about positioning and safety</w:t>
      </w:r>
    </w:p>
    <w:p>
      <w:pPr>
        <w:spacing w:after="20"/>
        <w:ind w:left="288"/>
      </w:pPr>
      <w:r>
        <w:t>☐ B. Comfortable most of the time</w:t>
      </w:r>
    </w:p>
    <w:p>
      <w:pPr>
        <w:spacing w:after="20"/>
        <w:ind w:left="288"/>
      </w:pPr>
      <w:r>
        <w:t>☐ C. Sometimes nervous</w:t>
      </w:r>
    </w:p>
    <w:p>
      <w:pPr>
        <w:spacing w:after="20"/>
        <w:ind w:left="288"/>
      </w:pPr>
      <w:r>
        <w:t>☐ D. I'd prefer not to</w:t>
      </w:r>
    </w:p>
    <w:p>
      <w:r>
        <w:rPr>
          <w:b/>
        </w:rPr>
        <w:t>13. A horse's owner expects one treatment to fix everything.</w:t>
      </w:r>
    </w:p>
    <w:p>
      <w:pPr>
        <w:spacing w:after="20"/>
        <w:ind w:left="288"/>
      </w:pPr>
      <w:r>
        <w:t>☐ A. Explain realistically what I can and cannot promise</w:t>
      </w:r>
    </w:p>
    <w:p>
      <w:pPr>
        <w:spacing w:after="20"/>
        <w:ind w:left="288"/>
      </w:pPr>
      <w:r>
        <w:t>☐ B. Tell them we'll see what happens</w:t>
      </w:r>
    </w:p>
    <w:p>
      <w:pPr>
        <w:spacing w:after="20"/>
        <w:ind w:left="288"/>
      </w:pPr>
      <w:r>
        <w:t>☐ C. Feel pressured to produce a quick result</w:t>
      </w:r>
    </w:p>
    <w:p>
      <w:pPr>
        <w:spacing w:after="20"/>
        <w:ind w:left="288"/>
      </w:pPr>
      <w:r>
        <w:t>☐ D. Promise the horse will be fine</w:t>
      </w:r>
    </w:p>
    <w:p>
      <w:r>
        <w:rPr>
          <w:b/>
        </w:rPr>
        <w:t>14. Which problem sounds most interesting?</w:t>
      </w:r>
    </w:p>
    <w:p>
      <w:pPr>
        <w:spacing w:after="20"/>
        <w:ind w:left="288"/>
      </w:pPr>
      <w:r>
        <w:t>☐ A. Working out why a horse isn't moving as freely as expected</w:t>
      </w:r>
    </w:p>
    <w:p>
      <w:pPr>
        <w:spacing w:after="20"/>
        <w:ind w:left="288"/>
      </w:pPr>
      <w:r>
        <w:t>☐ B. Deciding what the horse should eat</w:t>
      </w:r>
    </w:p>
    <w:p>
      <w:pPr>
        <w:spacing w:after="20"/>
        <w:ind w:left="288"/>
      </w:pPr>
      <w:r>
        <w:t>☐ C. Organising its competition schedule</w:t>
      </w:r>
    </w:p>
    <w:p>
      <w:pPr>
        <w:spacing w:after="20"/>
        <w:ind w:left="288"/>
      </w:pPr>
      <w:r>
        <w:t>☐ D. Selling equipment to its owner</w:t>
      </w:r>
    </w:p>
    <w:p>
      <w:r>
        <w:rPr>
          <w:b/>
        </w:rPr>
        <w:t>15. You have to write detailed notes after every appointment.</w:t>
      </w:r>
    </w:p>
    <w:p>
      <w:pPr>
        <w:spacing w:after="20"/>
        <w:ind w:left="288"/>
      </w:pPr>
      <w:r>
        <w:t>☐ A. That makes sense because accurate records matter</w:t>
      </w:r>
    </w:p>
    <w:p>
      <w:pPr>
        <w:spacing w:after="20"/>
        <w:ind w:left="288"/>
      </w:pPr>
      <w:r>
        <w:t>☐ B. I'd do it because it's required</w:t>
      </w:r>
    </w:p>
    <w:p>
      <w:pPr>
        <w:spacing w:after="20"/>
        <w:ind w:left="288"/>
      </w:pPr>
      <w:r>
        <w:t>☐ C. I'd find it tedious</w:t>
      </w:r>
    </w:p>
    <w:p>
      <w:pPr>
        <w:spacing w:after="20"/>
        <w:ind w:left="288"/>
      </w:pPr>
      <w:r>
        <w:t>☐ D. I'd probably forget</w:t>
      </w:r>
    </w:p>
    <w:p>
      <w:r>
        <w:rPr>
          <w:b/>
        </w:rPr>
        <w:t>16. A rider says their horse “just doesn't feel right,” but there's no obvious explanation.</w:t>
      </w:r>
    </w:p>
    <w:p>
      <w:pPr>
        <w:spacing w:after="20"/>
        <w:ind w:left="288"/>
      </w:pPr>
      <w:r>
        <w:t>☐ A. I'd find that an interesting puzzle to investigate carefully</w:t>
      </w:r>
    </w:p>
    <w:p>
      <w:pPr>
        <w:spacing w:after="20"/>
        <w:ind w:left="288"/>
      </w:pPr>
      <w:r>
        <w:t>☐ B. I'd ask lots of questions</w:t>
      </w:r>
    </w:p>
    <w:p>
      <w:pPr>
        <w:spacing w:after="20"/>
        <w:ind w:left="288"/>
      </w:pPr>
      <w:r>
        <w:t>☐ C. I'd tell them to see whether it improves</w:t>
      </w:r>
    </w:p>
    <w:p>
      <w:pPr>
        <w:spacing w:after="20"/>
        <w:ind w:left="288"/>
      </w:pPr>
      <w:r>
        <w:t>☐ D. Vague problems would frustrate me</w:t>
      </w:r>
    </w:p>
    <w:p>
      <w:r>
        <w:rPr>
          <w:b/>
        </w:rPr>
        <w:t>17. How would you feel about travelling to different yards and meeting new owners?</w:t>
      </w:r>
    </w:p>
    <w:p>
      <w:pPr>
        <w:spacing w:after="20"/>
        <w:ind w:left="288"/>
      </w:pPr>
      <w:r>
        <w:t>☐ A. I'd enjoy the independence and variety</w:t>
      </w:r>
    </w:p>
    <w:p>
      <w:pPr>
        <w:spacing w:after="20"/>
        <w:ind w:left="288"/>
      </w:pPr>
      <w:r>
        <w:t>☐ B. I'd be comfortable with it</w:t>
      </w:r>
    </w:p>
    <w:p>
      <w:pPr>
        <w:spacing w:after="20"/>
        <w:ind w:left="288"/>
      </w:pPr>
      <w:r>
        <w:t>☐ C. I'd prefer one regular workplace</w:t>
      </w:r>
    </w:p>
    <w:p>
      <w:pPr>
        <w:spacing w:after="20"/>
        <w:ind w:left="288"/>
      </w:pPr>
      <w:r>
        <w:t>☐ D. I wouldn't enjoy travelling between clients</w:t>
      </w:r>
    </w:p>
    <w:p>
      <w:r>
        <w:rPr>
          <w:b/>
        </w:rPr>
        <w:t>18. A horse becomes impatient during an assessment.</w:t>
      </w:r>
    </w:p>
    <w:p>
      <w:pPr>
        <w:spacing w:after="20"/>
        <w:ind w:left="288"/>
      </w:pPr>
      <w:r>
        <w:t>☐ A. Adapt how I'm working while keeping myself and the horse safe</w:t>
      </w:r>
    </w:p>
    <w:p>
      <w:pPr>
        <w:spacing w:after="20"/>
        <w:ind w:left="288"/>
      </w:pPr>
      <w:r>
        <w:t>☐ B. Ask the owner to help settle it</w:t>
      </w:r>
    </w:p>
    <w:p>
      <w:pPr>
        <w:spacing w:after="20"/>
        <w:ind w:left="288"/>
      </w:pPr>
      <w:r>
        <w:t>☐ C. Become frustrated</w:t>
      </w:r>
    </w:p>
    <w:p>
      <w:pPr>
        <w:spacing w:after="20"/>
        <w:ind w:left="288"/>
      </w:pPr>
      <w:r>
        <w:t>☐ D. Continue regardless</w:t>
      </w:r>
    </w:p>
    <w:p>
      <w:r>
        <w:rPr>
          <w:b/>
        </w:rPr>
        <w:t>19. Which statement sounds most like you?</w:t>
      </w:r>
    </w:p>
    <w:p>
      <w:pPr>
        <w:spacing w:after="20"/>
        <w:ind w:left="288"/>
      </w:pPr>
      <w:r>
        <w:t>☐ A. I want to understand WHY the horse is moving differently</w:t>
      </w:r>
    </w:p>
    <w:p>
      <w:pPr>
        <w:spacing w:after="20"/>
        <w:ind w:left="288"/>
      </w:pPr>
      <w:r>
        <w:t>☐ B. I mainly want to make the horse feel better</w:t>
      </w:r>
    </w:p>
    <w:p>
      <w:pPr>
        <w:spacing w:after="20"/>
        <w:ind w:left="288"/>
      </w:pPr>
      <w:r>
        <w:t>☐ C. I mainly want to spend my working life around horses</w:t>
      </w:r>
    </w:p>
    <w:p>
      <w:pPr>
        <w:spacing w:after="20"/>
        <w:ind w:left="288"/>
      </w:pPr>
      <w:r>
        <w:t>☐ D. I just want an equestrian career</w:t>
      </w:r>
    </w:p>
    <w:p>
      <w:r>
        <w:rPr>
          <w:b/>
        </w:rPr>
        <w:t>20. New research challenges something you were originally taught.</w:t>
      </w:r>
    </w:p>
    <w:p>
      <w:pPr>
        <w:spacing w:after="20"/>
        <w:ind w:left="288"/>
      </w:pPr>
      <w:r>
        <w:t>☐ A. Examine the evidence and be prepared to update my knowledge</w:t>
      </w:r>
    </w:p>
    <w:p>
      <w:pPr>
        <w:spacing w:after="20"/>
        <w:ind w:left="288"/>
      </w:pPr>
      <w:r>
        <w:t>☐ B. Ask respected professionals what they think</w:t>
      </w:r>
    </w:p>
    <w:p>
      <w:pPr>
        <w:spacing w:after="20"/>
        <w:ind w:left="288"/>
      </w:pPr>
      <w:r>
        <w:t>☐ C. Stick with what I've always done</w:t>
      </w:r>
    </w:p>
    <w:p>
      <w:pPr>
        <w:spacing w:after="20"/>
        <w:ind w:left="288"/>
      </w:pPr>
      <w:r>
        <w:t>☐ D. Ignore it</w:t>
      </w:r>
    </w:p>
    <w:p>
      <w:r>
        <w:rPr>
          <w:b/>
        </w:rPr>
        <w:t>21. How do you feel about continuing to learn after you've qualified?</w:t>
      </w:r>
    </w:p>
    <w:p>
      <w:pPr>
        <w:spacing w:after="20"/>
        <w:ind w:left="288"/>
      </w:pPr>
      <w:r>
        <w:t>☐ A. I'd expect learning to continue throughout my career</w:t>
      </w:r>
    </w:p>
    <w:p>
      <w:pPr>
        <w:spacing w:after="20"/>
        <w:ind w:left="288"/>
      </w:pPr>
      <w:r>
        <w:t>☐ B. I'd do additional learning when necessary</w:t>
      </w:r>
    </w:p>
    <w:p>
      <w:pPr>
        <w:spacing w:after="20"/>
        <w:ind w:left="288"/>
      </w:pPr>
      <w:r>
        <w:t>☐ C. I'd hope most studying was finished</w:t>
      </w:r>
    </w:p>
    <w:p>
      <w:pPr>
        <w:spacing w:after="20"/>
        <w:ind w:left="288"/>
      </w:pPr>
      <w:r>
        <w:t>☐ D. I wouldn't want to keep studying</w:t>
      </w:r>
    </w:p>
    <w:p>
      <w:r>
        <w:rPr>
          <w:b/>
        </w:rPr>
        <w:t>22. Your assessment suggests the horse's problem might need investigation beyond your professional role.</w:t>
      </w:r>
    </w:p>
    <w:p>
      <w:pPr>
        <w:spacing w:after="20"/>
        <w:ind w:left="288"/>
      </w:pPr>
      <w:r>
        <w:t>☐ A. Explain this clearly and recommend the appropriate next professional step</w:t>
      </w:r>
    </w:p>
    <w:p>
      <w:pPr>
        <w:spacing w:after="20"/>
        <w:ind w:left="288"/>
      </w:pPr>
      <w:r>
        <w:t>☐ B. Ask somebody else before deciding</w:t>
      </w:r>
    </w:p>
    <w:p>
      <w:pPr>
        <w:spacing w:after="20"/>
        <w:ind w:left="288"/>
      </w:pPr>
      <w:r>
        <w:t>☐ C. Try treating it first</w:t>
      </w:r>
    </w:p>
    <w:p>
      <w:pPr>
        <w:spacing w:after="20"/>
        <w:ind w:left="288"/>
      </w:pPr>
      <w:r>
        <w:t>☐ D. Avoid mentioning it</w:t>
      </w:r>
    </w:p>
    <w:p>
      <w:r>
        <w:rPr>
          <w:b/>
        </w:rPr>
        <w:t>23. Which achievement would make you proudest?</w:t>
      </w:r>
    </w:p>
    <w:p>
      <w:pPr>
        <w:spacing w:after="20"/>
        <w:ind w:left="288"/>
      </w:pPr>
      <w:r>
        <w:t>☐ A. Helping identify and manage something that improves a horse's comfort and movement</w:t>
      </w:r>
    </w:p>
    <w:p>
      <w:pPr>
        <w:spacing w:after="20"/>
        <w:ind w:left="288"/>
      </w:pPr>
      <w:r>
        <w:t>☐ B. Helping a horse perform better at a competition</w:t>
      </w:r>
    </w:p>
    <w:p>
      <w:pPr>
        <w:spacing w:after="20"/>
        <w:ind w:left="288"/>
      </w:pPr>
      <w:r>
        <w:t>☐ C. Becoming well known in the horse world</w:t>
      </w:r>
    </w:p>
    <w:p>
      <w:pPr>
        <w:spacing w:after="20"/>
        <w:ind w:left="288"/>
      </w:pPr>
      <w:r>
        <w:t>☐ D. Building a successful equestrian business</w:t>
      </w:r>
    </w:p>
    <w:p>
      <w:r>
        <w:rPr>
          <w:b/>
        </w:rPr>
        <w:t>24. Which statement sounds MOST like you?</w:t>
      </w:r>
    </w:p>
    <w:p>
      <w:pPr>
        <w:spacing w:after="20"/>
        <w:ind w:left="288"/>
      </w:pPr>
      <w:r>
        <w:t>☐ A. I'm fascinated by anatomy, movement and solving physical puzzles</w:t>
      </w:r>
    </w:p>
    <w:p>
      <w:pPr>
        <w:spacing w:after="20"/>
        <w:ind w:left="288"/>
      </w:pPr>
      <w:r>
        <w:t>☐ B. I enjoy helping horses and would be willing to learn the science</w:t>
      </w:r>
    </w:p>
    <w:p>
      <w:pPr>
        <w:spacing w:after="20"/>
        <w:ind w:left="288"/>
      </w:pPr>
      <w:r>
        <w:t>☐ C. I prefer practical horse care without lots of detailed study</w:t>
      </w:r>
    </w:p>
    <w:p>
      <w:pPr>
        <w:spacing w:after="20"/>
        <w:ind w:left="288"/>
      </w:pPr>
      <w:r>
        <w:t>☐ D. Anatomy and physical assessment don't particularly interest me</w:t>
      </w:r>
    </w:p>
    <w:p>
      <w:r>
        <w:br w:type="page"/>
      </w:r>
    </w:p>
    <w:p>
      <w:pPr>
        <w:jc w:val="center"/>
      </w:pPr>
      <w:r>
        <w:rPr>
          <w:b/>
          <w:sz w:val="36"/>
        </w:rPr>
        <w:t>Your EquiPeeps Chiropractic &amp; Osteopathy Match</w:t>
      </w:r>
    </w:p>
    <w:p>
      <w:r>
        <w:t>Behind-the-scenes scoring: A = 3 points, B = 2 points, C = 1 point, D = 0 points. Maximum score: 72. Keep this scoring hidden from teenagers on the website.</w:t>
      </w:r>
    </w:p>
    <w:p>
      <w:r>
        <w:rPr>
          <w:b/>
        </w:rPr>
        <w:t>55–72 — This area is worth exploring closely</w:t>
      </w:r>
    </w:p>
    <w:p>
      <w:r>
        <w:t>Your answers suggest you may be naturally interested in anatomy, movement, careful observation, problem-solving and hands-on work. You also seem prepared to think carefully rather than simply jumping to conclusions.</w:t>
      </w:r>
    </w:p>
    <w:p>
      <w:r>
        <w:rPr>
          <w:b/>
        </w:rPr>
        <w:t>38–54 — There's plenty here worth exploring</w:t>
      </w:r>
    </w:p>
    <w:p>
      <w:r>
        <w:t>Several aspects of this work seem to suit you. You may discover you're particularly interested in chiropractic, osteopathy, physiotherapy, rehabilitation, veterinary medicine or another area involving equine movement and health.</w:t>
      </w:r>
    </w:p>
    <w:p>
      <w:r>
        <w:rPr>
          <w:b/>
        </w:rPr>
        <w:t>20–37 — Another horse-health career may suit you differently</w:t>
      </w:r>
    </w:p>
    <w:p>
      <w:r>
        <w:t>You may enjoy helping horses without wanting the detailed anatomy, assessment and clinical reasoning involved in this type of work. Explore grooming, nutrition, behaviour, training, rehabilitation or yard management.</w:t>
      </w:r>
    </w:p>
    <w:p>
      <w:r>
        <w:rPr>
          <w:b/>
        </w:rPr>
        <w:t>0–19 — Let's explore!</w:t>
      </w:r>
    </w:p>
    <w:p>
      <w:r>
        <w:t>Chiropractic and osteopathic work may not currently match your preferred way of thinking and working. Your strengths may lie in a completely different part of the equestrian world.</w:t>
      </w:r>
    </w:p>
    <w:p>
      <w:r>
        <w:rPr>
          <w:b/>
        </w:rPr>
        <w:t>One Important Question</w:t>
      </w:r>
    </w:p>
    <w:p>
      <w:r>
        <w:t>Do you simply want to make horses feel better — or are you fascinated by WHY they move the way they do? Someone interested in this area may find themselves noticing stride length, differences between sides and changes in movement, and asking whether a problem is within their professional role or needs another professional.</w:t>
      </w:r>
    </w:p>
    <w:p>
      <w:r>
        <w:rPr>
          <w:b/>
        </w:rPr>
        <w:t>Your EquiPeeps Challenge</w:t>
      </w:r>
    </w:p>
    <w:p>
      <w:r>
        <w:t>Next time you safely watch a horse being walked or trotted, don't try to diagnose anything. Just observe the length of each stride, how the horse turns, how its back moves, whether both sides appear similar, and how it carries its head and neck. Then ask yourself: “What did I notice?”</w:t>
      </w:r>
    </w:p>
    <w:p>
      <w:r>
        <w:t>Working in this area isn't simply about learning a few techniques. It involves education, anatomy, professional responsibility, horse welfare, careful assessment and understanding the limits of your role. Exact qualifications and legal/professional requirements depend on the particular career and where you intend to practise, so these should always be checked before choosing a training route.</w:t>
      </w:r>
    </w:p>
    <w:p>
      <w:r>
        <w:t>This is a career discovery activity, not a professional psychometric or aptitude assessment. It cannot tell you whether you can or cannot become an equine chiropractor or osteopath.</w:t>
      </w:r>
    </w:p>
    <w:p>
      <w:pPr>
        <w:jc w:val="center"/>
      </w:pPr>
      <w:r>
        <w:rPr>
          <w:b/>
          <w:sz w:val="26"/>
        </w:rPr>
        <w:t>🌍 YOUR PASSION CAN TAKE YOU ANYWHERE</w:t>
      </w:r>
    </w:p>
    <w:p>
      <w:pPr>
        <w:jc w:val="center"/>
      </w:pPr>
      <w:r>
        <w:t>Learn here. Train abroad. Bring your skills home. Or take your equestrian career around the world.</w:t>
      </w:r>
    </w:p>
    <w:sectPr w:rsidR="00FC693F" w:rsidRPr="0006063C" w:rsidSect="00034616">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