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32"/>
        </w:rPr>
        <w:t>Could Equine Nutrition &amp; Feed Development Suit You?</w:t>
      </w:r>
    </w:p>
    <w:p>
      <w:r>
        <w:t>Every horse has to eat. But who decides what should be in that feed? Who works out how much protein, fibre, energy, vitamins and minerals a horse needs? Who develops a new feed for a competition horse, youngster, veteran or horse that needs to lose weight?</w:t>
      </w:r>
    </w:p>
    <w:p>
      <w:r>
        <w:t>Behind every bag of horse feed is a world of science, research, ingredients, testing, manufacturing and nutrition. You might become an equine nutritionist, work for a feed company, help develop new feeds, work in research or eventually help create products of your own.</w:t>
      </w:r>
    </w:p>
    <w:p>
      <w:r>
        <w:rPr>
          <w:b/>
        </w:rPr>
        <w:t>There are no right or wrong answers. Be yourself! Choose the answer that sounds MOST like you.</w:t>
      </w:r>
    </w:p>
    <w:p>
      <w:r>
        <w:rPr>
          <w:b/>
        </w:rPr>
        <w:t>1. Two horses are the same size but one is competing regularly and the other is retired. What do you think?</w:t>
      </w:r>
    </w:p>
    <w:p>
      <w:pPr>
        <w:spacing w:after="20"/>
        <w:ind w:left="288"/>
      </w:pPr>
      <w:r>
        <w:t>☐ A. Their nutritional requirements could be very different</w:t>
      </w:r>
    </w:p>
    <w:p>
      <w:pPr>
        <w:spacing w:after="20"/>
        <w:ind w:left="288"/>
      </w:pPr>
      <w:r>
        <w:t>☐ B. They probably need slightly different amounts</w:t>
      </w:r>
    </w:p>
    <w:p>
      <w:pPr>
        <w:spacing w:after="20"/>
        <w:ind w:left="288"/>
      </w:pPr>
      <w:r>
        <w:t>☐ C. They could probably eat roughly the same thing</w:t>
      </w:r>
    </w:p>
    <w:p>
      <w:pPr>
        <w:spacing w:after="20"/>
        <w:ind w:left="288"/>
      </w:pPr>
      <w:r>
        <w:t>☐ D. Feed is feed — I wouldn't think much about it</w:t>
      </w:r>
    </w:p>
    <w:p>
      <w:r>
        <w:rPr>
          <w:b/>
        </w:rPr>
        <w:t>2. You turn over a bag of horse feed and see a long list of ingredients.</w:t>
      </w:r>
    </w:p>
    <w:p>
      <w:pPr>
        <w:spacing w:after="20"/>
        <w:ind w:left="288"/>
      </w:pPr>
      <w:r>
        <w:t>☐ A. I'd be interested in finding out what the ingredients actually do</w:t>
      </w:r>
    </w:p>
    <w:p>
      <w:pPr>
        <w:spacing w:after="20"/>
        <w:ind w:left="288"/>
      </w:pPr>
      <w:r>
        <w:t>☐ B. I'd recognise a few and wonder about the others</w:t>
      </w:r>
    </w:p>
    <w:p>
      <w:pPr>
        <w:spacing w:after="20"/>
        <w:ind w:left="288"/>
      </w:pPr>
      <w:r>
        <w:t>☐ C. I'd mainly look at the feeding instructions</w:t>
      </w:r>
    </w:p>
    <w:p>
      <w:pPr>
        <w:spacing w:after="20"/>
        <w:ind w:left="288"/>
      </w:pPr>
      <w:r>
        <w:t>☐ D. I wouldn't bother reading it</w:t>
      </w:r>
    </w:p>
    <w:p>
      <w:r>
        <w:rPr>
          <w:b/>
        </w:rPr>
        <w:t>3. Which school subjects sound most useful or interesting to you?</w:t>
      </w:r>
    </w:p>
    <w:p>
      <w:pPr>
        <w:spacing w:after="20"/>
        <w:ind w:left="288"/>
      </w:pPr>
      <w:r>
        <w:t>☐ A. Biology, chemistry and maths</w:t>
      </w:r>
    </w:p>
    <w:p>
      <w:pPr>
        <w:spacing w:after="20"/>
        <w:ind w:left="288"/>
      </w:pPr>
      <w:r>
        <w:t>☐ B. Biology and practical subjects</w:t>
      </w:r>
    </w:p>
    <w:p>
      <w:pPr>
        <w:spacing w:after="20"/>
        <w:ind w:left="288"/>
      </w:pPr>
      <w:r>
        <w:t>☐ C. Mainly practical subjects</w:t>
      </w:r>
    </w:p>
    <w:p>
      <w:pPr>
        <w:spacing w:after="20"/>
        <w:ind w:left="288"/>
      </w:pPr>
      <w:r>
        <w:t>☐ D. I don't enjoy science or numbers</w:t>
      </w:r>
    </w:p>
    <w:p>
      <w:r>
        <w:rPr>
          <w:b/>
        </w:rPr>
        <w:t>4. Someone says, “My horse needs more energy.” What's your first thought?</w:t>
      </w:r>
    </w:p>
    <w:p>
      <w:pPr>
        <w:spacing w:after="20"/>
        <w:ind w:left="288"/>
      </w:pPr>
      <w:r>
        <w:t>☐ A. What does the horse currently eat, how much work does it do and what does “more energy” mean?</w:t>
      </w:r>
    </w:p>
    <w:p>
      <w:pPr>
        <w:spacing w:after="20"/>
        <w:ind w:left="288"/>
      </w:pPr>
      <w:r>
        <w:t>☐ B. Find a higher-energy feed</w:t>
      </w:r>
    </w:p>
    <w:p>
      <w:pPr>
        <w:spacing w:after="20"/>
        <w:ind w:left="288"/>
      </w:pPr>
      <w:r>
        <w:t>☐ C. Give the horse more food</w:t>
      </w:r>
    </w:p>
    <w:p>
      <w:pPr>
        <w:spacing w:after="20"/>
        <w:ind w:left="288"/>
      </w:pPr>
      <w:r>
        <w:t>☐ D. Buy whatever feed somebody recommends</w:t>
      </w:r>
    </w:p>
    <w:p>
      <w:r>
        <w:rPr>
          <w:b/>
        </w:rPr>
        <w:t>5. You're given a complicated table showing nutritional values.</w:t>
      </w:r>
    </w:p>
    <w:p>
      <w:pPr>
        <w:spacing w:after="20"/>
        <w:ind w:left="288"/>
      </w:pPr>
      <w:r>
        <w:t>☐ A. I'd like to understand what the figures mean</w:t>
      </w:r>
    </w:p>
    <w:p>
      <w:pPr>
        <w:spacing w:after="20"/>
        <w:ind w:left="288"/>
      </w:pPr>
      <w:r>
        <w:t>☐ B. I'd work through it if I needed to</w:t>
      </w:r>
    </w:p>
    <w:p>
      <w:pPr>
        <w:spacing w:after="20"/>
        <w:ind w:left="288"/>
      </w:pPr>
      <w:r>
        <w:t>☐ C. I'd rather somebody explained the answer</w:t>
      </w:r>
    </w:p>
    <w:p>
      <w:pPr>
        <w:spacing w:after="20"/>
        <w:ind w:left="288"/>
      </w:pPr>
      <w:r>
        <w:t>☐ D. Tables and numbers really aren't for me</w:t>
      </w:r>
    </w:p>
    <w:p>
      <w:r>
        <w:rPr>
          <w:b/>
        </w:rPr>
        <w:t>6. A horse is gaining too much weight.</w:t>
      </w:r>
    </w:p>
    <w:p>
      <w:pPr>
        <w:spacing w:after="20"/>
        <w:ind w:left="288"/>
      </w:pPr>
      <w:r>
        <w:t>☐ A. I'd want to investigate its whole diet, forage, workload and management</w:t>
      </w:r>
    </w:p>
    <w:p>
      <w:pPr>
        <w:spacing w:after="20"/>
        <w:ind w:left="288"/>
      </w:pPr>
      <w:r>
        <w:t>☐ B. Reduce its hard feed</w:t>
      </w:r>
    </w:p>
    <w:p>
      <w:pPr>
        <w:spacing w:after="20"/>
        <w:ind w:left="288"/>
      </w:pPr>
      <w:r>
        <w:t>☐ C. Exercise it more</w:t>
      </w:r>
    </w:p>
    <w:p>
      <w:pPr>
        <w:spacing w:after="20"/>
        <w:ind w:left="288"/>
      </w:pPr>
      <w:r>
        <w:t>☐ D. Guess what might help</w:t>
      </w:r>
    </w:p>
    <w:p>
      <w:r>
        <w:rPr>
          <w:b/>
        </w:rPr>
        <w:t>7. How do you feel about weighing and measuring ingredients accurately?</w:t>
      </w:r>
    </w:p>
    <w:p>
      <w:pPr>
        <w:spacing w:after="20"/>
        <w:ind w:left="288"/>
      </w:pPr>
      <w:r>
        <w:t>☐ A. Accuracy is important — I'd be careful</w:t>
      </w:r>
    </w:p>
    <w:p>
      <w:pPr>
        <w:spacing w:after="20"/>
        <w:ind w:left="288"/>
      </w:pPr>
      <w:r>
        <w:t>☐ B. I'm reasonably careful</w:t>
      </w:r>
    </w:p>
    <w:p>
      <w:pPr>
        <w:spacing w:after="20"/>
        <w:ind w:left="288"/>
      </w:pPr>
      <w:r>
        <w:t>☐ C. I'd probably estimate amounts</w:t>
      </w:r>
    </w:p>
    <w:p>
      <w:pPr>
        <w:spacing w:after="20"/>
        <w:ind w:left="288"/>
      </w:pPr>
      <w:r>
        <w:t>☐ D. I dislike precise measuring</w:t>
      </w:r>
    </w:p>
    <w:p>
      <w:r>
        <w:rPr>
          <w:b/>
        </w:rPr>
        <w:t>8. You're developing a new horse feed and your first formula doesn't produce the result you expected.</w:t>
      </w:r>
    </w:p>
    <w:p>
      <w:pPr>
        <w:spacing w:after="20"/>
        <w:ind w:left="288"/>
      </w:pPr>
      <w:r>
        <w:t>☐ A. Look at the evidence, change something carefully and test again</w:t>
      </w:r>
    </w:p>
    <w:p>
      <w:pPr>
        <w:spacing w:after="20"/>
        <w:ind w:left="288"/>
      </w:pPr>
      <w:r>
        <w:t>☐ B. Ask someone what went wrong</w:t>
      </w:r>
    </w:p>
    <w:p>
      <w:pPr>
        <w:spacing w:after="20"/>
        <w:ind w:left="288"/>
      </w:pPr>
      <w:r>
        <w:t>☐ C. Make several changes at once</w:t>
      </w:r>
    </w:p>
    <w:p>
      <w:pPr>
        <w:spacing w:after="20"/>
        <w:ind w:left="288"/>
      </w:pPr>
      <w:r>
        <w:t>☐ D. Give up on the idea</w:t>
      </w:r>
    </w:p>
    <w:p>
      <w:r>
        <w:rPr>
          <w:b/>
        </w:rPr>
        <w:t>9. Which sounds most interesting?</w:t>
      </w:r>
    </w:p>
    <w:p>
      <w:pPr>
        <w:spacing w:after="20"/>
        <w:ind w:left="288"/>
      </w:pPr>
      <w:r>
        <w:t>☐ A. Understanding what happens inside a horse after it eats something</w:t>
      </w:r>
    </w:p>
    <w:p>
      <w:pPr>
        <w:spacing w:after="20"/>
        <w:ind w:left="288"/>
      </w:pPr>
      <w:r>
        <w:t>☐ B. Choosing which feed looks nicest</w:t>
      </w:r>
    </w:p>
    <w:p>
      <w:pPr>
        <w:spacing w:after="20"/>
        <w:ind w:left="288"/>
      </w:pPr>
      <w:r>
        <w:t>☐ C. Grooming the horse</w:t>
      </w:r>
    </w:p>
    <w:p>
      <w:pPr>
        <w:spacing w:after="20"/>
        <w:ind w:left="288"/>
      </w:pPr>
      <w:r>
        <w:t>☐ D. Designing the feed bag</w:t>
      </w:r>
    </w:p>
    <w:p>
      <w:r>
        <w:rPr>
          <w:b/>
        </w:rPr>
        <w:t>10. A customer says, “My friend uses this feed, so it must be right for my horse.”</w:t>
      </w:r>
    </w:p>
    <w:p>
      <w:pPr>
        <w:spacing w:after="20"/>
        <w:ind w:left="288"/>
      </w:pPr>
      <w:r>
        <w:t>☐ A. Explain that different horses can have different nutritional requirements</w:t>
      </w:r>
    </w:p>
    <w:p>
      <w:pPr>
        <w:spacing w:after="20"/>
        <w:ind w:left="288"/>
      </w:pPr>
      <w:r>
        <w:t>☐ B. Agree that it's probably worth trying</w:t>
      </w:r>
    </w:p>
    <w:p>
      <w:pPr>
        <w:spacing w:after="20"/>
        <w:ind w:left="288"/>
      </w:pPr>
      <w:r>
        <w:t>☐ C. Tell them to use whatever their friend uses</w:t>
      </w:r>
    </w:p>
    <w:p>
      <w:pPr>
        <w:spacing w:after="20"/>
        <w:ind w:left="288"/>
      </w:pPr>
      <w:r>
        <w:t>☐ D. I wouldn't know what to say</w:t>
      </w:r>
    </w:p>
    <w:p>
      <w:r>
        <w:rPr>
          <w:b/>
        </w:rPr>
        <w:t>11. You read two articles giving different advice about horse nutrition.</w:t>
      </w:r>
    </w:p>
    <w:p>
      <w:pPr>
        <w:spacing w:after="20"/>
        <w:ind w:left="288"/>
      </w:pPr>
      <w:r>
        <w:t>☐ A. Look at the evidence and reliability of the sources</w:t>
      </w:r>
    </w:p>
    <w:p>
      <w:pPr>
        <w:spacing w:after="20"/>
        <w:ind w:left="288"/>
      </w:pPr>
      <w:r>
        <w:t>☐ B. Ask somebody experienced which one is right</w:t>
      </w:r>
    </w:p>
    <w:p>
      <w:pPr>
        <w:spacing w:after="20"/>
        <w:ind w:left="288"/>
      </w:pPr>
      <w:r>
        <w:t>☐ C. Believe the one that sounds most convincing</w:t>
      </w:r>
    </w:p>
    <w:p>
      <w:pPr>
        <w:spacing w:after="20"/>
        <w:ind w:left="288"/>
      </w:pPr>
      <w:r>
        <w:t>☐ D. Choose the one I saw first</w:t>
      </w:r>
    </w:p>
    <w:p>
      <w:r>
        <w:rPr>
          <w:b/>
        </w:rPr>
        <w:t>12. How do you feel about learning scientific terminology?</w:t>
      </w:r>
    </w:p>
    <w:p>
      <w:pPr>
        <w:spacing w:after="20"/>
        <w:ind w:left="288"/>
      </w:pPr>
      <w:r>
        <w:t>☐ A. I'd enjoy understanding what it actually means</w:t>
      </w:r>
    </w:p>
    <w:p>
      <w:pPr>
        <w:spacing w:after="20"/>
        <w:ind w:left="288"/>
      </w:pPr>
      <w:r>
        <w:t>☐ B. I'd learn it if I needed it for my career</w:t>
      </w:r>
    </w:p>
    <w:p>
      <w:pPr>
        <w:spacing w:after="20"/>
        <w:ind w:left="288"/>
      </w:pPr>
      <w:r>
        <w:t>☐ C. I'd find it difficult but try</w:t>
      </w:r>
    </w:p>
    <w:p>
      <w:pPr>
        <w:spacing w:after="20"/>
        <w:ind w:left="288"/>
      </w:pPr>
      <w:r>
        <w:t>☐ D. I'd rather avoid a career involving it</w:t>
      </w:r>
    </w:p>
    <w:p>
      <w:r>
        <w:rPr>
          <w:b/>
        </w:rPr>
        <w:t>13. A tiny amount of one ingredient can make an important difference to a feed formulation.</w:t>
      </w:r>
    </w:p>
    <w:p>
      <w:pPr>
        <w:spacing w:after="20"/>
        <w:ind w:left="288"/>
      </w:pPr>
      <w:r>
        <w:t>☐ A. That makes accuracy even more important</w:t>
      </w:r>
    </w:p>
    <w:p>
      <w:pPr>
        <w:spacing w:after="20"/>
        <w:ind w:left="288"/>
      </w:pPr>
      <w:r>
        <w:t>☐ B. I'd double-check the measurement</w:t>
      </w:r>
    </w:p>
    <w:p>
      <w:pPr>
        <w:spacing w:after="20"/>
        <w:ind w:left="288"/>
      </w:pPr>
      <w:r>
        <w:t>☐ C. I'd probably estimate it</w:t>
      </w:r>
    </w:p>
    <w:p>
      <w:pPr>
        <w:spacing w:after="20"/>
        <w:ind w:left="288"/>
      </w:pPr>
      <w:r>
        <w:t>☐ D. Tiny differences can't matter that much</w:t>
      </w:r>
    </w:p>
    <w:p>
      <w:r>
        <w:rPr>
          <w:b/>
        </w:rPr>
        <w:t>14. Which problem would you most enjoy solving?</w:t>
      </w:r>
    </w:p>
    <w:p>
      <w:pPr>
        <w:spacing w:after="20"/>
        <w:ind w:left="288"/>
      </w:pPr>
      <w:r>
        <w:t>☐ A. Why a horse's diet isn't producing the expected result</w:t>
      </w:r>
    </w:p>
    <w:p>
      <w:pPr>
        <w:spacing w:after="20"/>
        <w:ind w:left="288"/>
      </w:pPr>
      <w:r>
        <w:t>☐ B. How to make a stable yard run more efficiently</w:t>
      </w:r>
    </w:p>
    <w:p>
      <w:pPr>
        <w:spacing w:after="20"/>
        <w:ind w:left="288"/>
      </w:pPr>
      <w:r>
        <w:t>☐ C. How to organise a horse show</w:t>
      </w:r>
    </w:p>
    <w:p>
      <w:pPr>
        <w:spacing w:after="20"/>
        <w:ind w:left="288"/>
      </w:pPr>
      <w:r>
        <w:t>☐ D. How to design a new riding jacket</w:t>
      </w:r>
    </w:p>
    <w:p>
      <w:r>
        <w:rPr>
          <w:b/>
        </w:rPr>
        <w:t>15. A feed company asks you to help develop something for older horses. What do you do first?</w:t>
      </w:r>
    </w:p>
    <w:p>
      <w:pPr>
        <w:spacing w:after="20"/>
        <w:ind w:left="288"/>
      </w:pPr>
      <w:r>
        <w:t>☐ A. Research the nutritional needs and problems commonly associated with older horses</w:t>
      </w:r>
    </w:p>
    <w:p>
      <w:pPr>
        <w:spacing w:after="20"/>
        <w:ind w:left="288"/>
      </w:pPr>
      <w:r>
        <w:t>☐ B. Look at what other companies sell</w:t>
      </w:r>
    </w:p>
    <w:p>
      <w:pPr>
        <w:spacing w:after="20"/>
        <w:ind w:left="288"/>
      </w:pPr>
      <w:r>
        <w:t>☐ C. Choose ingredients older horses seem to like</w:t>
      </w:r>
    </w:p>
    <w:p>
      <w:pPr>
        <w:spacing w:after="20"/>
        <w:ind w:left="288"/>
      </w:pPr>
      <w:r>
        <w:t>☐ D. Start designing the packaging</w:t>
      </w:r>
    </w:p>
    <w:p>
      <w:r>
        <w:rPr>
          <w:b/>
        </w:rPr>
        <w:t>16. How do you feel about research?</w:t>
      </w:r>
    </w:p>
    <w:p>
      <w:pPr>
        <w:spacing w:after="20"/>
        <w:ind w:left="288"/>
      </w:pPr>
      <w:r>
        <w:t>☐ A. I enjoy finding evidence and understanding why something works</w:t>
      </w:r>
    </w:p>
    <w:p>
      <w:pPr>
        <w:spacing w:after="20"/>
        <w:ind w:left="288"/>
      </w:pPr>
      <w:r>
        <w:t>☐ B. I'll research when I need an answer</w:t>
      </w:r>
    </w:p>
    <w:p>
      <w:pPr>
        <w:spacing w:after="20"/>
        <w:ind w:left="288"/>
      </w:pPr>
      <w:r>
        <w:t>☐ C. I'd rather somebody simply told me the answer</w:t>
      </w:r>
    </w:p>
    <w:p>
      <w:pPr>
        <w:spacing w:after="20"/>
        <w:ind w:left="288"/>
      </w:pPr>
      <w:r>
        <w:t>☐ D. Research sounds boring</w:t>
      </w:r>
    </w:p>
    <w:p>
      <w:r>
        <w:rPr>
          <w:b/>
        </w:rPr>
        <w:t>17. You have a new idea for a horse feed ingredient.</w:t>
      </w:r>
    </w:p>
    <w:p>
      <w:pPr>
        <w:spacing w:after="20"/>
        <w:ind w:left="288"/>
      </w:pPr>
      <w:r>
        <w:t>☐ A. I'd want evidence about safety, effectiveness, amounts and how it interacts with the rest of the diet</w:t>
      </w:r>
    </w:p>
    <w:p>
      <w:pPr>
        <w:spacing w:after="20"/>
        <w:ind w:left="288"/>
      </w:pPr>
      <w:r>
        <w:t>☐ B. I'd ask an experienced person what they thought</w:t>
      </w:r>
    </w:p>
    <w:p>
      <w:pPr>
        <w:spacing w:after="20"/>
        <w:ind w:left="288"/>
      </w:pPr>
      <w:r>
        <w:t>☐ C. I'd try it and see what happened</w:t>
      </w:r>
    </w:p>
    <w:p>
      <w:pPr>
        <w:spacing w:after="20"/>
        <w:ind w:left="288"/>
      </w:pPr>
      <w:r>
        <w:t>☐ D. If it's natural, I'd assume it's safe</w:t>
      </w:r>
    </w:p>
    <w:p>
      <w:r>
        <w:rPr>
          <w:b/>
        </w:rPr>
        <w:t>18. Which statement sounds most like you?</w:t>
      </w:r>
    </w:p>
    <w:p>
      <w:pPr>
        <w:spacing w:after="20"/>
        <w:ind w:left="288"/>
      </w:pPr>
      <w:r>
        <w:t>☐ A. I like solving problems using evidence</w:t>
      </w:r>
    </w:p>
    <w:p>
      <w:pPr>
        <w:spacing w:after="20"/>
        <w:ind w:left="288"/>
      </w:pPr>
      <w:r>
        <w:t>☐ B. I like caring for horses</w:t>
      </w:r>
    </w:p>
    <w:p>
      <w:pPr>
        <w:spacing w:after="20"/>
        <w:ind w:left="288"/>
      </w:pPr>
      <w:r>
        <w:t>☐ C. I prefer making things with my hands</w:t>
      </w:r>
    </w:p>
    <w:p>
      <w:pPr>
        <w:spacing w:after="20"/>
        <w:ind w:left="288"/>
      </w:pPr>
      <w:r>
        <w:t>☐ D. I prefer creative work</w:t>
      </w:r>
    </w:p>
    <w:p>
      <w:r>
        <w:rPr>
          <w:b/>
        </w:rPr>
        <w:t>19. A horse owner wants an immediate answer, but you don't have enough information.</w:t>
      </w:r>
    </w:p>
    <w:p>
      <w:pPr>
        <w:spacing w:after="20"/>
        <w:ind w:left="288"/>
      </w:pPr>
      <w:r>
        <w:t>☐ A. Explain that I need more information before making a recommendation</w:t>
      </w:r>
    </w:p>
    <w:p>
      <w:pPr>
        <w:spacing w:after="20"/>
        <w:ind w:left="288"/>
      </w:pPr>
      <w:r>
        <w:t>☐ B. Give them a general suggestion</w:t>
      </w:r>
    </w:p>
    <w:p>
      <w:pPr>
        <w:spacing w:after="20"/>
        <w:ind w:left="288"/>
      </w:pPr>
      <w:r>
        <w:t>☐ C. Make my best guess</w:t>
      </w:r>
    </w:p>
    <w:p>
      <w:pPr>
        <w:spacing w:after="20"/>
        <w:ind w:left="288"/>
      </w:pPr>
      <w:r>
        <w:t>☐ D. Tell them what they want to hear</w:t>
      </w:r>
    </w:p>
    <w:p>
      <w:r>
        <w:rPr>
          <w:b/>
        </w:rPr>
        <w:t>20. How would you feel about working in a feed company rather than directly on a horse yard?</w:t>
      </w:r>
    </w:p>
    <w:p>
      <w:pPr>
        <w:spacing w:after="20"/>
        <w:ind w:left="288"/>
      </w:pPr>
      <w:r>
        <w:t>☐ A. I'd find developing products that could help thousands of horses exciting</w:t>
      </w:r>
    </w:p>
    <w:p>
      <w:pPr>
        <w:spacing w:after="20"/>
        <w:ind w:left="288"/>
      </w:pPr>
      <w:r>
        <w:t>☐ B. I'd consider it</w:t>
      </w:r>
    </w:p>
    <w:p>
      <w:pPr>
        <w:spacing w:after="20"/>
        <w:ind w:left="288"/>
      </w:pPr>
      <w:r>
        <w:t>☐ C. I'd miss working directly with horses too much</w:t>
      </w:r>
    </w:p>
    <w:p>
      <w:pPr>
        <w:spacing w:after="20"/>
        <w:ind w:left="288"/>
      </w:pPr>
      <w:r>
        <w:t>☐ D. I definitely only want a job where I'm physically around horses</w:t>
      </w:r>
    </w:p>
    <w:p>
      <w:r>
        <w:rPr>
          <w:b/>
        </w:rPr>
        <w:t>21. A new feed performs brilliantly in one group of horses but not another.</w:t>
      </w:r>
    </w:p>
    <w:p>
      <w:pPr>
        <w:spacing w:after="20"/>
        <w:ind w:left="288"/>
      </w:pPr>
      <w:r>
        <w:t>☐ A. I'd want to understand why the results were different</w:t>
      </w:r>
    </w:p>
    <w:p>
      <w:pPr>
        <w:spacing w:after="20"/>
        <w:ind w:left="288"/>
      </w:pPr>
      <w:r>
        <w:t>☐ B. I'd ask whether we could test it again</w:t>
      </w:r>
    </w:p>
    <w:p>
      <w:pPr>
        <w:spacing w:after="20"/>
        <w:ind w:left="288"/>
      </w:pPr>
      <w:r>
        <w:t>☐ C. I'd concentrate on the successful results</w:t>
      </w:r>
    </w:p>
    <w:p>
      <w:pPr>
        <w:spacing w:after="20"/>
        <w:ind w:left="288"/>
      </w:pPr>
      <w:r>
        <w:t>☐ D. I'd ignore the difference</w:t>
      </w:r>
    </w:p>
    <w:p>
      <w:r>
        <w:rPr>
          <w:b/>
        </w:rPr>
        <w:t>22. A cheaper ingredient could increase company profit, but the original ingredient appears to perform better.</w:t>
      </w:r>
    </w:p>
    <w:p>
      <w:pPr>
        <w:spacing w:after="20"/>
        <w:ind w:left="288"/>
      </w:pPr>
      <w:r>
        <w:t>☐ A. Look carefully at quality, evidence, horse welfare, cost and product requirements before deciding</w:t>
      </w:r>
    </w:p>
    <w:p>
      <w:pPr>
        <w:spacing w:after="20"/>
        <w:ind w:left="288"/>
      </w:pPr>
      <w:r>
        <w:t>☐ B. Use the cheaper ingredient because businesses need profit</w:t>
      </w:r>
    </w:p>
    <w:p>
      <w:pPr>
        <w:spacing w:after="20"/>
        <w:ind w:left="288"/>
      </w:pPr>
      <w:r>
        <w:t>☐ C. Use whichever ingredient customers prefer</w:t>
      </w:r>
    </w:p>
    <w:p>
      <w:pPr>
        <w:spacing w:after="20"/>
        <w:ind w:left="288"/>
      </w:pPr>
      <w:r>
        <w:t>☐ D. I wouldn't want responsibility for that decision</w:t>
      </w:r>
    </w:p>
    <w:p>
      <w:r>
        <w:rPr>
          <w:b/>
        </w:rPr>
        <w:t>23. You discover new research that challenges something you've always believed about feeding horses.</w:t>
      </w:r>
    </w:p>
    <w:p>
      <w:pPr>
        <w:spacing w:after="20"/>
        <w:ind w:left="288"/>
      </w:pPr>
      <w:r>
        <w:t>☐ A. Read the evidence and be prepared to change my view</w:t>
      </w:r>
    </w:p>
    <w:p>
      <w:pPr>
        <w:spacing w:after="20"/>
        <w:ind w:left="288"/>
      </w:pPr>
      <w:r>
        <w:t>☐ B. Check what other experts think</w:t>
      </w:r>
    </w:p>
    <w:p>
      <w:pPr>
        <w:spacing w:after="20"/>
        <w:ind w:left="288"/>
      </w:pPr>
      <w:r>
        <w:t>☐ C. Stick with what I've always been taught</w:t>
      </w:r>
    </w:p>
    <w:p>
      <w:pPr>
        <w:spacing w:after="20"/>
        <w:ind w:left="288"/>
      </w:pPr>
      <w:r>
        <w:t>☐ D. Ignore it</w:t>
      </w:r>
    </w:p>
    <w:p>
      <w:r>
        <w:rPr>
          <w:b/>
        </w:rPr>
        <w:t>24. Which achievement would make you proudest?</w:t>
      </w:r>
    </w:p>
    <w:p>
      <w:pPr>
        <w:spacing w:after="20"/>
        <w:ind w:left="288"/>
      </w:pPr>
      <w:r>
        <w:t>☐ A. Helping develop a feed or nutritional programme that genuinely improves horses' health and performance</w:t>
      </w:r>
    </w:p>
    <w:p>
      <w:pPr>
        <w:spacing w:after="20"/>
        <w:ind w:left="288"/>
      </w:pPr>
      <w:r>
        <w:t>☐ B. Seeing my product in lots of shops</w:t>
      </w:r>
    </w:p>
    <w:p>
      <w:pPr>
        <w:spacing w:after="20"/>
        <w:ind w:left="288"/>
      </w:pPr>
      <w:r>
        <w:t>☐ C. Becoming well known in the horse world</w:t>
      </w:r>
    </w:p>
    <w:p>
      <w:pPr>
        <w:spacing w:after="20"/>
        <w:ind w:left="288"/>
      </w:pPr>
      <w:r>
        <w:t>☐ D. Working with horses every day regardless of the job</w:t>
      </w:r>
    </w:p>
    <w:p>
      <w:r>
        <w:br w:type="page"/>
      </w:r>
    </w:p>
    <w:p>
      <w:pPr>
        <w:jc w:val="center"/>
      </w:pPr>
      <w:r>
        <w:rPr>
          <w:b/>
          <w:sz w:val="36"/>
        </w:rPr>
        <w:t>Your EquiPeeps Nutrition &amp; Feed Development Match</w:t>
      </w:r>
    </w:p>
    <w:p>
      <w:r>
        <w:t>Behind-the-scenes scoring: A = 3 points, B = 2 points, C = 1 point, D = 0 points. Maximum score: 72. Keep this scoring hidden from teenagers on the website.</w:t>
      </w:r>
    </w:p>
    <w:p>
      <w:r>
        <w:rPr>
          <w:b/>
        </w:rPr>
        <w:t>55–72 — Equine nutrition &amp; feed development is worth exploring closely</w:t>
      </w:r>
    </w:p>
    <w:p>
      <w:r>
        <w:t>Your answers suggest you may enjoy science, investigation, accuracy, research and solving problems using evidence. You also seem interested in understanding why something works rather than simply accepting that it does.</w:t>
      </w:r>
    </w:p>
    <w:p>
      <w:r>
        <w:rPr>
          <w:b/>
        </w:rPr>
        <w:t>38–54 — There's plenty here worth exploring</w:t>
      </w:r>
    </w:p>
    <w:p>
      <w:r>
        <w:t>Several aspects of nutrition appear to match your interests. You may discover that you're more attracted to advising horse owners, scientific research, product development or the commercial feed industry.</w:t>
      </w:r>
    </w:p>
    <w:p>
      <w:r>
        <w:rPr>
          <w:b/>
        </w:rPr>
        <w:t>20–37 — Another horse-health career may fit you differently</w:t>
      </w:r>
    </w:p>
    <w:p>
      <w:r>
        <w:t>You may be interested in horse health without particularly enjoying the scientific, numerical or research-heavy aspects of nutrition. Explore physiotherapy, veterinary careers, behaviour, grooming, training or other areas of horse care.</w:t>
      </w:r>
    </w:p>
    <w:p>
      <w:r>
        <w:rPr>
          <w:b/>
        </w:rPr>
        <w:t>0–19 — Let's explore!</w:t>
      </w:r>
    </w:p>
    <w:p>
      <w:r>
        <w:t>Nutrition and feed development may not currently match your preferred way of thinking and working. The equestrian industry also needs people who are practical, creative, commercial, organisational and people-focused.</w:t>
      </w:r>
    </w:p>
    <w:p>
      <w:r>
        <w:rPr>
          <w:b/>
        </w:rPr>
        <w:t>One Important Question</w:t>
      </w:r>
    </w:p>
    <w:p>
      <w:r>
        <w:t>Do you want to feed horses — or do you want to understand WHY we feed them what we do? A nutritionist needs to think about the whole horse: age, weight, workload, forage, health, body condition, environment and the rest of the diet.</w:t>
      </w:r>
    </w:p>
    <w:p>
      <w:r>
        <w:rPr>
          <w:b/>
        </w:rPr>
        <w:t>What About Making Horse Feed?</w:t>
      </w:r>
    </w:p>
    <w:p>
      <w:r>
        <w:t>Feed development can bring together science, horses, manufacturing and business. Someone has to decide what a product should do, which ingredients could achieve it, how much should be included, whether it is safe, whether evidence supports it, whether it can be manufactured consistently, what it costs and whether customers will buy it.</w:t>
      </w:r>
    </w:p>
    <w:p>
      <w:r>
        <w:rPr>
          <w:b/>
        </w:rPr>
        <w:t>Your EquiPeeps Challenge</w:t>
      </w:r>
    </w:p>
    <w:p>
      <w:r>
        <w:t>Next time you see two different bags of horse feed, turn them around and compare the ingredients, nutritional analysis, feeding rates, intended type of horse, work level, manufacturer's claims and price. Then ask yourself: “Why are these two feeds different?”</w:t>
      </w:r>
    </w:p>
    <w:p>
      <w:r>
        <w:t>This is a career discovery activity, not a professional psychometric or aptitude assessment. It cannot tell you whether you can or cannot become an equine nutritionist or work in feed development.</w:t>
      </w:r>
    </w:p>
    <w:p>
      <w:pPr>
        <w:jc w:val="center"/>
      </w:pPr>
      <w:r>
        <w:rPr>
          <w:b/>
          <w:sz w:val="26"/>
        </w:rPr>
        <w:t>🌍 YOUR PASSION CAN TAKE YOU ANYWHERE</w:t>
      </w:r>
    </w:p>
    <w:p>
      <w:pPr>
        <w:jc w:val="center"/>
      </w:pPr>
      <w:r>
        <w:t>Learn here. Train abroad. Bring your skills home. Or take your equestrian career around the world.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