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32"/>
        </w:rPr>
        <w:t>Could You Become an Equine Behaviourist?</w:t>
      </w:r>
    </w:p>
    <w:p>
      <w:r>
        <w:t>A horse won't load. Another bites when someone tightens its girth. One horse is terrified of the farrier. Another has suddenly started bucking. Someone might say, “That horse is being naughty.” An equine behaviourist is more likely to ask: “WHY is the horse behaving like this?”</w:t>
      </w:r>
    </w:p>
    <w:p>
      <w:r>
        <w:t>Behaviour can have many possible influences, including fear, pain, previous experiences, environment, management, learning and the way people interact with the horse. The job isn't simply about making unwanted behaviour stop. It's about trying to understand what is causing or maintaining it and finding a safe, humane and evidence-based way forward.</w:t>
      </w:r>
    </w:p>
    <w:p>
      <w:r>
        <w:rPr>
          <w:b/>
        </w:rPr>
        <w:t>There are no right or wrong answers. Choose the answer that sounds MOST like you.</w:t>
      </w:r>
    </w:p>
    <w:p>
      <w:r>
        <w:rPr>
          <w:b/>
        </w:rPr>
        <w:t>1. A normally quiet horse suddenly starts refusing to be ridden. What is your first thought?</w:t>
      </w:r>
    </w:p>
    <w:p>
      <w:pPr>
        <w:spacing w:after="20"/>
        <w:ind w:left="288"/>
      </w:pPr>
      <w:r>
        <w:t>☐ A. Something has changed — I would want to investigate why</w:t>
      </w:r>
    </w:p>
    <w:p>
      <w:pPr>
        <w:spacing w:after="20"/>
        <w:ind w:left="288"/>
      </w:pPr>
      <w:r>
        <w:t>☐ B. Perhaps the horse has lost confidence</w:t>
      </w:r>
    </w:p>
    <w:p>
      <w:pPr>
        <w:spacing w:after="20"/>
        <w:ind w:left="288"/>
      </w:pPr>
      <w:r>
        <w:t>☐ C. The horse needs firmer riding</w:t>
      </w:r>
    </w:p>
    <w:p>
      <w:pPr>
        <w:spacing w:after="20"/>
        <w:ind w:left="288"/>
      </w:pPr>
      <w:r>
        <w:t>☐ D. It's probably just being naughty</w:t>
      </w:r>
    </w:p>
    <w:p>
      <w:r>
        <w:rPr>
          <w:b/>
        </w:rPr>
        <w:t>2. A horse refuses to walk into a trailer.</w:t>
      </w:r>
    </w:p>
    <w:p>
      <w:pPr>
        <w:spacing w:after="20"/>
        <w:ind w:left="288"/>
      </w:pPr>
      <w:r>
        <w:t>☐ A. I'd want to understand what happens before, during and after the refusal</w:t>
      </w:r>
    </w:p>
    <w:p>
      <w:pPr>
        <w:spacing w:after="20"/>
        <w:ind w:left="288"/>
      </w:pPr>
      <w:r>
        <w:t>☐ B. I'd try encouraging it patiently</w:t>
      </w:r>
    </w:p>
    <w:p>
      <w:pPr>
        <w:spacing w:after="20"/>
        <w:ind w:left="288"/>
      </w:pPr>
      <w:r>
        <w:t>☐ C. I'd get more people to push it in</w:t>
      </w:r>
    </w:p>
    <w:p>
      <w:pPr>
        <w:spacing w:after="20"/>
        <w:ind w:left="288"/>
      </w:pPr>
      <w:r>
        <w:t>☐ D. I'd make sure it knew it had to go in</w:t>
      </w:r>
    </w:p>
    <w:p>
      <w:r>
        <w:rPr>
          <w:b/>
        </w:rPr>
        <w:t>3. Which question interests you most?</w:t>
      </w:r>
    </w:p>
    <w:p>
      <w:pPr>
        <w:spacing w:after="20"/>
        <w:ind w:left="288"/>
      </w:pPr>
      <w:r>
        <w:t>☐ A. Why do horses behave the way they do?</w:t>
      </w:r>
    </w:p>
    <w:p>
      <w:pPr>
        <w:spacing w:after="20"/>
        <w:ind w:left="288"/>
      </w:pPr>
      <w:r>
        <w:t>☐ B. How can I train a horse to do something?</w:t>
      </w:r>
    </w:p>
    <w:p>
      <w:pPr>
        <w:spacing w:after="20"/>
        <w:ind w:left="288"/>
      </w:pPr>
      <w:r>
        <w:t>☐ C. How can I make a horse perform better?</w:t>
      </w:r>
    </w:p>
    <w:p>
      <w:pPr>
        <w:spacing w:after="20"/>
        <w:ind w:left="288"/>
      </w:pPr>
      <w:r>
        <w:t>☐ D. How can I make a horse obey me?</w:t>
      </w:r>
    </w:p>
    <w:p>
      <w:r>
        <w:rPr>
          <w:b/>
        </w:rPr>
        <w:t>4. A horse pins its ears when its girth is tightened.</w:t>
      </w:r>
    </w:p>
    <w:p>
      <w:pPr>
        <w:spacing w:after="20"/>
        <w:ind w:left="288"/>
      </w:pPr>
      <w:r>
        <w:t>☐ A. I'd take the behaviour seriously and consider whether discomfort or pain needs investigating</w:t>
      </w:r>
    </w:p>
    <w:p>
      <w:pPr>
        <w:spacing w:after="20"/>
        <w:ind w:left="288"/>
      </w:pPr>
      <w:r>
        <w:t>☐ B. I'd tighten it more slowly</w:t>
      </w:r>
    </w:p>
    <w:p>
      <w:pPr>
        <w:spacing w:after="20"/>
        <w:ind w:left="288"/>
      </w:pPr>
      <w:r>
        <w:t>☐ C. I'd tell the horse off</w:t>
      </w:r>
    </w:p>
    <w:p>
      <w:pPr>
        <w:spacing w:after="20"/>
        <w:ind w:left="288"/>
      </w:pPr>
      <w:r>
        <w:t>☐ D. I'd ignore it</w:t>
      </w:r>
    </w:p>
    <w:p>
      <w:r>
        <w:rPr>
          <w:b/>
        </w:rPr>
        <w:t>5. How do you feel about watching a horse without actually doing anything?</w:t>
      </w:r>
    </w:p>
    <w:p>
      <w:pPr>
        <w:spacing w:after="20"/>
        <w:ind w:left="288"/>
      </w:pPr>
      <w:r>
        <w:t>☐ A. Observation can tell you a huge amount</w:t>
      </w:r>
    </w:p>
    <w:p>
      <w:pPr>
        <w:spacing w:after="20"/>
        <w:ind w:left="288"/>
      </w:pPr>
      <w:r>
        <w:t>☐ B. I'd be happy to watch for a while</w:t>
      </w:r>
    </w:p>
    <w:p>
      <w:pPr>
        <w:spacing w:after="20"/>
        <w:ind w:left="288"/>
      </w:pPr>
      <w:r>
        <w:t>☐ C. I'd rather start working with it</w:t>
      </w:r>
    </w:p>
    <w:p>
      <w:pPr>
        <w:spacing w:after="20"/>
        <w:ind w:left="288"/>
      </w:pPr>
      <w:r>
        <w:t>☐ D. I'd find that boring</w:t>
      </w:r>
    </w:p>
    <w:p>
      <w:r>
        <w:rPr>
          <w:b/>
        </w:rPr>
        <w:t>6. An owner says, “He's always trying to get the better of me.”</w:t>
      </w:r>
    </w:p>
    <w:p>
      <w:pPr>
        <w:spacing w:after="20"/>
        <w:ind w:left="288"/>
      </w:pPr>
      <w:r>
        <w:t>☐ A. I'd want to look at the actual behaviour rather than assume the horse's motive</w:t>
      </w:r>
    </w:p>
    <w:p>
      <w:pPr>
        <w:spacing w:after="20"/>
        <w:ind w:left="288"/>
      </w:pPr>
      <w:r>
        <w:t>☐ B. I'd ask what the horse does</w:t>
      </w:r>
    </w:p>
    <w:p>
      <w:pPr>
        <w:spacing w:after="20"/>
        <w:ind w:left="288"/>
      </w:pPr>
      <w:r>
        <w:t>☐ C. The owner probably needs to be firmer</w:t>
      </w:r>
    </w:p>
    <w:p>
      <w:pPr>
        <w:spacing w:after="20"/>
        <w:ind w:left="288"/>
      </w:pPr>
      <w:r>
        <w:t>☐ D. Some horses just want to be in charge</w:t>
      </w:r>
    </w:p>
    <w:p>
      <w:r>
        <w:rPr>
          <w:b/>
        </w:rPr>
        <w:t>7. A horse becomes frightened during a training session.</w:t>
      </w:r>
    </w:p>
    <w:p>
      <w:pPr>
        <w:spacing w:after="20"/>
        <w:ind w:left="288"/>
      </w:pPr>
      <w:r>
        <w:t>☐ A. I'd adjust what I'm doing and work out what triggered the fear</w:t>
      </w:r>
    </w:p>
    <w:p>
      <w:pPr>
        <w:spacing w:after="20"/>
        <w:ind w:left="288"/>
      </w:pPr>
      <w:r>
        <w:t>☐ B. I'd give the horse a break</w:t>
      </w:r>
    </w:p>
    <w:p>
      <w:pPr>
        <w:spacing w:after="20"/>
        <w:ind w:left="288"/>
      </w:pPr>
      <w:r>
        <w:t>☐ C. I'd keep going so it learns not to be frightened</w:t>
      </w:r>
    </w:p>
    <w:p>
      <w:pPr>
        <w:spacing w:after="20"/>
        <w:ind w:left="288"/>
      </w:pPr>
      <w:r>
        <w:t>☐ D. I'd punish the reaction</w:t>
      </w:r>
    </w:p>
    <w:p>
      <w:r>
        <w:rPr>
          <w:b/>
        </w:rPr>
        <w:t>8. Which school subject sounds most useful to you?</w:t>
      </w:r>
    </w:p>
    <w:p>
      <w:pPr>
        <w:spacing w:after="20"/>
        <w:ind w:left="288"/>
      </w:pPr>
      <w:r>
        <w:t>☐ A. Biology and psychology</w:t>
      </w:r>
    </w:p>
    <w:p>
      <w:pPr>
        <w:spacing w:after="20"/>
        <w:ind w:left="288"/>
      </w:pPr>
      <w:r>
        <w:t>☐ B. PE</w:t>
      </w:r>
    </w:p>
    <w:p>
      <w:pPr>
        <w:spacing w:after="20"/>
        <w:ind w:left="288"/>
      </w:pPr>
      <w:r>
        <w:t>☐ C. Business</w:t>
      </w:r>
    </w:p>
    <w:p>
      <w:pPr>
        <w:spacing w:after="20"/>
        <w:ind w:left="288"/>
      </w:pPr>
      <w:r>
        <w:t>☐ D. Art</w:t>
      </w:r>
    </w:p>
    <w:p>
      <w:r>
        <w:rPr>
          <w:b/>
        </w:rPr>
        <w:t>9. You watch the same unwanted behaviour happen repeatedly.</w:t>
      </w:r>
    </w:p>
    <w:p>
      <w:pPr>
        <w:spacing w:after="20"/>
        <w:ind w:left="288"/>
      </w:pPr>
      <w:r>
        <w:t>☐ A. I'd look for patterns in what happens immediately before and afterwards</w:t>
      </w:r>
    </w:p>
    <w:p>
      <w:pPr>
        <w:spacing w:after="20"/>
        <w:ind w:left="288"/>
      </w:pPr>
      <w:r>
        <w:t>☐ B. I'd try a different training technique</w:t>
      </w:r>
    </w:p>
    <w:p>
      <w:pPr>
        <w:spacing w:after="20"/>
        <w:ind w:left="288"/>
      </w:pPr>
      <w:r>
        <w:t>☐ C. I'd tell the horse off each time</w:t>
      </w:r>
    </w:p>
    <w:p>
      <w:pPr>
        <w:spacing w:after="20"/>
        <w:ind w:left="288"/>
      </w:pPr>
      <w:r>
        <w:t>☐ D. I'd ignore it</w:t>
      </w:r>
    </w:p>
    <w:p>
      <w:r>
        <w:rPr>
          <w:b/>
        </w:rPr>
        <w:t>10. Someone tells you about a brilliant horse-training technique they saw online.</w:t>
      </w:r>
    </w:p>
    <w:p>
      <w:pPr>
        <w:spacing w:after="20"/>
        <w:ind w:left="288"/>
      </w:pPr>
      <w:r>
        <w:t>☐ A. I'd want to know what evidence supports it and how it affects horse welfare</w:t>
      </w:r>
    </w:p>
    <w:p>
      <w:pPr>
        <w:spacing w:after="20"/>
        <w:ind w:left="288"/>
      </w:pPr>
      <w:r>
        <w:t>☐ B. I'd watch several demonstrations first</w:t>
      </w:r>
    </w:p>
    <w:p>
      <w:pPr>
        <w:spacing w:after="20"/>
        <w:ind w:left="288"/>
      </w:pPr>
      <w:r>
        <w:t>☐ C. I'd try it immediately</w:t>
      </w:r>
    </w:p>
    <w:p>
      <w:pPr>
        <w:spacing w:after="20"/>
        <w:ind w:left="288"/>
      </w:pPr>
      <w:r>
        <w:t>☐ D. If the person is popular, I'd assume it works</w:t>
      </w:r>
    </w:p>
    <w:p>
      <w:r>
        <w:rPr>
          <w:b/>
        </w:rPr>
        <w:t>11. A horse becomes aggressive when somebody approaches its stable.</w:t>
      </w:r>
    </w:p>
    <w:p>
      <w:pPr>
        <w:spacing w:after="20"/>
        <w:ind w:left="288"/>
      </w:pPr>
      <w:r>
        <w:t>☐ A. I'd want to understand the circumstances and assess safety before deciding what to do</w:t>
      </w:r>
    </w:p>
    <w:p>
      <w:pPr>
        <w:spacing w:after="20"/>
        <w:ind w:left="288"/>
      </w:pPr>
      <w:r>
        <w:t>☐ B. I'd ask the owner when it started</w:t>
      </w:r>
    </w:p>
    <w:p>
      <w:pPr>
        <w:spacing w:after="20"/>
        <w:ind w:left="288"/>
      </w:pPr>
      <w:r>
        <w:t>☐ C. I'd immediately go into the stable to show it I'm not frightened</w:t>
      </w:r>
    </w:p>
    <w:p>
      <w:pPr>
        <w:spacing w:after="20"/>
        <w:ind w:left="288"/>
      </w:pPr>
      <w:r>
        <w:t>☐ D. I'd punish the horse</w:t>
      </w:r>
    </w:p>
    <w:p>
      <w:r>
        <w:rPr>
          <w:b/>
        </w:rPr>
        <w:t>12. How interested are you in scientific research about horse behaviour?</w:t>
      </w:r>
    </w:p>
    <w:p>
      <w:pPr>
        <w:spacing w:after="20"/>
        <w:ind w:left="288"/>
      </w:pPr>
      <w:r>
        <w:t>☐ A. Very — I'd like to understand what evidence tells us</w:t>
      </w:r>
    </w:p>
    <w:p>
      <w:pPr>
        <w:spacing w:after="20"/>
        <w:ind w:left="288"/>
      </w:pPr>
      <w:r>
        <w:t>☐ B. Fairly interested</w:t>
      </w:r>
    </w:p>
    <w:p>
      <w:pPr>
        <w:spacing w:after="20"/>
        <w:ind w:left="288"/>
      </w:pPr>
      <w:r>
        <w:t>☐ C. I'd rather rely on practical experience</w:t>
      </w:r>
    </w:p>
    <w:p>
      <w:pPr>
        <w:spacing w:after="20"/>
        <w:ind w:left="288"/>
      </w:pPr>
      <w:r>
        <w:t>☐ D. Research doesn't interest me</w:t>
      </w:r>
    </w:p>
    <w:p>
      <w:r>
        <w:rPr>
          <w:b/>
        </w:rPr>
        <w:t>13. A behaviour problem could possibly be connected with pain.</w:t>
      </w:r>
    </w:p>
    <w:p>
      <w:pPr>
        <w:spacing w:after="20"/>
        <w:ind w:left="288"/>
      </w:pPr>
      <w:r>
        <w:t>☐ A. Appropriate veterinary investigation should come before assuming it's purely behavioural</w:t>
      </w:r>
    </w:p>
    <w:p>
      <w:pPr>
        <w:spacing w:after="20"/>
        <w:ind w:left="288"/>
      </w:pPr>
      <w:r>
        <w:t>☐ B. I'd mention it to the owner</w:t>
      </w:r>
    </w:p>
    <w:p>
      <w:pPr>
        <w:spacing w:after="20"/>
        <w:ind w:left="288"/>
      </w:pPr>
      <w:r>
        <w:t>☐ C. I'd try some behaviour work first</w:t>
      </w:r>
    </w:p>
    <w:p>
      <w:pPr>
        <w:spacing w:after="20"/>
        <w:ind w:left="288"/>
      </w:pPr>
      <w:r>
        <w:t>☐ D. Behaviour and pain aren't really connected</w:t>
      </w:r>
    </w:p>
    <w:p>
      <w:r>
        <w:rPr>
          <w:b/>
        </w:rPr>
        <w:t>14. Two horses show the same behaviour.</w:t>
      </w:r>
    </w:p>
    <w:p>
      <w:pPr>
        <w:spacing w:after="20"/>
        <w:ind w:left="288"/>
      </w:pPr>
      <w:r>
        <w:t>☐ A. The behaviour could have completely different causes in each horse</w:t>
      </w:r>
    </w:p>
    <w:p>
      <w:pPr>
        <w:spacing w:after="20"/>
        <w:ind w:left="288"/>
      </w:pPr>
      <w:r>
        <w:t>☐ B. I'd compare their situations</w:t>
      </w:r>
    </w:p>
    <w:p>
      <w:pPr>
        <w:spacing w:after="20"/>
        <w:ind w:left="288"/>
      </w:pPr>
      <w:r>
        <w:t>☐ C. I'd probably use the same approach on both</w:t>
      </w:r>
    </w:p>
    <w:p>
      <w:pPr>
        <w:spacing w:after="20"/>
        <w:ind w:left="288"/>
      </w:pPr>
      <w:r>
        <w:t>☐ D. The same behaviour means the same problem</w:t>
      </w:r>
    </w:p>
    <w:p>
      <w:r>
        <w:rPr>
          <w:b/>
        </w:rPr>
        <w:t>15. An owner has accidentally been encouraging an unwanted behaviour.</w:t>
      </w:r>
    </w:p>
    <w:p>
      <w:pPr>
        <w:spacing w:after="20"/>
        <w:ind w:left="288"/>
      </w:pPr>
      <w:r>
        <w:t>☐ A. Explain it without making the owner feel foolish and help them change the pattern</w:t>
      </w:r>
    </w:p>
    <w:p>
      <w:pPr>
        <w:spacing w:after="20"/>
        <w:ind w:left="288"/>
      </w:pPr>
      <w:r>
        <w:t>☐ B. Tell them what to do differently</w:t>
      </w:r>
    </w:p>
    <w:p>
      <w:pPr>
        <w:spacing w:after="20"/>
        <w:ind w:left="288"/>
      </w:pPr>
      <w:r>
        <w:t>☐ C. Tell them they've caused the problem</w:t>
      </w:r>
    </w:p>
    <w:p>
      <w:pPr>
        <w:spacing w:after="20"/>
        <w:ind w:left="288"/>
      </w:pPr>
      <w:r>
        <w:t>☐ D. I'd rather work with the horse than the owner</w:t>
      </w:r>
    </w:p>
    <w:p>
      <w:r>
        <w:rPr>
          <w:b/>
        </w:rPr>
        <w:t>16. How do you feel about working with people as well as horses?</w:t>
      </w:r>
    </w:p>
    <w:p>
      <w:pPr>
        <w:spacing w:after="20"/>
        <w:ind w:left="288"/>
      </w:pPr>
      <w:r>
        <w:t>☐ A. It's essential — owners need to understand and continue the plan</w:t>
      </w:r>
    </w:p>
    <w:p>
      <w:pPr>
        <w:spacing w:after="20"/>
        <w:ind w:left="288"/>
      </w:pPr>
      <w:r>
        <w:t>☐ B. I'd be comfortable with it</w:t>
      </w:r>
    </w:p>
    <w:p>
      <w:pPr>
        <w:spacing w:after="20"/>
        <w:ind w:left="288"/>
      </w:pPr>
      <w:r>
        <w:t>☐ C. I'd rather just work with horses</w:t>
      </w:r>
    </w:p>
    <w:p>
      <w:pPr>
        <w:spacing w:after="20"/>
        <w:ind w:left="288"/>
      </w:pPr>
      <w:r>
        <w:t>☐ D. I really don't enjoy explaining things to people</w:t>
      </w:r>
    </w:p>
    <w:p>
      <w:r>
        <w:rPr>
          <w:b/>
        </w:rPr>
        <w:t>17. A horse improves very slowly.</w:t>
      </w:r>
    </w:p>
    <w:p>
      <w:pPr>
        <w:spacing w:after="20"/>
        <w:ind w:left="288"/>
      </w:pPr>
      <w:r>
        <w:t>☐ A. Small improvements can be important — I'd continue assessing and adapting</w:t>
      </w:r>
    </w:p>
    <w:p>
      <w:pPr>
        <w:spacing w:after="20"/>
        <w:ind w:left="288"/>
      </w:pPr>
      <w:r>
        <w:t>☐ B. I'd keep trying</w:t>
      </w:r>
    </w:p>
    <w:p>
      <w:pPr>
        <w:spacing w:after="20"/>
        <w:ind w:left="288"/>
      </w:pPr>
      <w:r>
        <w:t>☐ C. I'd become frustrated</w:t>
      </w:r>
    </w:p>
    <w:p>
      <w:pPr>
        <w:spacing w:after="20"/>
        <w:ind w:left="288"/>
      </w:pPr>
      <w:r>
        <w:t>☐ D. I'd try something much stronger</w:t>
      </w:r>
    </w:p>
    <w:p>
      <w:r>
        <w:rPr>
          <w:b/>
        </w:rPr>
        <w:t>18. Which sounds most like you?</w:t>
      </w:r>
    </w:p>
    <w:p>
      <w:pPr>
        <w:spacing w:after="20"/>
        <w:ind w:left="288"/>
      </w:pPr>
      <w:r>
        <w:t>☐ A. I'm curious about what an animal might be communicating through its behaviour</w:t>
      </w:r>
    </w:p>
    <w:p>
      <w:pPr>
        <w:spacing w:after="20"/>
        <w:ind w:left="288"/>
      </w:pPr>
      <w:r>
        <w:t>☐ B. I like teaching horses things</w:t>
      </w:r>
    </w:p>
    <w:p>
      <w:pPr>
        <w:spacing w:after="20"/>
        <w:ind w:left="288"/>
      </w:pPr>
      <w:r>
        <w:t>☐ C. I like being in control of horses</w:t>
      </w:r>
    </w:p>
    <w:p>
      <w:pPr>
        <w:spacing w:after="20"/>
        <w:ind w:left="288"/>
      </w:pPr>
      <w:r>
        <w:t>☐ D. I don't think deeply about horse behaviour</w:t>
      </w:r>
    </w:p>
    <w:p>
      <w:r>
        <w:rPr>
          <w:b/>
        </w:rPr>
        <w:t>19. You don't know why a horse is behaving a certain way.</w:t>
      </w:r>
    </w:p>
    <w:p>
      <w:pPr>
        <w:spacing w:after="20"/>
        <w:ind w:left="288"/>
      </w:pPr>
      <w:r>
        <w:t>☐ A. Say I don't know yet and gather more information</w:t>
      </w:r>
    </w:p>
    <w:p>
      <w:pPr>
        <w:spacing w:after="20"/>
        <w:ind w:left="288"/>
      </w:pPr>
      <w:r>
        <w:t>☐ B. Ask another experienced person</w:t>
      </w:r>
    </w:p>
    <w:p>
      <w:pPr>
        <w:spacing w:after="20"/>
        <w:ind w:left="288"/>
      </w:pPr>
      <w:r>
        <w:t>☐ C. Make my best guess</w:t>
      </w:r>
    </w:p>
    <w:p>
      <w:pPr>
        <w:spacing w:after="20"/>
        <w:ind w:left="288"/>
      </w:pPr>
      <w:r>
        <w:t>☐ D. Pretend I know</w:t>
      </w:r>
    </w:p>
    <w:p>
      <w:r>
        <w:rPr>
          <w:b/>
        </w:rPr>
        <w:t>20. New research shows that a method you've previously used may negatively affect welfare.</w:t>
      </w:r>
    </w:p>
    <w:p>
      <w:pPr>
        <w:spacing w:after="20"/>
        <w:ind w:left="288"/>
      </w:pPr>
      <w:r>
        <w:t>☐ A. Examine the evidence and change my approach if necessary</w:t>
      </w:r>
    </w:p>
    <w:p>
      <w:pPr>
        <w:spacing w:after="20"/>
        <w:ind w:left="288"/>
      </w:pPr>
      <w:r>
        <w:t>☐ B. Ask other professionals what they think</w:t>
      </w:r>
    </w:p>
    <w:p>
      <w:pPr>
        <w:spacing w:after="20"/>
        <w:ind w:left="288"/>
      </w:pPr>
      <w:r>
        <w:t>☐ C. Keep using it because it worked for me</w:t>
      </w:r>
    </w:p>
    <w:p>
      <w:pPr>
        <w:spacing w:after="20"/>
        <w:ind w:left="288"/>
      </w:pPr>
      <w:r>
        <w:t>☐ D. Ignore the research</w:t>
      </w:r>
    </w:p>
    <w:p>
      <w:r>
        <w:rPr>
          <w:b/>
        </w:rPr>
        <w:t>21. An owner wants you to “fix” their horse in one visit.</w:t>
      </w:r>
    </w:p>
    <w:p>
      <w:pPr>
        <w:spacing w:after="20"/>
        <w:ind w:left="288"/>
      </w:pPr>
      <w:r>
        <w:t>☐ A. Explain that behaviour change may take time and depends on the underlying problem</w:t>
      </w:r>
    </w:p>
    <w:p>
      <w:pPr>
        <w:spacing w:after="20"/>
        <w:ind w:left="288"/>
      </w:pPr>
      <w:r>
        <w:t>☐ B. Promise to do as much as possible</w:t>
      </w:r>
    </w:p>
    <w:p>
      <w:pPr>
        <w:spacing w:after="20"/>
        <w:ind w:left="288"/>
      </w:pPr>
      <w:r>
        <w:t>☐ C. Try to produce a dramatic result</w:t>
      </w:r>
    </w:p>
    <w:p>
      <w:pPr>
        <w:spacing w:after="20"/>
        <w:ind w:left="288"/>
      </w:pPr>
      <w:r>
        <w:t>☐ D. Guarantee I can fix it</w:t>
      </w:r>
    </w:p>
    <w:p>
      <w:r>
        <w:rPr>
          <w:b/>
        </w:rPr>
        <w:t>22. A case is beyond your level of knowledge or experience.</w:t>
      </w:r>
    </w:p>
    <w:p>
      <w:pPr>
        <w:spacing w:after="20"/>
        <w:ind w:left="288"/>
      </w:pPr>
      <w:r>
        <w:t>☐ A. Refer or collaborate with an appropriately qualified professional</w:t>
      </w:r>
    </w:p>
    <w:p>
      <w:pPr>
        <w:spacing w:after="20"/>
        <w:ind w:left="288"/>
      </w:pPr>
      <w:r>
        <w:t>☐ B. Ask someone more experienced for help</w:t>
      </w:r>
    </w:p>
    <w:p>
      <w:pPr>
        <w:spacing w:after="20"/>
        <w:ind w:left="288"/>
      </w:pPr>
      <w:r>
        <w:t>☐ C. Keep trying different things</w:t>
      </w:r>
    </w:p>
    <w:p>
      <w:pPr>
        <w:spacing w:after="20"/>
        <w:ind w:left="288"/>
      </w:pPr>
      <w:r>
        <w:t>☐ D. Never admit that to the client</w:t>
      </w:r>
    </w:p>
    <w:p>
      <w:r>
        <w:rPr>
          <w:b/>
        </w:rPr>
        <w:t>23. Which result would make you proudest?</w:t>
      </w:r>
    </w:p>
    <w:p>
      <w:pPr>
        <w:spacing w:after="20"/>
        <w:ind w:left="288"/>
      </w:pPr>
      <w:r>
        <w:t>☐ A. Helping a frightened horse become more confident through understanding and appropriate behaviour change</w:t>
      </w:r>
    </w:p>
    <w:p>
      <w:pPr>
        <w:spacing w:after="20"/>
        <w:ind w:left="288"/>
      </w:pPr>
      <w:r>
        <w:t>☐ B. Getting a difficult horse to obey me</w:t>
      </w:r>
    </w:p>
    <w:p>
      <w:pPr>
        <w:spacing w:after="20"/>
        <w:ind w:left="288"/>
      </w:pPr>
      <w:r>
        <w:t>☐ C. Being known as someone who can ride anything</w:t>
      </w:r>
    </w:p>
    <w:p>
      <w:pPr>
        <w:spacing w:after="20"/>
        <w:ind w:left="288"/>
      </w:pPr>
      <w:r>
        <w:t>☐ D. Having lots of followers watching my horse-training videos</w:t>
      </w:r>
    </w:p>
    <w:p>
      <w:r>
        <w:rPr>
          <w:b/>
        </w:rPr>
        <w:t>24. Which statement sounds MOST like you?</w:t>
      </w:r>
    </w:p>
    <w:p>
      <w:pPr>
        <w:spacing w:after="20"/>
        <w:ind w:left="288"/>
      </w:pPr>
      <w:r>
        <w:t>☐ A. I want to understand why horses behave as they do and use evidence to help them</w:t>
      </w:r>
    </w:p>
    <w:p>
      <w:pPr>
        <w:spacing w:after="20"/>
        <w:ind w:left="288"/>
      </w:pPr>
      <w:r>
        <w:t>☐ B. I enjoy training horses and would like to learn more about behaviour</w:t>
      </w:r>
    </w:p>
    <w:p>
      <w:pPr>
        <w:spacing w:after="20"/>
        <w:ind w:left="288"/>
      </w:pPr>
      <w:r>
        <w:t>☐ C. I mainly want to work with difficult horses</w:t>
      </w:r>
    </w:p>
    <w:p>
      <w:pPr>
        <w:spacing w:after="20"/>
        <w:ind w:left="288"/>
      </w:pPr>
      <w:r>
        <w:t>☐ D. I prefer telling a horse what to do rather than investigating behaviour</w:t>
      </w:r>
    </w:p>
    <w:p>
      <w:r>
        <w:br w:type="page"/>
      </w:r>
    </w:p>
    <w:p>
      <w:pPr>
        <w:jc w:val="center"/>
      </w:pPr>
      <w:r>
        <w:rPr>
          <w:b/>
          <w:sz w:val="36"/>
        </w:rPr>
        <w:t>Your EquiPeeps Equine Behaviour Match</w:t>
      </w:r>
    </w:p>
    <w:p>
      <w:r>
        <w:t>Behind-the-scenes scoring: A = 3 points, B = 2 points, C = 1 point, D = 0 points. Maximum score: 72. Keep this scoring hidden from teenagers on the website.</w:t>
      </w:r>
    </w:p>
    <w:p>
      <w:r>
        <w:rPr>
          <w:b/>
        </w:rPr>
        <w:t>55–72 — Equine behaviour is worth exploring closely</w:t>
      </w:r>
    </w:p>
    <w:p>
      <w:r>
        <w:t>Your answers suggest you may naturally be curious, observant, patient and interested in understanding WHY behaviour happens. You also seem willing to question assumptions, consider horse welfare and use evidence rather than simply looking for a quick fix.</w:t>
      </w:r>
    </w:p>
    <w:p>
      <w:r>
        <w:rPr>
          <w:b/>
        </w:rPr>
        <w:t>38–54 — There's plenty here worth exploring</w:t>
      </w:r>
    </w:p>
    <w:p>
      <w:r>
        <w:t>Several parts of behaviour work appear to suit you. You may eventually discover that your interests lean towards behaviour, training, rehabilitation, welfare or another horse-care profession.</w:t>
      </w:r>
    </w:p>
    <w:p>
      <w:r>
        <w:rPr>
          <w:b/>
        </w:rPr>
        <w:t>20–37 — Another horse career may fit you differently</w:t>
      </w:r>
    </w:p>
    <w:p>
      <w:r>
        <w:t>You may particularly enjoy training and handling horses without wanting the scientific investigation and detailed case work involved in professional behaviour work. You could explore training, coaching, grooming, yard management or riding careers.</w:t>
      </w:r>
    </w:p>
    <w:p>
      <w:r>
        <w:rPr>
          <w:b/>
        </w:rPr>
        <w:t>0–19 — Let's explore!</w:t>
      </w:r>
    </w:p>
    <w:p>
      <w:r>
        <w:t>Professional behaviour work may not currently match your preferred way of working. Your strengths may be somewhere completely different in the equestrian industry.</w:t>
      </w:r>
    </w:p>
    <w:p>
      <w:r>
        <w:rPr>
          <w:b/>
        </w:rPr>
        <w:t>One Important Question — Do you want to control the behaviour, or understand it?</w:t>
      </w:r>
    </w:p>
    <w:p>
      <w:r>
        <w:t>The behaviour is the beginning of the investigation — not necessarily the answer. A behaviourist asks when it happens, what happens beforehand, when it started, what makes it worse, whether fear or pain could be involved, and what happens immediately afterwards.</w:t>
      </w:r>
    </w:p>
    <w:p>
      <w:r>
        <w:rPr>
          <w:b/>
        </w:rPr>
        <w:t>Your EquiPeeps Challenge</w:t>
      </w:r>
    </w:p>
    <w:p>
      <w:r>
        <w:t>Spend 15 minutes safely observing a horse without trying to change anything. Write down only what you actually observe. For example: “The horse moved three steps backwards when the person approached,” rather than “The horse was being stubborn.” One describes behaviour; the other interprets it.</w:t>
      </w:r>
    </w:p>
    <w:p>
      <w:r>
        <w:rPr>
          <w:b/>
        </w:rPr>
        <w:t>Do Equine Behaviourists Need Qualifications?</w:t>
      </w:r>
    </w:p>
    <w:p>
      <w:r>
        <w:t>In the UK, the title “behaviourist” is not currently a protected title. However, professional standards and assessment routes exist. The Animal Behaviour and Training Council (ABTC) has standards and registers for roles including Animal Behaviour Technician and Clinical Animal Behaviourist. Clinical Animal Behaviourist work is at Level 6 knowledge and understanding and includes practical skills assessment; CABs work on veterinary referral. Anyone seriously considering this career should check current recognised courses and professional requirements before choosing training.</w:t>
      </w:r>
    </w:p>
    <w:p>
      <w:r>
        <w:rPr>
          <w:b/>
        </w:rPr>
        <w:t>Behaviourist or Trainer?</w:t>
      </w:r>
    </w:p>
    <w:p>
      <w:r>
        <w:t>A trainer may concentrate on teaching horses particular skills and behaviours. A behaviourist investigates the underlying causes of problematic or concerning behaviour and develops appropriate behaviour-modification approaches. Some professionals develop expertise in both.</w:t>
      </w:r>
    </w:p>
    <w:p>
      <w:r>
        <w:t>Being confident around a difficult horse doesn't automatically make somebody a behaviour expert. Professional behaviour work can require science, observation, learning theory, welfare knowledge, practical skills, communication, record keeping, collaboration with vets and an ability to recognise when something is outside your professional competence.</w:t>
      </w:r>
    </w:p>
    <w:p>
      <w:r>
        <w:t>This is a career discovery activity, not a professional psychometric or aptitude assessment. It cannot tell you whether you can or cannot become an equine behaviourist.</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