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4"/>
        </w:rPr>
        <w:t>EquiPeeps Career Match</w:t>
      </w:r>
    </w:p>
    <w:p>
      <w:pPr>
        <w:jc w:val="center"/>
      </w:pPr>
      <w:r>
        <w:rPr>
          <w:b/>
          <w:sz w:val="28"/>
        </w:rPr>
        <w:t>Could this be your career?</w:t>
      </w:r>
    </w:p>
    <w:p>
      <w:pPr>
        <w:jc w:val="center"/>
      </w:pPr>
      <w:r>
        <w:rPr>
          <w:b/>
          <w:sz w:val="36"/>
        </w:rPr>
        <w:t>Groom</w:t>
      </w:r>
    </w:p>
    <w:p>
      <w:r>
        <w:t>A career as a groom combines skilled horse care, observation, fitness, organisation, teamwork and dependable responsibility. Grooms are central to a horse's wellbeing and performance because they notice daily changes, maintain high standards and make sure each horse receives consistent care.</w:t>
      </w:r>
    </w:p>
    <w:p>
      <w:r>
        <w:rPr>
          <w:b/>
        </w:rPr>
        <w:t>There are no right or wrong answers. Choose the answer that sounds MOST like you.</w:t>
      </w:r>
    </w:p>
    <w:p>
      <w:r>
        <w:rPr>
          <w:b/>
        </w:rPr>
        <w:t>1. How interested are you in caring for horses every day?</w:t>
      </w:r>
    </w:p>
    <w:p>
      <w:pPr>
        <w:spacing w:after="20"/>
        <w:ind w:left="288"/>
      </w:pPr>
      <w:r>
        <w:t>☐ A. Very — I would enjoy learning each horse's routine and individual needs</w:t>
      </w:r>
    </w:p>
    <w:p>
      <w:pPr>
        <w:spacing w:after="20"/>
        <w:ind w:left="288"/>
      </w:pPr>
      <w:r>
        <w:t>☐ B. Fairly interested</w:t>
      </w:r>
    </w:p>
    <w:p>
      <w:pPr>
        <w:spacing w:after="20"/>
        <w:ind w:left="288"/>
      </w:pPr>
      <w:r>
        <w:t>☐ C. I mainly want to work with horses occasionally</w:t>
      </w:r>
    </w:p>
    <w:p>
      <w:pPr>
        <w:spacing w:after="20"/>
        <w:ind w:left="288"/>
      </w:pPr>
      <w:r>
        <w:t>☐ D. Daily care does not particularly interest me</w:t>
      </w:r>
    </w:p>
    <w:p>
      <w:r>
        <w:rPr>
          <w:b/>
        </w:rPr>
        <w:t>2. A horse has left some of its morning feed. What would you do?</w:t>
      </w:r>
    </w:p>
    <w:p>
      <w:pPr>
        <w:spacing w:after="20"/>
        <w:ind w:left="288"/>
      </w:pPr>
      <w:r>
        <w:t>☐ A. Check the horse, record it and report the change promptly</w:t>
      </w:r>
    </w:p>
    <w:p>
      <w:pPr>
        <w:spacing w:after="20"/>
        <w:ind w:left="288"/>
      </w:pPr>
      <w:r>
        <w:t>☐ B. Ask an experienced colleague to look</w:t>
      </w:r>
    </w:p>
    <w:p>
      <w:pPr>
        <w:spacing w:after="20"/>
        <w:ind w:left="288"/>
      </w:pPr>
      <w:r>
        <w:t>☐ C. Wait until the next feed to see what happens</w:t>
      </w:r>
    </w:p>
    <w:p>
      <w:pPr>
        <w:spacing w:after="20"/>
        <w:ind w:left="288"/>
      </w:pPr>
      <w:r>
        <w:t>☐ D. Clear it away without mentioning it</w:t>
      </w:r>
    </w:p>
    <w:p>
      <w:r>
        <w:rPr>
          <w:b/>
        </w:rPr>
        <w:t>3. How do you feel about physically active work in all seasons?</w:t>
      </w:r>
    </w:p>
    <w:p>
      <w:pPr>
        <w:spacing w:after="20"/>
        <w:ind w:left="288"/>
      </w:pPr>
      <w:r>
        <w:t>☐ A. I would prepare properly and take pride in staying fit for the job</w:t>
      </w:r>
    </w:p>
    <w:p>
      <w:pPr>
        <w:spacing w:after="20"/>
        <w:ind w:left="288"/>
      </w:pPr>
      <w:r>
        <w:t>☐ B. I could manage it with a good routine</w:t>
      </w:r>
    </w:p>
    <w:p>
      <w:pPr>
        <w:spacing w:after="20"/>
        <w:ind w:left="288"/>
      </w:pPr>
      <w:r>
        <w:t>☐ C. I would prefer mainly indoor work</w:t>
      </w:r>
    </w:p>
    <w:p>
      <w:pPr>
        <w:spacing w:after="20"/>
        <w:ind w:left="288"/>
      </w:pPr>
      <w:r>
        <w:t>☐ D. I would dislike physical outdoor work</w:t>
      </w:r>
    </w:p>
    <w:p>
      <w:r>
        <w:rPr>
          <w:b/>
        </w:rPr>
        <w:t>4. A horse seems slightly different while you are grooming it.</w:t>
      </w:r>
    </w:p>
    <w:p>
      <w:pPr>
        <w:spacing w:after="20"/>
        <w:ind w:left="288"/>
      </w:pPr>
      <w:r>
        <w:t>☐ A. Observe carefully, check for changes and report exactly what I notice</w:t>
      </w:r>
    </w:p>
    <w:p>
      <w:pPr>
        <w:spacing w:after="20"/>
        <w:ind w:left="288"/>
      </w:pPr>
      <w:r>
        <w:t>☐ B. Ask somebody experienced to check</w:t>
      </w:r>
    </w:p>
    <w:p>
      <w:pPr>
        <w:spacing w:after="20"/>
        <w:ind w:left="288"/>
      </w:pPr>
      <w:r>
        <w:t>☐ C. Finish grooming and see how the horse is later</w:t>
      </w:r>
    </w:p>
    <w:p>
      <w:pPr>
        <w:spacing w:after="20"/>
        <w:ind w:left="288"/>
      </w:pPr>
      <w:r>
        <w:t>☐ D. Ignore it unless the horse looks ill</w:t>
      </w:r>
    </w:p>
    <w:p>
      <w:r>
        <w:rPr>
          <w:b/>
        </w:rPr>
        <w:t>5. Which school subjects sound most useful to you?</w:t>
      </w:r>
    </w:p>
    <w:p>
      <w:pPr>
        <w:spacing w:after="20"/>
        <w:ind w:left="288"/>
      </w:pPr>
      <w:r>
        <w:t>☐ A. Biology, physical education and science</w:t>
      </w:r>
    </w:p>
    <w:p>
      <w:pPr>
        <w:spacing w:after="20"/>
        <w:ind w:left="288"/>
      </w:pPr>
      <w:r>
        <w:t>☐ B. English and maths</w:t>
      </w:r>
    </w:p>
    <w:p>
      <w:pPr>
        <w:spacing w:after="20"/>
        <w:ind w:left="288"/>
      </w:pPr>
      <w:r>
        <w:t>☐ C. Business</w:t>
      </w:r>
    </w:p>
    <w:p>
      <w:pPr>
        <w:spacing w:after="20"/>
        <w:ind w:left="288"/>
      </w:pPr>
      <w:r>
        <w:t>☐ D. Art</w:t>
      </w:r>
    </w:p>
    <w:p>
      <w:r>
        <w:rPr>
          <w:b/>
        </w:rPr>
        <w:t>6. You are shown a new way to complete a familiar task.</w:t>
      </w:r>
    </w:p>
    <w:p>
      <w:pPr>
        <w:spacing w:after="20"/>
        <w:ind w:left="288"/>
      </w:pPr>
      <w:r>
        <w:t>☐ A. Listen carefully, ask questions and follow the yard's correct procedure</w:t>
      </w:r>
    </w:p>
    <w:p>
      <w:pPr>
        <w:spacing w:after="20"/>
        <w:ind w:left="288"/>
      </w:pPr>
      <w:r>
        <w:t>☐ B. Try it and ask for feedback</w:t>
      </w:r>
    </w:p>
    <w:p>
      <w:pPr>
        <w:spacing w:after="20"/>
        <w:ind w:left="288"/>
      </w:pPr>
      <w:r>
        <w:t>☐ C. Continue doing it my usual way</w:t>
      </w:r>
    </w:p>
    <w:p>
      <w:pPr>
        <w:spacing w:after="20"/>
        <w:ind w:left="288"/>
      </w:pPr>
      <w:r>
        <w:t>☐ D. Feel annoyed because I already know the job</w:t>
      </w:r>
    </w:p>
    <w:p>
      <w:r>
        <w:rPr>
          <w:b/>
        </w:rPr>
        <w:t>7. How do you feel about keeping stables, equipment and work areas organised?</w:t>
      </w:r>
    </w:p>
    <w:p>
      <w:pPr>
        <w:spacing w:after="20"/>
        <w:ind w:left="288"/>
      </w:pPr>
      <w:r>
        <w:t>☐ A. High standards help protect health, safety and efficient horse care</w:t>
      </w:r>
    </w:p>
    <w:p>
      <w:pPr>
        <w:spacing w:after="20"/>
        <w:ind w:left="288"/>
      </w:pPr>
      <w:r>
        <w:t>☐ B. I would keep everything reasonably tidy</w:t>
      </w:r>
    </w:p>
    <w:p>
      <w:pPr>
        <w:spacing w:after="20"/>
        <w:ind w:left="288"/>
      </w:pPr>
      <w:r>
        <w:t>☐ C. I would rather focus only on the horses</w:t>
      </w:r>
    </w:p>
    <w:p>
      <w:pPr>
        <w:spacing w:after="20"/>
        <w:ind w:left="288"/>
      </w:pPr>
      <w:r>
        <w:t>☐ D. Tidiness does not matter much to me</w:t>
      </w:r>
    </w:p>
    <w:p>
      <w:r>
        <w:rPr>
          <w:b/>
        </w:rPr>
        <w:t>8. The yard is busy and another groom needs help.</w:t>
      </w:r>
    </w:p>
    <w:p>
      <w:pPr>
        <w:spacing w:after="20"/>
        <w:ind w:left="288"/>
      </w:pPr>
      <w:r>
        <w:t>☐ A. Finish any essential task safely, then help and communicate clearly</w:t>
      </w:r>
    </w:p>
    <w:p>
      <w:pPr>
        <w:spacing w:after="20"/>
        <w:ind w:left="288"/>
      </w:pPr>
      <w:r>
        <w:t>☐ B. Ask what they need me to do</w:t>
      </w:r>
    </w:p>
    <w:p>
      <w:pPr>
        <w:spacing w:after="20"/>
        <w:ind w:left="288"/>
      </w:pPr>
      <w:r>
        <w:t>☐ C. Continue with my own list</w:t>
      </w:r>
    </w:p>
    <w:p>
      <w:pPr>
        <w:spacing w:after="20"/>
        <w:ind w:left="288"/>
      </w:pPr>
      <w:r>
        <w:t>☐ D. Say their work is not my responsibility</w:t>
      </w:r>
    </w:p>
    <w:p>
      <w:r>
        <w:rPr>
          <w:b/>
        </w:rPr>
        <w:t>9. How do you feel about continually learning throughout your career?</w:t>
      </w:r>
    </w:p>
    <w:p>
      <w:pPr>
        <w:spacing w:after="20"/>
        <w:ind w:left="288"/>
      </w:pPr>
      <w:r>
        <w:t>☐ A. I would keep developing my care, handling, presentation and welfare skills</w:t>
      </w:r>
    </w:p>
    <w:p>
      <w:pPr>
        <w:spacing w:after="20"/>
        <w:ind w:left="288"/>
      </w:pPr>
      <w:r>
        <w:t>☐ B. I would attend regular training</w:t>
      </w:r>
    </w:p>
    <w:p>
      <w:pPr>
        <w:spacing w:after="20"/>
        <w:ind w:left="288"/>
      </w:pPr>
      <w:r>
        <w:t>☐ C. I would rather learn only through daily work</w:t>
      </w:r>
    </w:p>
    <w:p>
      <w:pPr>
        <w:spacing w:after="20"/>
        <w:ind w:left="288"/>
      </w:pPr>
      <w:r>
        <w:t>☐ D. I do not enjoy training courses</w:t>
      </w:r>
    </w:p>
    <w:p>
      <w:r>
        <w:rPr>
          <w:b/>
        </w:rPr>
        <w:t>10. A horse is restless while being prepared for an important event.</w:t>
      </w:r>
    </w:p>
    <w:p>
      <w:pPr>
        <w:spacing w:after="20"/>
        <w:ind w:left="288"/>
      </w:pPr>
      <w:r>
        <w:t>☐ A. Stay calm, consider the cause and adjust the approach for safety</w:t>
      </w:r>
    </w:p>
    <w:p>
      <w:pPr>
        <w:spacing w:after="20"/>
        <w:ind w:left="288"/>
      </w:pPr>
      <w:r>
        <w:t>☐ B. Ask an experienced person to help</w:t>
      </w:r>
    </w:p>
    <w:p>
      <w:pPr>
        <w:spacing w:after="20"/>
        <w:ind w:left="288"/>
      </w:pPr>
      <w:r>
        <w:t>☐ C. Work faster so the horse is ready on time</w:t>
      </w:r>
    </w:p>
    <w:p>
      <w:pPr>
        <w:spacing w:after="20"/>
        <w:ind w:left="288"/>
      </w:pPr>
      <w:r>
        <w:t>☐ D. Become impatient because the horse should stand still</w:t>
      </w:r>
    </w:p>
    <w:p>
      <w:r>
        <w:rPr>
          <w:b/>
        </w:rPr>
        <w:t>11. Which part of a groom's work sounds most interesting?</w:t>
      </w:r>
    </w:p>
    <w:p>
      <w:pPr>
        <w:spacing w:after="20"/>
        <w:ind w:left="288"/>
      </w:pPr>
      <w:r>
        <w:t>☐ A. Knowing each horse well and supporting its health and performance</w:t>
      </w:r>
    </w:p>
    <w:p>
      <w:pPr>
        <w:spacing w:after="20"/>
        <w:ind w:left="288"/>
      </w:pPr>
      <w:r>
        <w:t>☐ B. Daily care, preparation and handling</w:t>
      </w:r>
    </w:p>
    <w:p>
      <w:pPr>
        <w:spacing w:after="20"/>
        <w:ind w:left="288"/>
      </w:pPr>
      <w:r>
        <w:t>☐ C. Travelling to shows or events</w:t>
      </w:r>
    </w:p>
    <w:p>
      <w:pPr>
        <w:spacing w:after="20"/>
        <w:ind w:left="288"/>
      </w:pPr>
      <w:r>
        <w:t>☐ D. Being seen with successful horses</w:t>
      </w:r>
    </w:p>
    <w:p>
      <w:r>
        <w:rPr>
          <w:b/>
        </w:rPr>
        <w:t>12. You are asked to perform a task you have not been trained to do.</w:t>
      </w:r>
    </w:p>
    <w:p>
      <w:pPr>
        <w:spacing w:after="20"/>
        <w:ind w:left="288"/>
      </w:pPr>
      <w:r>
        <w:t>☐ A. Explain honestly and ask for instruction or qualified help</w:t>
      </w:r>
    </w:p>
    <w:p>
      <w:pPr>
        <w:spacing w:after="20"/>
        <w:ind w:left="288"/>
      </w:pPr>
      <w:r>
        <w:t>☐ B. Accept only with direct supervision</w:t>
      </w:r>
    </w:p>
    <w:p>
      <w:pPr>
        <w:spacing w:after="20"/>
        <w:ind w:left="288"/>
      </w:pPr>
      <w:r>
        <w:t>☐ C. Try carefully and ask afterwards</w:t>
      </w:r>
    </w:p>
    <w:p>
      <w:pPr>
        <w:spacing w:after="20"/>
        <w:ind w:left="288"/>
      </w:pPr>
      <w:r>
        <w:t>☐ D. Pretend I know how to do it</w:t>
      </w:r>
    </w:p>
    <w:p>
      <w:r>
        <w:rPr>
          <w:b/>
        </w:rPr>
        <w:t>13. A horse reacts unexpectedly while you are handling it.</w:t>
      </w:r>
    </w:p>
    <w:p>
      <w:pPr>
        <w:spacing w:after="20"/>
        <w:ind w:left="288"/>
      </w:pPr>
      <w:r>
        <w:t>☐ A. Restore safety, stay calm and consider pain, fear or confusion</w:t>
      </w:r>
    </w:p>
    <w:p>
      <w:pPr>
        <w:spacing w:after="20"/>
        <w:ind w:left="288"/>
      </w:pPr>
      <w:r>
        <w:t>☐ B. Pause and ask for help</w:t>
      </w:r>
    </w:p>
    <w:p>
      <w:pPr>
        <w:spacing w:after="20"/>
        <w:ind w:left="288"/>
      </w:pPr>
      <w:r>
        <w:t>☐ C. Hold the horse more firmly</w:t>
      </w:r>
    </w:p>
    <w:p>
      <w:pPr>
        <w:spacing w:after="20"/>
        <w:ind w:left="288"/>
      </w:pPr>
      <w:r>
        <w:t>☐ D. Punish the horse immediately</w:t>
      </w:r>
    </w:p>
    <w:p>
      <w:r>
        <w:rPr>
          <w:b/>
        </w:rPr>
        <w:t>14. How do you feel about feed, water and medication records?</w:t>
      </w:r>
    </w:p>
    <w:p>
      <w:pPr>
        <w:spacing w:after="20"/>
        <w:ind w:left="288"/>
      </w:pPr>
      <w:r>
        <w:t>☐ A. Accurate records are essential because mistakes can affect horse welfare</w:t>
      </w:r>
    </w:p>
    <w:p>
      <w:pPr>
        <w:spacing w:after="20"/>
        <w:ind w:left="288"/>
      </w:pPr>
      <w:r>
        <w:t>☐ B. I would complete them carefully</w:t>
      </w:r>
    </w:p>
    <w:p>
      <w:pPr>
        <w:spacing w:after="20"/>
        <w:ind w:left="288"/>
      </w:pPr>
      <w:r>
        <w:t>☐ C. I would rather somebody else did them</w:t>
      </w:r>
    </w:p>
    <w:p>
      <w:pPr>
        <w:spacing w:after="20"/>
        <w:ind w:left="288"/>
      </w:pPr>
      <w:r>
        <w:t>☐ D. I would rely on memory</w:t>
      </w:r>
    </w:p>
    <w:p>
      <w:r>
        <w:rPr>
          <w:b/>
        </w:rPr>
        <w:t>15. Two horses need completely different care routines.</w:t>
      </w:r>
    </w:p>
    <w:p>
      <w:pPr>
        <w:spacing w:after="20"/>
        <w:ind w:left="288"/>
      </w:pPr>
      <w:r>
        <w:t>☐ A. I would enjoy learning both routines and following each accurately</w:t>
      </w:r>
    </w:p>
    <w:p>
      <w:pPr>
        <w:spacing w:after="20"/>
        <w:ind w:left="288"/>
      </w:pPr>
      <w:r>
        <w:t>☐ B. I would find the variety interesting</w:t>
      </w:r>
    </w:p>
    <w:p>
      <w:pPr>
        <w:spacing w:after="20"/>
        <w:ind w:left="288"/>
      </w:pPr>
      <w:r>
        <w:t>☐ C. I would prefer every horse to have the same routine</w:t>
      </w:r>
    </w:p>
    <w:p>
      <w:pPr>
        <w:spacing w:after="20"/>
        <w:ind w:left="288"/>
      </w:pPr>
      <w:r>
        <w:t>☐ D. I would find that confusing</w:t>
      </w:r>
    </w:p>
    <w:p>
      <w:r>
        <w:rPr>
          <w:b/>
        </w:rPr>
        <w:t>16. You are unsure whether a horse's leg looks normal.</w:t>
      </w:r>
    </w:p>
    <w:p>
      <w:pPr>
        <w:spacing w:after="20"/>
        <w:ind w:left="288"/>
      </w:pPr>
      <w:r>
        <w:t>☐ A. Compare carefully, avoid guessing and report it to the right person</w:t>
      </w:r>
    </w:p>
    <w:p>
      <w:pPr>
        <w:spacing w:after="20"/>
        <w:ind w:left="288"/>
      </w:pPr>
      <w:r>
        <w:t>☐ B. Ask an experienced colleague to check</w:t>
      </w:r>
    </w:p>
    <w:p>
      <w:pPr>
        <w:spacing w:after="20"/>
        <w:ind w:left="288"/>
      </w:pPr>
      <w:r>
        <w:t>☐ C. Exercise the horse and see whether it improves</w:t>
      </w:r>
    </w:p>
    <w:p>
      <w:pPr>
        <w:spacing w:after="20"/>
        <w:ind w:left="288"/>
      </w:pPr>
      <w:r>
        <w:t>☐ D. Leave it unless the horse is obviously lame</w:t>
      </w:r>
    </w:p>
    <w:p>
      <w:r>
        <w:rPr>
          <w:b/>
        </w:rPr>
        <w:t>17. How important is attention to detail in this career?</w:t>
      </w:r>
    </w:p>
    <w:p>
      <w:pPr>
        <w:spacing w:after="20"/>
        <w:ind w:left="288"/>
      </w:pPr>
      <w:r>
        <w:t>☐ A. Essential — small changes can reveal health, welfare or equipment problems</w:t>
      </w:r>
    </w:p>
    <w:p>
      <w:pPr>
        <w:spacing w:after="20"/>
        <w:ind w:left="288"/>
      </w:pPr>
      <w:r>
        <w:t>☐ B. Very important</w:t>
      </w:r>
    </w:p>
    <w:p>
      <w:pPr>
        <w:spacing w:after="20"/>
        <w:ind w:left="288"/>
      </w:pPr>
      <w:r>
        <w:t>☐ C. Probably useful</w:t>
      </w:r>
    </w:p>
    <w:p>
      <w:pPr>
        <w:spacing w:after="20"/>
        <w:ind w:left="288"/>
      </w:pPr>
      <w:r>
        <w:t>☐ D. Not particularly important</w:t>
      </w:r>
    </w:p>
    <w:p>
      <w:r>
        <w:rPr>
          <w:b/>
        </w:rPr>
        <w:t>18. An owner asks a question you cannot answer.</w:t>
      </w:r>
    </w:p>
    <w:p>
      <w:pPr>
        <w:spacing w:after="20"/>
        <w:ind w:left="288"/>
      </w:pPr>
      <w:r>
        <w:t>☐ A. Be honest and find the right person or reliable information</w:t>
      </w:r>
    </w:p>
    <w:p>
      <w:pPr>
        <w:spacing w:after="20"/>
        <w:ind w:left="288"/>
      </w:pPr>
      <w:r>
        <w:t>☐ B. Ask a more experienced colleague later</w:t>
      </w:r>
    </w:p>
    <w:p>
      <w:pPr>
        <w:spacing w:after="20"/>
        <w:ind w:left="288"/>
      </w:pPr>
      <w:r>
        <w:t>☐ C. Give my best guess</w:t>
      </w:r>
    </w:p>
    <w:p>
      <w:pPr>
        <w:spacing w:after="20"/>
        <w:ind w:left="288"/>
      </w:pPr>
      <w:r>
        <w:t>☐ D. Say something confident so they trust me</w:t>
      </w:r>
    </w:p>
    <w:p>
      <w:r>
        <w:rPr>
          <w:b/>
        </w:rPr>
        <w:t>19. How would you feel about early mornings, weekends and long event days?</w:t>
      </w:r>
    </w:p>
    <w:p>
      <w:pPr>
        <w:spacing w:after="20"/>
        <w:ind w:left="288"/>
      </w:pPr>
      <w:r>
        <w:t>☐ A. I would organise myself because dependable care is part of the job</w:t>
      </w:r>
    </w:p>
    <w:p>
      <w:pPr>
        <w:spacing w:after="20"/>
        <w:ind w:left="288"/>
      </w:pPr>
      <w:r>
        <w:t>☐ B. I could manage them with a fair rota</w:t>
      </w:r>
    </w:p>
    <w:p>
      <w:pPr>
        <w:spacing w:after="20"/>
        <w:ind w:left="288"/>
      </w:pPr>
      <w:r>
        <w:t>☐ C. I would prefer predictable weekday hours</w:t>
      </w:r>
    </w:p>
    <w:p>
      <w:pPr>
        <w:spacing w:after="20"/>
        <w:ind w:left="288"/>
      </w:pPr>
      <w:r>
        <w:t>☐ D. I would dislike that lifestyle</w:t>
      </w:r>
    </w:p>
    <w:p>
      <w:r>
        <w:rPr>
          <w:b/>
        </w:rPr>
        <w:t>20. A rider asks you to change a horse's usual preparation.</w:t>
      </w:r>
    </w:p>
    <w:p>
      <w:pPr>
        <w:spacing w:after="20"/>
        <w:ind w:left="288"/>
      </w:pPr>
      <w:r>
        <w:t>☐ A. Clarify the request, check it is appropriate and update the team</w:t>
      </w:r>
    </w:p>
    <w:p>
      <w:pPr>
        <w:spacing w:after="20"/>
        <w:ind w:left="288"/>
      </w:pPr>
      <w:r>
        <w:t>☐ B. Ask the yard manager before changing anything</w:t>
      </w:r>
    </w:p>
    <w:p>
      <w:pPr>
        <w:spacing w:after="20"/>
        <w:ind w:left="288"/>
      </w:pPr>
      <w:r>
        <w:t>☐ C. Make the change without recording it</w:t>
      </w:r>
    </w:p>
    <w:p>
      <w:pPr>
        <w:spacing w:after="20"/>
        <w:ind w:left="288"/>
      </w:pPr>
      <w:r>
        <w:t>☐ D. Ignore the request and follow the normal routine</w:t>
      </w:r>
    </w:p>
    <w:p>
      <w:r>
        <w:rPr>
          <w:b/>
        </w:rPr>
        <w:t>21. You are tired, but one final horse still needs care.</w:t>
      </w:r>
    </w:p>
    <w:p>
      <w:pPr>
        <w:spacing w:after="20"/>
        <w:ind w:left="288"/>
      </w:pPr>
      <w:r>
        <w:t>☐ A. Maintain the proper standard because the horse still depends on me</w:t>
      </w:r>
    </w:p>
    <w:p>
      <w:pPr>
        <w:spacing w:after="20"/>
        <w:ind w:left="288"/>
      </w:pPr>
      <w:r>
        <w:t>☐ B. Concentrate and complete every essential task</w:t>
      </w:r>
    </w:p>
    <w:p>
      <w:pPr>
        <w:spacing w:after="20"/>
        <w:ind w:left="288"/>
      </w:pPr>
      <w:r>
        <w:t>☐ C. Finish as quickly as possible</w:t>
      </w:r>
    </w:p>
    <w:p>
      <w:pPr>
        <w:spacing w:after="20"/>
        <w:ind w:left="288"/>
      </w:pPr>
      <w:r>
        <w:t>☐ D. Leave the non-obvious jobs until tomorrow</w:t>
      </w:r>
    </w:p>
    <w:p>
      <w:r>
        <w:rPr>
          <w:b/>
        </w:rPr>
        <w:t>22. Which description sounds MOST like you?</w:t>
      </w:r>
    </w:p>
    <w:p>
      <w:pPr>
        <w:spacing w:after="20"/>
        <w:ind w:left="288"/>
      </w:pPr>
      <w:r>
        <w:t>☐ A. Reliable, observant, practical and proud of excellent horse care</w:t>
      </w:r>
    </w:p>
    <w:p>
      <w:pPr>
        <w:spacing w:after="20"/>
        <w:ind w:left="288"/>
      </w:pPr>
      <w:r>
        <w:t>☐ B. Hard-working, calm and good with horses</w:t>
      </w:r>
    </w:p>
    <w:p>
      <w:pPr>
        <w:spacing w:after="20"/>
        <w:ind w:left="288"/>
      </w:pPr>
      <w:r>
        <w:t>☐ C. Mainly interested in riding and competitions</w:t>
      </w:r>
    </w:p>
    <w:p>
      <w:pPr>
        <w:spacing w:after="20"/>
        <w:ind w:left="288"/>
      </w:pPr>
      <w:r>
        <w:t>☐ D. I would rather do less routine physical work</w:t>
      </w:r>
    </w:p>
    <w:p>
      <w:r>
        <w:rPr>
          <w:b/>
        </w:rPr>
        <w:t>23. Ten years into your career, what would make you proudest?</w:t>
      </w:r>
    </w:p>
    <w:p>
      <w:pPr>
        <w:spacing w:after="20"/>
        <w:ind w:left="288"/>
      </w:pPr>
      <w:r>
        <w:t>☐ A. Being trusted for outstanding care, horsemanship and professional standards</w:t>
      </w:r>
    </w:p>
    <w:p>
      <w:pPr>
        <w:spacing w:after="20"/>
        <w:ind w:left="288"/>
      </w:pPr>
      <w:r>
        <w:t>☐ B. Becoming a head groom or senior team member</w:t>
      </w:r>
    </w:p>
    <w:p>
      <w:pPr>
        <w:spacing w:after="20"/>
        <w:ind w:left="288"/>
      </w:pPr>
      <w:r>
        <w:t>☐ C. Travelling with successful horses</w:t>
      </w:r>
    </w:p>
    <w:p>
      <w:pPr>
        <w:spacing w:after="20"/>
        <w:ind w:left="288"/>
      </w:pPr>
      <w:r>
        <w:t>☐ D. Being well known online</w:t>
      </w:r>
    </w:p>
    <w:p>
      <w:r>
        <w:rPr>
          <w:b/>
        </w:rPr>
        <w:t>24. Which statement sounds MOST like you?</w:t>
      </w:r>
    </w:p>
    <w:p>
      <w:pPr>
        <w:spacing w:after="20"/>
        <w:ind w:left="288"/>
      </w:pPr>
      <w:r>
        <w:t>☐ A. I would enjoy combining horse care, observation, teamwork and responsibility</w:t>
      </w:r>
    </w:p>
    <w:p>
      <w:pPr>
        <w:spacing w:after="20"/>
        <w:ind w:left="288"/>
      </w:pPr>
      <w:r>
        <w:t>☐ B. I love practical horse work and would commit to learning high standards</w:t>
      </w:r>
    </w:p>
    <w:p>
      <w:pPr>
        <w:spacing w:after="20"/>
        <w:ind w:left="288"/>
      </w:pPr>
      <w:r>
        <w:t>☐ C. I love horses but I am unsure about the routine and physical demands</w:t>
      </w:r>
    </w:p>
    <w:p>
      <w:pPr>
        <w:spacing w:after="20"/>
        <w:ind w:left="288"/>
      </w:pPr>
      <w:r>
        <w:t>☐ D. I would prefer a job with more regular hours and less daily care</w:t>
      </w:r>
    </w:p>
    <w:p>
      <w:r>
        <w:br w:type="page"/>
      </w:r>
    </w:p>
    <w:p>
      <w:pPr>
        <w:jc w:val="center"/>
      </w:pPr>
      <w:r>
        <w:rPr>
          <w:b/>
          <w:sz w:val="36"/>
        </w:rPr>
        <w:t>Your EquiPeeps Groom Match</w:t>
      </w:r>
    </w:p>
    <w:p>
      <w:r>
        <w:t>Behind-the-scenes scoring: A = 3 points, B = 2 points, C = 1 point, D = 0 points. Maximum score: 72. Keep this scoring hidden from teenagers on the website.</w:t>
      </w:r>
    </w:p>
    <w:p>
      <w:r>
        <w:rPr>
          <w:b/>
        </w:rPr>
        <w:t>55–72 — A career as a groom is worth exploring closely</w:t>
      </w:r>
    </w:p>
    <w:p>
      <w:r>
        <w:t>Your answers suggest you may have a strong combination of reliability, observation, practical horsemanship, teamwork and responsibility. You also appear to understand that excellent grooming is not only about presentation: it is essential daily care that protects welfare and supports performance.</w:t>
      </w:r>
    </w:p>
    <w:p>
      <w:r>
        <w:rPr>
          <w:b/>
        </w:rPr>
        <w:t>38–54 — There's plenty here worth exploring</w:t>
      </w:r>
    </w:p>
    <w:p>
      <w:r>
        <w:t>Several aspects of a groom's career seem to suit you. Supervised yard experience, recognised training and opportunities to work with different horses would help you discover which type of yard and role fit you best.</w:t>
      </w:r>
    </w:p>
    <w:p>
      <w:r>
        <w:rPr>
          <w:b/>
        </w:rPr>
        <w:t>20–37 — Another hands-on horse career may suit you differently</w:t>
      </w:r>
    </w:p>
    <w:p>
      <w:r>
        <w:t>You may love horses without wanting the routine, physical demands or working hours of professional grooming. Explore riding, coaching, retail, events, administration, content creation or another equestrian role.</w:t>
      </w:r>
    </w:p>
    <w:p>
      <w:r>
        <w:rPr>
          <w:b/>
        </w:rPr>
        <w:t>0–19 — Let's explore!</w:t>
      </w:r>
    </w:p>
    <w:p>
      <w:r>
        <w:t>A grooming career may not currently match your interests or preferred lifestyle. Your strengths could lead to an exciting and valuable career elsewhere in the equestrian industry.</w:t>
      </w:r>
    </w:p>
    <w:p>
      <w:r>
        <w:rPr>
          <w:b/>
        </w:rPr>
        <w:t>One Important Question — Can people rely on you to maintain high standards every day?</w:t>
      </w:r>
    </w:p>
    <w:p>
      <w:r>
        <w:t>A skilled groom notices small changes because they know each horse's normal behaviour, condition and routine. Professionalism means completing essential care properly, communicating clearly, working safely, supporting the team and treating every horse with patience and respect.</w:t>
      </w:r>
    </w:p>
    <w:p>
      <w:r>
        <w:rPr>
          <w:b/>
        </w:rPr>
        <w:t>Your EquiPeeps Challenge</w:t>
      </w:r>
    </w:p>
    <w:p>
      <w:r>
        <w:t>With guidance from an experienced groom, investigate: What should be checked during a daily health inspection? Why are feed, water and medication records important? How should grooming equipment be kept hygienic? What belongs in a travelling kit? Then create a one-day care checklist for one horse, including health observations and safety checks.</w:t>
      </w:r>
    </w:p>
    <w:p>
      <w:r>
        <w:rPr>
          <w:b/>
        </w:rPr>
        <w:t>What would I actually do?</w:t>
      </w:r>
    </w:p>
    <w:p>
      <w:r>
        <w:t>A groom provides daily care and practical support for horses in settings such as riding schools, competition yards, racing yards, studs, livery yards, charities and rehabilitation centres. The work can include feeding, watering, mucking out, grooming, handling, exercising horses where trained, preparing horses and equipment, monitoring health, keeping records, maintaining the yard and travelling to events. Duties vary by workplace and level of experience.</w:t>
      </w:r>
    </w:p>
    <w:p>
      <w:r>
        <w:rPr>
          <w:b/>
        </w:rPr>
        <w:t>How do I qualify?</w:t>
      </w:r>
    </w:p>
    <w:p>
      <w:r>
        <w:t>There is no single route. Many grooms begin through work experience, apprenticeships, college courses or entry-level yard roles. Recognised equine qualifications can develop horse care, handling, riding and workplace skills. Employers value reliable practical experience and safe horsemanship. First aid, safeguarding, driving or specialist competition skills may also be useful for particular roles. Always check current entry requirements.</w:t>
      </w:r>
    </w:p>
    <w:p>
      <w:r>
        <w:rPr>
          <w:b/>
        </w:rPr>
        <w:t>What subjects should I consider?</w:t>
      </w:r>
    </w:p>
    <w:p>
      <w:r>
        <w:t>Biology and science support knowledge of health, nutrition and welfare. Physical education can help with fitness for active work. English and maths are useful for records, instructions, measurements and communication. Business may help if you later become self-employed or progress into management. Strong practical horse-care experience is essential.</w:t>
      </w:r>
    </w:p>
    <w:p>
      <w:r>
        <w:rPr>
          <w:b/>
        </w:rPr>
        <w:t>Could I train abroad? 🌍</w:t>
      </w:r>
    </w:p>
    <w:p>
      <w:r>
        <w:t>Potentially, yes. Skilled grooms work internationally in competition, racing, breeding, leisure and specialist yards. Employment rules, visas, qualifications, driving requirements, insurance, safeguarding and welfare standards vary between countries. Research opportunities carefully and choose reputable employers with clear duties, accommodation and working terms.</w:t>
      </w:r>
    </w:p>
    <w:p>
      <w:r>
        <w:rPr>
          <w:b/>
        </w:rPr>
        <w:t>Where could this career take me?</w:t>
      </w:r>
    </w:p>
    <w:p>
      <w:r>
        <w:t>You could work as a yard groom, competition groom, travelling groom, racing groom, stud groom, rehabilitation groom, polo groom or freelance groom. With experience and further training, you might become a head groom, assistant yard manager, yard manager, rider-groom, coach or owner of your own grooming business.</w:t>
      </w:r>
    </w:p>
    <w:p>
      <w:r>
        <w:rPr>
          <w:b/>
        </w:rPr>
        <w:t>EquiPeeps Professional Lesson</w:t>
      </w:r>
    </w:p>
    <w:p>
      <w:r>
        <w:t>A professional groom is not simply somebody who keeps a horse clean. A professional knows the horse, notices change, completes every essential task, communicates clearly and takes pride in providing excellent care whether or not anybody is watching.</w:t>
      </w:r>
    </w:p>
    <w:p>
      <w:r>
        <w:t>This is a career discovery activity, not a professional psychometric or aptitude assessment. It cannot tell you whether you can or cannot become a Groom.</w:t>
      </w:r>
    </w:p>
    <w:p>
      <w:pPr>
        <w:jc w:val="center"/>
      </w:pPr>
      <w:r>
        <w:rPr>
          <w:b/>
          <w:sz w:val="26"/>
        </w:rPr>
        <w:t>🌍 YOUR PASSION CAN TAKE YOU ANYWHERE</w:t>
      </w:r>
    </w:p>
    <w:p>
      <w:pPr>
        <w:jc w:val="center"/>
      </w:pPr>
      <w:r>
        <w:t>Learn here. Train abroad. Bring your skills home. Or take your equestrian career around the world.</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EquiPeeps Groom Career Match</dc:title>
  <dc:subject>Career discovery activity for aspiring grooms</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