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28"/>
        </w:rPr>
        <w:t>Could this be your career?</w:t>
      </w:r>
    </w:p>
    <w:p>
      <w:pPr>
        <w:jc w:val="center"/>
      </w:pPr>
      <w:r>
        <w:rPr>
          <w:b/>
          <w:sz w:val="36"/>
        </w:rPr>
        <w:t>Horse Trainer</w:t>
      </w:r>
    </w:p>
    <w:p>
      <w:r>
        <w:t>A career as a horse trainer combines horsemanship, observation, patience, planning, communication and professional responsibility. Good training is not about forcing quick results: it is about helping each horse learn with confidence while protecting its physical and mental welfare.</w:t>
      </w:r>
    </w:p>
    <w:p>
      <w:r>
        <w:rPr>
          <w:b/>
        </w:rPr>
        <w:t>There are no right or wrong answers. Choose the answer that sounds MOST like you.</w:t>
      </w:r>
    </w:p>
    <w:p>
      <w:r>
        <w:rPr>
          <w:b/>
        </w:rPr>
        <w:t>1. How interested are you in understanding how horses learn?</w:t>
      </w:r>
    </w:p>
    <w:p>
      <w:pPr>
        <w:spacing w:after="20"/>
        <w:ind w:left="288"/>
      </w:pPr>
      <w:r>
        <w:t>☐ A. Very — I would love studying behaviour, responses and learning patterns</w:t>
      </w:r>
    </w:p>
    <w:p>
      <w:pPr>
        <w:spacing w:after="20"/>
        <w:ind w:left="288"/>
      </w:pPr>
      <w:r>
        <w:t>☐ B. Fairly interested</w:t>
      </w:r>
    </w:p>
    <w:p>
      <w:pPr>
        <w:spacing w:after="20"/>
        <w:ind w:left="288"/>
      </w:pPr>
      <w:r>
        <w:t>☐ C. I mainly want to teach practical exercises</w:t>
      </w:r>
    </w:p>
    <w:p>
      <w:pPr>
        <w:spacing w:after="20"/>
        <w:ind w:left="288"/>
      </w:pPr>
      <w:r>
        <w:t>☐ D. Behaviour does not particularly interest me</w:t>
      </w:r>
    </w:p>
    <w:p>
      <w:r>
        <w:rPr>
          <w:b/>
        </w:rPr>
        <w:t>2. A horse is struggling to understand a new exercise. What would you do?</w:t>
      </w:r>
    </w:p>
    <w:p>
      <w:pPr>
        <w:spacing w:after="20"/>
        <w:ind w:left="288"/>
      </w:pPr>
      <w:r>
        <w:t>☐ A. Break the lesson into smaller steps and reward genuine progress</w:t>
      </w:r>
    </w:p>
    <w:p>
      <w:pPr>
        <w:spacing w:after="20"/>
        <w:ind w:left="288"/>
      </w:pPr>
      <w:r>
        <w:t>☐ B. Ask an experienced trainer for another approach</w:t>
      </w:r>
    </w:p>
    <w:p>
      <w:pPr>
        <w:spacing w:after="20"/>
        <w:ind w:left="288"/>
      </w:pPr>
      <w:r>
        <w:t>☐ C. Repeat the same request until the horse understands</w:t>
      </w:r>
    </w:p>
    <w:p>
      <w:pPr>
        <w:spacing w:after="20"/>
        <w:ind w:left="288"/>
      </w:pPr>
      <w:r>
        <w:t>☐ D. Increase the pressure because the horse is being difficult</w:t>
      </w:r>
    </w:p>
    <w:p>
      <w:r>
        <w:rPr>
          <w:b/>
        </w:rPr>
        <w:t>3. How do you feel about training horses with different personalities?</w:t>
      </w:r>
    </w:p>
    <w:p>
      <w:pPr>
        <w:spacing w:after="20"/>
        <w:ind w:left="288"/>
      </w:pPr>
      <w:r>
        <w:t>☐ A. I would enjoy adapting my approach to suit each individual horse</w:t>
      </w:r>
    </w:p>
    <w:p>
      <w:pPr>
        <w:spacing w:after="20"/>
        <w:ind w:left="288"/>
      </w:pPr>
      <w:r>
        <w:t>☐ B. I would try with experienced support</w:t>
      </w:r>
    </w:p>
    <w:p>
      <w:pPr>
        <w:spacing w:after="20"/>
        <w:ind w:left="288"/>
      </w:pPr>
      <w:r>
        <w:t>☐ C. I prefer horses that learn quickly</w:t>
      </w:r>
    </w:p>
    <w:p>
      <w:pPr>
        <w:spacing w:after="20"/>
        <w:ind w:left="288"/>
      </w:pPr>
      <w:r>
        <w:t>☐ D. I only want to work with easy horses</w:t>
      </w:r>
    </w:p>
    <w:p>
      <w:r>
        <w:rPr>
          <w:b/>
        </w:rPr>
        <w:t>4. A normally willing horse suddenly resists an exercise.</w:t>
      </w:r>
    </w:p>
    <w:p>
      <w:pPr>
        <w:spacing w:after="20"/>
        <w:ind w:left="288"/>
      </w:pPr>
      <w:r>
        <w:t>☐ A. Stop and consider pain, confusion, fear, fatigue or another cause</w:t>
      </w:r>
    </w:p>
    <w:p>
      <w:pPr>
        <w:spacing w:after="20"/>
        <w:ind w:left="288"/>
      </w:pPr>
      <w:r>
        <w:t>☐ B. Ask someone experienced to observe</w:t>
      </w:r>
    </w:p>
    <w:p>
      <w:pPr>
        <w:spacing w:after="20"/>
        <w:ind w:left="288"/>
      </w:pPr>
      <w:r>
        <w:t>☐ C. Keep trying for a little longer</w:t>
      </w:r>
    </w:p>
    <w:p>
      <w:pPr>
        <w:spacing w:after="20"/>
        <w:ind w:left="288"/>
      </w:pPr>
      <w:r>
        <w:t>☐ D. Insist because the horse has done it before</w:t>
      </w:r>
    </w:p>
    <w:p>
      <w:r>
        <w:rPr>
          <w:b/>
        </w:rPr>
        <w:t>5. Which school subjects sound most useful to you?</w:t>
      </w:r>
    </w:p>
    <w:p>
      <w:pPr>
        <w:spacing w:after="20"/>
        <w:ind w:left="288"/>
      </w:pPr>
      <w:r>
        <w:t>☐ A. Biology, psychology and physical education</w:t>
      </w:r>
    </w:p>
    <w:p>
      <w:pPr>
        <w:spacing w:after="20"/>
        <w:ind w:left="288"/>
      </w:pPr>
      <w:r>
        <w:t>☐ B. Business and maths</w:t>
      </w:r>
    </w:p>
    <w:p>
      <w:pPr>
        <w:spacing w:after="20"/>
        <w:ind w:left="288"/>
      </w:pPr>
      <w:r>
        <w:t>☐ C. English and media</w:t>
      </w:r>
    </w:p>
    <w:p>
      <w:pPr>
        <w:spacing w:after="20"/>
        <w:ind w:left="288"/>
      </w:pPr>
      <w:r>
        <w:t>☐ D. Art and design</w:t>
      </w:r>
    </w:p>
    <w:p>
      <w:r>
        <w:rPr>
          <w:b/>
        </w:rPr>
        <w:t>6. A training method works for one horse but not another.</w:t>
      </w:r>
    </w:p>
    <w:p>
      <w:pPr>
        <w:spacing w:after="20"/>
        <w:ind w:left="288"/>
      </w:pPr>
      <w:r>
        <w:t>☐ A. Review what each horse needs and adjust the method thoughtfully</w:t>
      </w:r>
    </w:p>
    <w:p>
      <w:pPr>
        <w:spacing w:after="20"/>
        <w:ind w:left="288"/>
      </w:pPr>
      <w:r>
        <w:t>☐ B. Ask a coach or experienced trainer for ideas</w:t>
      </w:r>
    </w:p>
    <w:p>
      <w:pPr>
        <w:spacing w:after="20"/>
        <w:ind w:left="288"/>
      </w:pPr>
      <w:r>
        <w:t>☐ C. Continue because the method usually works</w:t>
      </w:r>
    </w:p>
    <w:p>
      <w:pPr>
        <w:spacing w:after="20"/>
        <w:ind w:left="288"/>
      </w:pPr>
      <w:r>
        <w:t>☐ D. Decide the second horse is simply untrainable</w:t>
      </w:r>
    </w:p>
    <w:p>
      <w:r>
        <w:rPr>
          <w:b/>
        </w:rPr>
        <w:t>7. How do you feel about keeping detailed training records?</w:t>
      </w:r>
    </w:p>
    <w:p>
      <w:pPr>
        <w:spacing w:after="20"/>
        <w:ind w:left="288"/>
      </w:pPr>
      <w:r>
        <w:t>☐ A. They help track progress, welfare, workload and patterns over time</w:t>
      </w:r>
    </w:p>
    <w:p>
      <w:pPr>
        <w:spacing w:after="20"/>
        <w:ind w:left="288"/>
      </w:pPr>
      <w:r>
        <w:t>☐ B. I would keep the essential information</w:t>
      </w:r>
    </w:p>
    <w:p>
      <w:pPr>
        <w:spacing w:after="20"/>
        <w:ind w:left="288"/>
      </w:pPr>
      <w:r>
        <w:t>☐ C. I would rather rely on memory</w:t>
      </w:r>
    </w:p>
    <w:p>
      <w:pPr>
        <w:spacing w:after="20"/>
        <w:ind w:left="288"/>
      </w:pPr>
      <w:r>
        <w:t>☐ D. Record keeping does not interest me</w:t>
      </w:r>
    </w:p>
    <w:p>
      <w:r>
        <w:rPr>
          <w:b/>
        </w:rPr>
        <w:t>8. Progress is slower than the owner expected.</w:t>
      </w:r>
    </w:p>
    <w:p>
      <w:pPr>
        <w:spacing w:after="20"/>
        <w:ind w:left="288"/>
      </w:pPr>
      <w:r>
        <w:t>☐ A. Explain honestly, review the plan and protect the horse from pressure</w:t>
      </w:r>
    </w:p>
    <w:p>
      <w:pPr>
        <w:spacing w:after="20"/>
        <w:ind w:left="288"/>
      </w:pPr>
      <w:r>
        <w:t>☐ B. Discuss realistic expectations with the owner</w:t>
      </w:r>
    </w:p>
    <w:p>
      <w:pPr>
        <w:spacing w:after="20"/>
        <w:ind w:left="288"/>
      </w:pPr>
      <w:r>
        <w:t>☐ C. Push harder to show a quicker result</w:t>
      </w:r>
    </w:p>
    <w:p>
      <w:pPr>
        <w:spacing w:after="20"/>
        <w:ind w:left="288"/>
      </w:pPr>
      <w:r>
        <w:t>☐ D. Promise improvement by a fixed date</w:t>
      </w:r>
    </w:p>
    <w:p>
      <w:r>
        <w:rPr>
          <w:b/>
        </w:rPr>
        <w:t>9. How do you feel about continually learning throughout your career?</w:t>
      </w:r>
    </w:p>
    <w:p>
      <w:pPr>
        <w:spacing w:after="20"/>
        <w:ind w:left="288"/>
      </w:pPr>
      <w:r>
        <w:t>☐ A. I would keep learning from horses, coaches, research and experience</w:t>
      </w:r>
    </w:p>
    <w:p>
      <w:pPr>
        <w:spacing w:after="20"/>
        <w:ind w:left="288"/>
      </w:pPr>
      <w:r>
        <w:t>☐ B. I would be happy to attend regular training</w:t>
      </w:r>
    </w:p>
    <w:p>
      <w:pPr>
        <w:spacing w:after="20"/>
        <w:ind w:left="288"/>
      </w:pPr>
      <w:r>
        <w:t>☐ C. I would rather develop one method and stay with it</w:t>
      </w:r>
    </w:p>
    <w:p>
      <w:pPr>
        <w:spacing w:after="20"/>
        <w:ind w:left="288"/>
      </w:pPr>
      <w:r>
        <w:t>☐ D. I do not enjoy having my methods questioned</w:t>
      </w:r>
    </w:p>
    <w:p>
      <w:r>
        <w:rPr>
          <w:b/>
        </w:rPr>
        <w:t>10. A young horse becomes anxious in a new environment.</w:t>
      </w:r>
    </w:p>
    <w:p>
      <w:pPr>
        <w:spacing w:after="20"/>
        <w:ind w:left="288"/>
      </w:pPr>
      <w:r>
        <w:t>☐ A. Lower the demands, create calm conditions and rebuild confidence</w:t>
      </w:r>
    </w:p>
    <w:p>
      <w:pPr>
        <w:spacing w:after="20"/>
        <w:ind w:left="288"/>
      </w:pPr>
      <w:r>
        <w:t>☐ B. Ask a trusted assistant to help</w:t>
      </w:r>
    </w:p>
    <w:p>
      <w:pPr>
        <w:spacing w:after="20"/>
        <w:ind w:left="288"/>
      </w:pPr>
      <w:r>
        <w:t>☐ C. Continue with the original plan</w:t>
      </w:r>
    </w:p>
    <w:p>
      <w:pPr>
        <w:spacing w:after="20"/>
        <w:ind w:left="288"/>
      </w:pPr>
      <w:r>
        <w:t>☐ D. Make the horse face everything at once</w:t>
      </w:r>
    </w:p>
    <w:p>
      <w:r>
        <w:rPr>
          <w:b/>
        </w:rPr>
        <w:t>11. Which part of training sounds most interesting?</w:t>
      </w:r>
    </w:p>
    <w:p>
      <w:pPr>
        <w:spacing w:after="20"/>
        <w:ind w:left="288"/>
      </w:pPr>
      <w:r>
        <w:t>☐ A. Developing a horse's confidence, understanding and ability over time</w:t>
      </w:r>
    </w:p>
    <w:p>
      <w:pPr>
        <w:spacing w:after="20"/>
        <w:ind w:left="288"/>
      </w:pPr>
      <w:r>
        <w:t>☐ B. Teaching new skills and improving performance</w:t>
      </w:r>
    </w:p>
    <w:p>
      <w:pPr>
        <w:spacing w:after="20"/>
        <w:ind w:left="288"/>
      </w:pPr>
      <w:r>
        <w:t>☐ C. Working with many different horses</w:t>
      </w:r>
    </w:p>
    <w:p>
      <w:pPr>
        <w:spacing w:after="20"/>
        <w:ind w:left="288"/>
      </w:pPr>
      <w:r>
        <w:t>☐ D. Showing people impressive results</w:t>
      </w:r>
    </w:p>
    <w:p>
      <w:r>
        <w:rPr>
          <w:b/>
        </w:rPr>
        <w:t>12. You are asked to train a horse whose needs exceed your experience.</w:t>
      </w:r>
    </w:p>
    <w:p>
      <w:pPr>
        <w:spacing w:after="20"/>
        <w:ind w:left="288"/>
      </w:pPr>
      <w:r>
        <w:t>☐ A. Be honest, seek specialist help and work within my competence</w:t>
      </w:r>
    </w:p>
    <w:p>
      <w:pPr>
        <w:spacing w:after="20"/>
        <w:ind w:left="288"/>
      </w:pPr>
      <w:r>
        <w:t>☐ B. Accept only with experienced supervision</w:t>
      </w:r>
    </w:p>
    <w:p>
      <w:pPr>
        <w:spacing w:after="20"/>
        <w:ind w:left="288"/>
      </w:pPr>
      <w:r>
        <w:t>☐ C. Accept because it would be a useful challenge</w:t>
      </w:r>
    </w:p>
    <w:p>
      <w:pPr>
        <w:spacing w:after="20"/>
        <w:ind w:left="288"/>
      </w:pPr>
      <w:r>
        <w:t>☐ D. Say yes and work it out as I go</w:t>
      </w:r>
    </w:p>
    <w:p>
      <w:r>
        <w:rPr>
          <w:b/>
        </w:rPr>
        <w:t>13. A horse reacts unexpectedly during a session.</w:t>
      </w:r>
    </w:p>
    <w:p>
      <w:pPr>
        <w:spacing w:after="20"/>
        <w:ind w:left="288"/>
      </w:pPr>
      <w:r>
        <w:t>☐ A. Restore safety, reassess the situation and consider the cause</w:t>
      </w:r>
    </w:p>
    <w:p>
      <w:pPr>
        <w:spacing w:after="20"/>
        <w:ind w:left="288"/>
      </w:pPr>
      <w:r>
        <w:t>☐ B. Pause and ask for help</w:t>
      </w:r>
    </w:p>
    <w:p>
      <w:pPr>
        <w:spacing w:after="20"/>
        <w:ind w:left="288"/>
      </w:pPr>
      <w:r>
        <w:t>☐ C. Apply more pressure so the horse listens</w:t>
      </w:r>
    </w:p>
    <w:p>
      <w:pPr>
        <w:spacing w:after="20"/>
        <w:ind w:left="288"/>
      </w:pPr>
      <w:r>
        <w:t>☐ D. Punish the horse immediately</w:t>
      </w:r>
    </w:p>
    <w:p>
      <w:r>
        <w:rPr>
          <w:b/>
        </w:rPr>
        <w:t>14. How do you feel about routine care and stable management?</w:t>
      </w:r>
    </w:p>
    <w:p>
      <w:pPr>
        <w:spacing w:after="20"/>
        <w:ind w:left="288"/>
      </w:pPr>
      <w:r>
        <w:t>☐ A. They provide vital information about a horse's health and behaviour</w:t>
      </w:r>
    </w:p>
    <w:p>
      <w:pPr>
        <w:spacing w:after="20"/>
        <w:ind w:left="288"/>
      </w:pPr>
      <w:r>
        <w:t>☐ B. I would share them with the team</w:t>
      </w:r>
    </w:p>
    <w:p>
      <w:pPr>
        <w:spacing w:after="20"/>
        <w:ind w:left="288"/>
      </w:pPr>
      <w:r>
        <w:t>☐ C. I would rather concentrate mainly on training sessions</w:t>
      </w:r>
    </w:p>
    <w:p>
      <w:pPr>
        <w:spacing w:after="20"/>
        <w:ind w:left="288"/>
      </w:pPr>
      <w:r>
        <w:t>☐ D. They should always be somebody else's job</w:t>
      </w:r>
    </w:p>
    <w:p>
      <w:r>
        <w:rPr>
          <w:b/>
        </w:rPr>
        <w:t>15. A horse has a good session followed by a difficult one.</w:t>
      </w:r>
    </w:p>
    <w:p>
      <w:pPr>
        <w:spacing w:after="20"/>
        <w:ind w:left="288"/>
      </w:pPr>
      <w:r>
        <w:t>☐ A. I would look for patterns and adapt without treating it as failure</w:t>
      </w:r>
    </w:p>
    <w:p>
      <w:pPr>
        <w:spacing w:after="20"/>
        <w:ind w:left="288"/>
      </w:pPr>
      <w:r>
        <w:t>☐ B. I would find the change interesting</w:t>
      </w:r>
    </w:p>
    <w:p>
      <w:pPr>
        <w:spacing w:after="20"/>
        <w:ind w:left="288"/>
      </w:pPr>
      <w:r>
        <w:t>☐ C. I would repeat the successful session exactly</w:t>
      </w:r>
    </w:p>
    <w:p>
      <w:pPr>
        <w:spacing w:after="20"/>
        <w:ind w:left="288"/>
      </w:pPr>
      <w:r>
        <w:t>☐ D. I would find the inconsistency frustrating</w:t>
      </w:r>
    </w:p>
    <w:p>
      <w:r>
        <w:rPr>
          <w:b/>
        </w:rPr>
        <w:t>16. You are unsure whether a horse is ready for the next stage.</w:t>
      </w:r>
    </w:p>
    <w:p>
      <w:pPr>
        <w:spacing w:after="20"/>
        <w:ind w:left="288"/>
      </w:pPr>
      <w:r>
        <w:t>☐ A. Seek evidence and advice, then choose the safest progressive step</w:t>
      </w:r>
    </w:p>
    <w:p>
      <w:pPr>
        <w:spacing w:after="20"/>
        <w:ind w:left="288"/>
      </w:pPr>
      <w:r>
        <w:t>☐ B. Discuss it with the horse's team</w:t>
      </w:r>
    </w:p>
    <w:p>
      <w:pPr>
        <w:spacing w:after="20"/>
        <w:ind w:left="288"/>
      </w:pPr>
      <w:r>
        <w:t>☐ C. Try the next stage and see what happens</w:t>
      </w:r>
    </w:p>
    <w:p>
      <w:pPr>
        <w:spacing w:after="20"/>
        <w:ind w:left="288"/>
      </w:pPr>
      <w:r>
        <w:t>☐ D. Move on because the owner expects progress</w:t>
      </w:r>
    </w:p>
    <w:p>
      <w:r>
        <w:rPr>
          <w:b/>
        </w:rPr>
        <w:t>17. How important is observation in this career?</w:t>
      </w:r>
    </w:p>
    <w:p>
      <w:pPr>
        <w:spacing w:after="20"/>
        <w:ind w:left="288"/>
      </w:pPr>
      <w:r>
        <w:t>☐ A. Essential — small changes can reveal learning, discomfort or stress</w:t>
      </w:r>
    </w:p>
    <w:p>
      <w:pPr>
        <w:spacing w:after="20"/>
        <w:ind w:left="288"/>
      </w:pPr>
      <w:r>
        <w:t>☐ B. Very important</w:t>
      </w:r>
    </w:p>
    <w:p>
      <w:pPr>
        <w:spacing w:after="20"/>
        <w:ind w:left="288"/>
      </w:pPr>
      <w:r>
        <w:t>☐ C. Probably useful</w:t>
      </w:r>
    </w:p>
    <w:p>
      <w:pPr>
        <w:spacing w:after="20"/>
        <w:ind w:left="288"/>
      </w:pPr>
      <w:r>
        <w:t>☐ D. Not particularly important</w:t>
      </w:r>
    </w:p>
    <w:p>
      <w:r>
        <w:rPr>
          <w:b/>
        </w:rPr>
        <w:t>18. An owner asks a question you cannot answer.</w:t>
      </w:r>
    </w:p>
    <w:p>
      <w:pPr>
        <w:spacing w:after="20"/>
        <w:ind w:left="288"/>
      </w:pPr>
      <w:r>
        <w:t>☐ A. Be honest, find reliable information or refer to the right professional</w:t>
      </w:r>
    </w:p>
    <w:p>
      <w:pPr>
        <w:spacing w:after="20"/>
        <w:ind w:left="288"/>
      </w:pPr>
      <w:r>
        <w:t>☐ B. Ask a more experienced trainer later</w:t>
      </w:r>
    </w:p>
    <w:p>
      <w:pPr>
        <w:spacing w:after="20"/>
        <w:ind w:left="288"/>
      </w:pPr>
      <w:r>
        <w:t>☐ C. Give my best guess</w:t>
      </w:r>
    </w:p>
    <w:p>
      <w:pPr>
        <w:spacing w:after="20"/>
        <w:ind w:left="288"/>
      </w:pPr>
      <w:r>
        <w:t>☐ D. Say something confident so I appear knowledgeable</w:t>
      </w:r>
    </w:p>
    <w:p>
      <w:r>
        <w:rPr>
          <w:b/>
        </w:rPr>
        <w:t>19. How would you feel about early mornings, long days and varied schedules?</w:t>
      </w:r>
    </w:p>
    <w:p>
      <w:pPr>
        <w:spacing w:after="20"/>
        <w:ind w:left="288"/>
      </w:pPr>
      <w:r>
        <w:t>☐ A. I would organise myself carefully because horses need consistency</w:t>
      </w:r>
    </w:p>
    <w:p>
      <w:pPr>
        <w:spacing w:after="20"/>
        <w:ind w:left="288"/>
      </w:pPr>
      <w:r>
        <w:t>☐ B. I could manage them with a good routine</w:t>
      </w:r>
    </w:p>
    <w:p>
      <w:pPr>
        <w:spacing w:after="20"/>
        <w:ind w:left="288"/>
      </w:pPr>
      <w:r>
        <w:t>☐ C. I would prefer predictable hours</w:t>
      </w:r>
    </w:p>
    <w:p>
      <w:pPr>
        <w:spacing w:after="20"/>
        <w:ind w:left="288"/>
      </w:pPr>
      <w:r>
        <w:t>☐ D. I would dislike that lifestyle</w:t>
      </w:r>
    </w:p>
    <w:p>
      <w:r>
        <w:rPr>
          <w:b/>
        </w:rPr>
        <w:t>20. A vet, physio or farrier raises a concern about your training plan.</w:t>
      </w:r>
    </w:p>
    <w:p>
      <w:pPr>
        <w:spacing w:after="20"/>
        <w:ind w:left="288"/>
      </w:pPr>
      <w:r>
        <w:t>☐ A. Listen carefully and adapt the plan using their professional evidence</w:t>
      </w:r>
    </w:p>
    <w:p>
      <w:pPr>
        <w:spacing w:after="20"/>
        <w:ind w:left="288"/>
      </w:pPr>
      <w:r>
        <w:t>☐ B. Ask them to explain the concern</w:t>
      </w:r>
    </w:p>
    <w:p>
      <w:pPr>
        <w:spacing w:after="20"/>
        <w:ind w:left="288"/>
      </w:pPr>
      <w:r>
        <w:t>☐ C. Continue because I know the horse's training best</w:t>
      </w:r>
    </w:p>
    <w:p>
      <w:pPr>
        <w:spacing w:after="20"/>
        <w:ind w:left="288"/>
      </w:pPr>
      <w:r>
        <w:t>☐ D. Become defensive</w:t>
      </w:r>
    </w:p>
    <w:p>
      <w:r>
        <w:rPr>
          <w:b/>
        </w:rPr>
        <w:t>21. You are tired, but another horse is booked for training.</w:t>
      </w:r>
    </w:p>
    <w:p>
      <w:pPr>
        <w:spacing w:after="20"/>
        <w:ind w:left="288"/>
      </w:pPr>
      <w:r>
        <w:t>☐ A. Assess whether I can work safely and maintain the proper standard</w:t>
      </w:r>
    </w:p>
    <w:p>
      <w:pPr>
        <w:spacing w:after="20"/>
        <w:ind w:left="288"/>
      </w:pPr>
      <w:r>
        <w:t>☐ B. Ask the team to help adjust the plan</w:t>
      </w:r>
    </w:p>
    <w:p>
      <w:pPr>
        <w:spacing w:after="20"/>
        <w:ind w:left="288"/>
      </w:pPr>
      <w:r>
        <w:t>☐ C. Shorten the session so I can finish</w:t>
      </w:r>
    </w:p>
    <w:p>
      <w:pPr>
        <w:spacing w:after="20"/>
        <w:ind w:left="288"/>
      </w:pPr>
      <w:r>
        <w:t>☐ D. Carry on regardless of safety or quality</w:t>
      </w:r>
    </w:p>
    <w:p>
      <w:r>
        <w:rPr>
          <w:b/>
        </w:rPr>
        <w:t>22. Which description sounds MOST like you?</w:t>
      </w:r>
    </w:p>
    <w:p>
      <w:pPr>
        <w:spacing w:after="20"/>
        <w:ind w:left="288"/>
      </w:pPr>
      <w:r>
        <w:t>☐ A. Patient, observant, consistent and curious about every horse</w:t>
      </w:r>
    </w:p>
    <w:p>
      <w:pPr>
        <w:spacing w:after="20"/>
        <w:ind w:left="288"/>
      </w:pPr>
      <w:r>
        <w:t>☐ B. Practical, calm and good with horses</w:t>
      </w:r>
    </w:p>
    <w:p>
      <w:pPr>
        <w:spacing w:after="20"/>
        <w:ind w:left="288"/>
      </w:pPr>
      <w:r>
        <w:t>☐ C. Mainly interested in producing quick results</w:t>
      </w:r>
    </w:p>
    <w:p>
      <w:pPr>
        <w:spacing w:after="20"/>
        <w:ind w:left="288"/>
      </w:pPr>
      <w:r>
        <w:t>☐ D. I would find slow progress frustrating</w:t>
      </w:r>
    </w:p>
    <w:p>
      <w:r>
        <w:rPr>
          <w:b/>
        </w:rPr>
        <w:t>23. Ten years into your career, what would make you proudest?</w:t>
      </w:r>
    </w:p>
    <w:p>
      <w:pPr>
        <w:spacing w:after="20"/>
        <w:ind w:left="288"/>
      </w:pPr>
      <w:r>
        <w:t>☐ A. Being respected for ethical training, welfare and well-developed horses</w:t>
      </w:r>
    </w:p>
    <w:p>
      <w:pPr>
        <w:spacing w:after="20"/>
        <w:ind w:left="288"/>
      </w:pPr>
      <w:r>
        <w:t>☐ B. Building a successful training business</w:t>
      </w:r>
    </w:p>
    <w:p>
      <w:pPr>
        <w:spacing w:after="20"/>
        <w:ind w:left="288"/>
      </w:pPr>
      <w:r>
        <w:t>☐ C. Producing winning horses</w:t>
      </w:r>
    </w:p>
    <w:p>
      <w:pPr>
        <w:spacing w:after="20"/>
        <w:ind w:left="288"/>
      </w:pPr>
      <w:r>
        <w:t>☐ D. Being well known online</w:t>
      </w:r>
    </w:p>
    <w:p>
      <w:r>
        <w:rPr>
          <w:b/>
        </w:rPr>
        <w:t>24. Which statement sounds MOST like you?</w:t>
      </w:r>
    </w:p>
    <w:p>
      <w:pPr>
        <w:spacing w:after="20"/>
        <w:ind w:left="288"/>
      </w:pPr>
      <w:r>
        <w:t>☐ A. I would enjoy combining horsemanship, behaviour, planning and patience</w:t>
      </w:r>
    </w:p>
    <w:p>
      <w:pPr>
        <w:spacing w:after="20"/>
        <w:ind w:left="288"/>
      </w:pPr>
      <w:r>
        <w:t>☐ B. I love developing horses and would study the science behind training</w:t>
      </w:r>
    </w:p>
    <w:p>
      <w:pPr>
        <w:spacing w:after="20"/>
        <w:ind w:left="288"/>
      </w:pPr>
      <w:r>
        <w:t>☐ C. I love horses but I am unsure about training them professionally</w:t>
      </w:r>
    </w:p>
    <w:p>
      <w:pPr>
        <w:spacing w:after="20"/>
        <w:ind w:left="288"/>
      </w:pPr>
      <w:r>
        <w:t>☐ D. I would rather work in a role with quicker, clearer results</w:t>
      </w:r>
    </w:p>
    <w:p>
      <w:r>
        <w:br w:type="page"/>
      </w:r>
    </w:p>
    <w:p>
      <w:pPr>
        <w:jc w:val="center"/>
      </w:pPr>
      <w:r>
        <w:rPr>
          <w:b/>
          <w:sz w:val="36"/>
        </w:rPr>
        <w:t>Your EquiPeeps Horse Trainer Match</w:t>
      </w:r>
    </w:p>
    <w:p>
      <w:r>
        <w:t>Behind-the-scenes scoring: A = 3 points, B = 2 points, C = 1 point, D = 0 points. Maximum score: 72. Keep this scoring hidden from teenagers on the website.</w:t>
      </w:r>
    </w:p>
    <w:p>
      <w:r>
        <w:rPr>
          <w:b/>
        </w:rPr>
        <w:t>55–72 — A horse training career is worth exploring closely</w:t>
      </w:r>
    </w:p>
    <w:p>
      <w:r>
        <w:t>Your answers suggest you may have a strong combination of patience, observation, horsemanship, adaptability and professional responsibility. You also appear to understand that lasting progress must never come at the expense of a horse's welfare or confidence.</w:t>
      </w:r>
    </w:p>
    <w:p>
      <w:r>
        <w:rPr>
          <w:b/>
        </w:rPr>
        <w:t>38–54 — There's plenty here worth exploring</w:t>
      </w:r>
    </w:p>
    <w:p>
      <w:r>
        <w:t>Several aspects of horse training seem to suit you. Quality coaching, supervised practical experience and opportunities to observe different trainers would help you discover which discipline, age group and training environment fit you best.</w:t>
      </w:r>
    </w:p>
    <w:p>
      <w:r>
        <w:rPr>
          <w:b/>
        </w:rPr>
        <w:t>20–37 — Another horse career may suit your strengths differently</w:t>
      </w:r>
    </w:p>
    <w:p>
      <w:r>
        <w:t>You may love working with horses without wanting the uncertainty and patience involved in professional training. Explore riding, coaching, grooming, yard management, breeding, equine therapy or another industry role.</w:t>
      </w:r>
    </w:p>
    <w:p>
      <w:r>
        <w:rPr>
          <w:b/>
        </w:rPr>
        <w:t>0–19 — Let's explore!</w:t>
      </w:r>
    </w:p>
    <w:p>
      <w:r>
        <w:t>Horse training may not currently match your interests or preferred working style. Your strengths could lead to an exciting and valuable career elsewhere in the equestrian industry.</w:t>
      </w:r>
    </w:p>
    <w:p>
      <w:r>
        <w:rPr>
          <w:b/>
        </w:rPr>
        <w:t>One Important Question — Can you stay patient when progress is not happening quickly?</w:t>
      </w:r>
    </w:p>
    <w:p>
      <w:r>
        <w:t>A skilled trainer pays attention to small responses, changes the plan when necessary and gives the horse time to understand. Professionalism means choosing methods that are fair, evidence-informed and suitable for the individual horse, even when a faster result would impress other people.</w:t>
      </w:r>
    </w:p>
    <w:p>
      <w:r>
        <w:rPr>
          <w:b/>
        </w:rPr>
        <w:t>Your EquiPeeps Challenge</w:t>
      </w:r>
    </w:p>
    <w:p>
      <w:r>
        <w:t>With guidance from an experienced trainer, investigate: How do horses learn through pressure and release, repetition and reward? What signs may show relaxation, confusion, discomfort or stress? Why should physical problems be considered when behaviour changes? Then create a simple three-step training plan for teaching one safe, age-appropriate skill.</w:t>
      </w:r>
    </w:p>
    <w:p>
      <w:r>
        <w:rPr>
          <w:b/>
        </w:rPr>
        <w:t>What would I actually do?</w:t>
      </w:r>
    </w:p>
    <w:p>
      <w:r>
        <w:t>A horse trainer may start, retrain or develop horses for riding, competition, racing, leisure or specialist work. The role can include assessing behaviour and ability, planning progressive sessions, teaching groundwork and ridden skills, monitoring welfare and fitness, keeping records, communicating with owners and working with riders, grooms, coaches, vets, farriers and therapists. Duties vary by discipline and workplace.</w:t>
      </w:r>
    </w:p>
    <w:p>
      <w:r>
        <w:rPr>
          <w:b/>
        </w:rPr>
        <w:t>How do I qualify?</w:t>
      </w:r>
    </w:p>
    <w:p>
      <w:r>
        <w:t>There is no single route. Many trainers develop through excellent coaching, supervised yard experience, recognised equine qualifications and years of working with different horses. Apprenticeships and college courses can build practical, welfare and business knowledge. Discipline-specific organisations may offer further training or certification. Always investigate the standards and requirements relevant to the type of training you want to do.</w:t>
      </w:r>
    </w:p>
    <w:p>
      <w:r>
        <w:rPr>
          <w:b/>
        </w:rPr>
        <w:t>What subjects should I consider?</w:t>
      </w:r>
    </w:p>
    <w:p>
      <w:r>
        <w:t>Biology can help you understand anatomy, health and physical development. Psychology and animal behaviour introduce learning and motivation. Physical education supports knowledge of fitness and movement. English, maths and business are valuable for communicating with clients, planning programmes, keeping records and running a yard. Practical horse-handling experience is essential.</w:t>
      </w:r>
    </w:p>
    <w:p>
      <w:r>
        <w:rPr>
          <w:b/>
        </w:rPr>
        <w:t>Could I train abroad? 🌍</w:t>
      </w:r>
    </w:p>
    <w:p>
      <w:r>
        <w:t>Potentially, yes. Trainers often work or study abroad to experience different disciplines, systems and horsemanship traditions. Entry rules, visas, insurance, qualifications, employment standards and welfare laws vary between countries. Research opportunities carefully and choose reputable yards, employers and training programmes.</w:t>
      </w:r>
    </w:p>
    <w:p>
      <w:r>
        <w:rPr>
          <w:b/>
        </w:rPr>
        <w:t>Where could this career take me?</w:t>
      </w:r>
    </w:p>
    <w:p>
      <w:r>
        <w:t>You could train young horses, retrain horses for new careers, produce competition horses or specialise in behaviour, groundwork, racing, rehabilitation support or a particular riding discipline. With experience, you might become a head trainer, work for owners or studs, advise riders, coach others, manage a yard or build your own training business.</w:t>
      </w:r>
    </w:p>
    <w:p>
      <w:r>
        <w:rPr>
          <w:b/>
        </w:rPr>
        <w:t>EquiPeeps Professional Lesson</w:t>
      </w:r>
    </w:p>
    <w:p>
      <w:r>
        <w:t>A professional trainer is not somebody who can make every horse obey. A professional observes carefully, explains clearly, works within their competence, welcomes advice and develops the horse through fair, safe and thoughtful training.</w:t>
      </w:r>
    </w:p>
    <w:p>
      <w:r>
        <w:t>This is a career discovery activity, not a professional psychometric or aptitude assessment. It cannot tell you whether you can or cannot become a Horse Trainer.</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EquiPeeps Horse Trainer Career Match</dc:title>
  <dc:subject>Career discovery activity for aspiring horse trainers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