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4"/>
        </w:rPr>
        <w:t>EquiPeeps Career Match</w:t>
      </w:r>
    </w:p>
    <w:p>
      <w:pPr>
        <w:jc w:val="center"/>
      </w:pPr>
      <w:r>
        <w:rPr>
          <w:b/>
          <w:sz w:val="32"/>
        </w:rPr>
        <w:t>Could Farriery Suit You?</w:t>
      </w:r>
    </w:p>
    <w:p>
      <w:pPr>
        <w:jc w:val="center"/>
      </w:pPr>
      <w:r>
        <w:t>Love horses and practical work? Farriery combines skilled hands-on work with horse knowledge, accuracy, problem-solving, safety, physical resilience and dealing with owners. This quiz helps you explore whether some of your current interests and ways of working fit farriery.</w:t>
      </w:r>
    </w:p>
    <w:p>
      <w:r>
        <w:rPr>
          <w:b/>
        </w:rPr>
        <w:t>There are no right or wrong answers. Choose the answer that sounds MOST like you.</w:t>
      </w:r>
    </w:p>
    <w:p>
      <w:r>
        <w:rPr>
          <w:b/>
        </w:rPr>
        <w:t>1. A pony loses a shoe the day before a competition. What interests you most?</w:t>
      </w:r>
    </w:p>
    <w:p>
      <w:pPr>
        <w:spacing w:after="20"/>
        <w:ind w:left="288"/>
      </w:pPr>
      <w:r>
        <w:t>☐ A. Working out why it came off and how to put things right</w:t>
      </w:r>
    </w:p>
    <w:p>
      <w:pPr>
        <w:spacing w:after="20"/>
        <w:ind w:left="288"/>
      </w:pPr>
      <w:r>
        <w:t>☐ B. Making sure the pony is comfortable</w:t>
      </w:r>
    </w:p>
    <w:p>
      <w:pPr>
        <w:spacing w:after="20"/>
        <w:ind w:left="288"/>
      </w:pPr>
      <w:r>
        <w:t>☐ C. Finding somebody else who can fix it</w:t>
      </w:r>
    </w:p>
    <w:p>
      <w:pPr>
        <w:spacing w:after="20"/>
        <w:ind w:left="288"/>
      </w:pPr>
      <w:r>
        <w:t>☐ D. Whether the pony can still compete</w:t>
      </w:r>
    </w:p>
    <w:p>
      <w:r>
        <w:rPr>
          <w:b/>
        </w:rPr>
        <w:t>2. Which type of task sounds most satisfying?</w:t>
      </w:r>
    </w:p>
    <w:p>
      <w:pPr>
        <w:spacing w:after="20"/>
        <w:ind w:left="288"/>
      </w:pPr>
      <w:r>
        <w:t>☐ A. Shaping, fitting or repairing something accurately</w:t>
      </w:r>
    </w:p>
    <w:p>
      <w:pPr>
        <w:spacing w:after="20"/>
        <w:ind w:left="288"/>
      </w:pPr>
      <w:r>
        <w:t>☐ B. Researching a complicated scientific problem</w:t>
      </w:r>
    </w:p>
    <w:p>
      <w:pPr>
        <w:spacing w:after="20"/>
        <w:ind w:left="288"/>
      </w:pPr>
      <w:r>
        <w:t>☐ C. Talking to lots of different people</w:t>
      </w:r>
    </w:p>
    <w:p>
      <w:pPr>
        <w:spacing w:after="20"/>
        <w:ind w:left="288"/>
      </w:pPr>
      <w:r>
        <w:t>☐ D. Designing something on a computer</w:t>
      </w:r>
    </w:p>
    <w:p>
      <w:r>
        <w:rPr>
          <w:b/>
        </w:rPr>
        <w:t>3. How do you feel about a job that is physically demanding most days?</w:t>
      </w:r>
    </w:p>
    <w:p>
      <w:pPr>
        <w:spacing w:after="20"/>
        <w:ind w:left="288"/>
      </w:pPr>
      <w:r>
        <w:t>☐ A. I like being active and using my strength</w:t>
      </w:r>
    </w:p>
    <w:p>
      <w:pPr>
        <w:spacing w:after="20"/>
        <w:ind w:left="288"/>
      </w:pPr>
      <w:r>
        <w:t>☐ B. I think I could build up to it</w:t>
      </w:r>
    </w:p>
    <w:p>
      <w:pPr>
        <w:spacing w:after="20"/>
        <w:ind w:left="288"/>
      </w:pPr>
      <w:r>
        <w:t>☐ C. I'd prefer physical work only occasionally</w:t>
      </w:r>
    </w:p>
    <w:p>
      <w:pPr>
        <w:spacing w:after="20"/>
        <w:ind w:left="288"/>
      </w:pPr>
      <w:r>
        <w:t>☐ D. I'd rather avoid heavy physical work</w:t>
      </w:r>
    </w:p>
    <w:p>
      <w:r>
        <w:rPr>
          <w:b/>
        </w:rPr>
        <w:t>4. You have to repeat a practical skill many times before you get it right.</w:t>
      </w:r>
    </w:p>
    <w:p>
      <w:pPr>
        <w:spacing w:after="20"/>
        <w:ind w:left="288"/>
      </w:pPr>
      <w:r>
        <w:t>☐ A. I'd keep practising until I could do it well</w:t>
      </w:r>
    </w:p>
    <w:p>
      <w:pPr>
        <w:spacing w:after="20"/>
        <w:ind w:left="288"/>
      </w:pPr>
      <w:r>
        <w:t>☐ B. I'd practise, although I might get frustrated</w:t>
      </w:r>
    </w:p>
    <w:p>
      <w:pPr>
        <w:spacing w:after="20"/>
        <w:ind w:left="288"/>
      </w:pPr>
      <w:r>
        <w:t>☐ C. I'd rather move on to something else</w:t>
      </w:r>
    </w:p>
    <w:p>
      <w:pPr>
        <w:spacing w:after="20"/>
        <w:ind w:left="288"/>
      </w:pPr>
      <w:r>
        <w:t>☐ D. I'd lose interest quickly</w:t>
      </w:r>
    </w:p>
    <w:p>
      <w:r>
        <w:rPr>
          <w:b/>
        </w:rPr>
        <w:t>5. A horse won't stand still while you're trying to concentrate.</w:t>
      </w:r>
    </w:p>
    <w:p>
      <w:pPr>
        <w:spacing w:after="20"/>
        <w:ind w:left="288"/>
      </w:pPr>
      <w:r>
        <w:t>☐ A. Stay calm, think about safety and adjust what I'm doing</w:t>
      </w:r>
    </w:p>
    <w:p>
      <w:pPr>
        <w:spacing w:after="20"/>
        <w:ind w:left="288"/>
      </w:pPr>
      <w:r>
        <w:t>☐ B. Ask for help and keep trying</w:t>
      </w:r>
    </w:p>
    <w:p>
      <w:pPr>
        <w:spacing w:after="20"/>
        <w:ind w:left="288"/>
      </w:pPr>
      <w:r>
        <w:t>☐ C. Become irritated with the horse</w:t>
      </w:r>
    </w:p>
    <w:p>
      <w:pPr>
        <w:spacing w:after="20"/>
        <w:ind w:left="288"/>
      </w:pPr>
      <w:r>
        <w:t>☐ D. Rush so I can finish</w:t>
      </w:r>
    </w:p>
    <w:p>
      <w:r>
        <w:rPr>
          <w:b/>
        </w:rPr>
        <w:t>6. How do you feel about working outside in cold, wet or hot weather?</w:t>
      </w:r>
    </w:p>
    <w:p>
      <w:pPr>
        <w:spacing w:after="20"/>
        <w:ind w:left="288"/>
      </w:pPr>
      <w:r>
        <w:t>☐ A. That's part of the job — I could cope</w:t>
      </w:r>
    </w:p>
    <w:p>
      <w:pPr>
        <w:spacing w:after="20"/>
        <w:ind w:left="288"/>
      </w:pPr>
      <w:r>
        <w:t>☐ B. I could manage it most of the time</w:t>
      </w:r>
    </w:p>
    <w:p>
      <w:pPr>
        <w:spacing w:after="20"/>
        <w:ind w:left="288"/>
      </w:pPr>
      <w:r>
        <w:t>☐ C. I'd much prefer to be indoors</w:t>
      </w:r>
    </w:p>
    <w:p>
      <w:pPr>
        <w:spacing w:after="20"/>
        <w:ind w:left="288"/>
      </w:pPr>
      <w:r>
        <w:t>☐ D. I really dislike working outside</w:t>
      </w:r>
    </w:p>
    <w:p>
      <w:r>
        <w:rPr>
          <w:b/>
        </w:rPr>
        <w:t>7. Someone shows you two almost identical objects with tiny differences.</w:t>
      </w:r>
    </w:p>
    <w:p>
      <w:pPr>
        <w:spacing w:after="20"/>
        <w:ind w:left="288"/>
      </w:pPr>
      <w:r>
        <w:t>☐ A. I naturally notice the differences</w:t>
      </w:r>
    </w:p>
    <w:p>
      <w:pPr>
        <w:spacing w:after="20"/>
        <w:ind w:left="288"/>
      </w:pPr>
      <w:r>
        <w:t>☐ B. I can usually spot them if I concentrate</w:t>
      </w:r>
    </w:p>
    <w:p>
      <w:pPr>
        <w:spacing w:after="20"/>
        <w:ind w:left="288"/>
      </w:pPr>
      <w:r>
        <w:t>☐ C. I don't tend to notice small details</w:t>
      </w:r>
    </w:p>
    <w:p>
      <w:pPr>
        <w:spacing w:after="20"/>
        <w:ind w:left="288"/>
      </w:pPr>
      <w:r>
        <w:t>☐ D. Small differences don't interest me</w:t>
      </w:r>
    </w:p>
    <w:p>
      <w:r>
        <w:rPr>
          <w:b/>
        </w:rPr>
        <w:t>8. A job requires you to arrive at several yards during the day and manage your own time.</w:t>
      </w:r>
    </w:p>
    <w:p>
      <w:pPr>
        <w:spacing w:after="20"/>
        <w:ind w:left="288"/>
      </w:pPr>
      <w:r>
        <w:t>☐ A. I'd enjoy organising myself and being responsible</w:t>
      </w:r>
    </w:p>
    <w:p>
      <w:pPr>
        <w:spacing w:after="20"/>
        <w:ind w:left="288"/>
      </w:pPr>
      <w:r>
        <w:t>☐ B. I could learn to manage it</w:t>
      </w:r>
    </w:p>
    <w:p>
      <w:pPr>
        <w:spacing w:after="20"/>
        <w:ind w:left="288"/>
      </w:pPr>
      <w:r>
        <w:t>☐ C. I'd prefer somebody else organised my day</w:t>
      </w:r>
    </w:p>
    <w:p>
      <w:pPr>
        <w:spacing w:after="20"/>
        <w:ind w:left="288"/>
      </w:pPr>
      <w:r>
        <w:t>☐ D. I'd find that stressful</w:t>
      </w:r>
    </w:p>
    <w:p>
      <w:r>
        <w:rPr>
          <w:b/>
        </w:rPr>
        <w:t>9. You make something with your hands and it isn't quite right.</w:t>
      </w:r>
    </w:p>
    <w:p>
      <w:pPr>
        <w:spacing w:after="20"/>
        <w:ind w:left="288"/>
      </w:pPr>
      <w:r>
        <w:t>☐ A. Work out what's wrong and redo it</w:t>
      </w:r>
    </w:p>
    <w:p>
      <w:pPr>
        <w:spacing w:after="20"/>
        <w:ind w:left="288"/>
      </w:pPr>
      <w:r>
        <w:t>☐ B. Ask someone experienced for advice</w:t>
      </w:r>
    </w:p>
    <w:p>
      <w:pPr>
        <w:spacing w:after="20"/>
        <w:ind w:left="288"/>
      </w:pPr>
      <w:r>
        <w:t>☐ C. Decide it's probably good enough</w:t>
      </w:r>
    </w:p>
    <w:p>
      <w:pPr>
        <w:spacing w:after="20"/>
        <w:ind w:left="288"/>
      </w:pPr>
      <w:r>
        <w:t>☐ D. Get frustrated and leave it</w:t>
      </w:r>
    </w:p>
    <w:p>
      <w:r>
        <w:rPr>
          <w:b/>
        </w:rPr>
        <w:t>10. Which sounds most like you?</w:t>
      </w:r>
    </w:p>
    <w:p>
      <w:pPr>
        <w:spacing w:after="20"/>
        <w:ind w:left="288"/>
      </w:pPr>
      <w:r>
        <w:t>☐ A. I like seeing a practical result at the end of a job</w:t>
      </w:r>
    </w:p>
    <w:p>
      <w:pPr>
        <w:spacing w:after="20"/>
        <w:ind w:left="288"/>
      </w:pPr>
      <w:r>
        <w:t>☐ B. I prefer studying and writing about things</w:t>
      </w:r>
    </w:p>
    <w:p>
      <w:pPr>
        <w:spacing w:after="20"/>
        <w:ind w:left="288"/>
      </w:pPr>
      <w:r>
        <w:t>☐ C. I mainly enjoy talking and socialising</w:t>
      </w:r>
    </w:p>
    <w:p>
      <w:pPr>
        <w:spacing w:after="20"/>
        <w:ind w:left="288"/>
      </w:pPr>
      <w:r>
        <w:t>☐ D. I prefer creative ideas to practical work</w:t>
      </w:r>
    </w:p>
    <w:p>
      <w:r>
        <w:rPr>
          <w:b/>
        </w:rPr>
        <w:t>11. A horse owner disagrees with what you recommend.</w:t>
      </w:r>
    </w:p>
    <w:p>
      <w:pPr>
        <w:spacing w:after="20"/>
        <w:ind w:left="288"/>
      </w:pPr>
      <w:r>
        <w:t>☐ A. Explain my reasoning calmly and listen to their concerns</w:t>
      </w:r>
    </w:p>
    <w:p>
      <w:pPr>
        <w:spacing w:after="20"/>
        <w:ind w:left="288"/>
      </w:pPr>
      <w:r>
        <w:t>☐ B. Ask another professional to explain it</w:t>
      </w:r>
    </w:p>
    <w:p>
      <w:pPr>
        <w:spacing w:after="20"/>
        <w:ind w:left="288"/>
      </w:pPr>
      <w:r>
        <w:t>☐ C. Avoid disagreeing with them</w:t>
      </w:r>
    </w:p>
    <w:p>
      <w:pPr>
        <w:spacing w:after="20"/>
        <w:ind w:left="288"/>
      </w:pPr>
      <w:r>
        <w:t>☐ D. Become annoyed because I know what I'm doing</w:t>
      </w:r>
    </w:p>
    <w:p>
      <w:r>
        <w:rPr>
          <w:b/>
        </w:rPr>
        <w:t>12. How comfortable are you being close to horses' legs and feet?</w:t>
      </w:r>
    </w:p>
    <w:p>
      <w:pPr>
        <w:spacing w:after="20"/>
        <w:ind w:left="288"/>
      </w:pPr>
      <w:r>
        <w:t>☐ A. Comfortable, while staying very aware of safety</w:t>
      </w:r>
    </w:p>
    <w:p>
      <w:pPr>
        <w:spacing w:after="20"/>
        <w:ind w:left="288"/>
      </w:pPr>
      <w:r>
        <w:t>☐ B. A little cautious, but willing to learn</w:t>
      </w:r>
    </w:p>
    <w:p>
      <w:pPr>
        <w:spacing w:after="20"/>
        <w:ind w:left="288"/>
      </w:pPr>
      <w:r>
        <w:t>☐ C. Quite nervous</w:t>
      </w:r>
    </w:p>
    <w:p>
      <w:pPr>
        <w:spacing w:after="20"/>
        <w:ind w:left="288"/>
      </w:pPr>
      <w:r>
        <w:t>☐ D. I'd rather not work that close to their feet</w:t>
      </w:r>
    </w:p>
    <w:p>
      <w:r>
        <w:rPr>
          <w:b/>
        </w:rPr>
        <w:t>13. You have a full day booked and one job takes much longer than expected.</w:t>
      </w:r>
    </w:p>
    <w:p>
      <w:pPr>
        <w:spacing w:after="20"/>
        <w:ind w:left="288"/>
      </w:pPr>
      <w:r>
        <w:t>☐ A. Reorganise, communicate with clients and keep going</w:t>
      </w:r>
    </w:p>
    <w:p>
      <w:pPr>
        <w:spacing w:after="20"/>
        <w:ind w:left="288"/>
      </w:pPr>
      <w:r>
        <w:t>☐ B. Feel stressed but try to manage</w:t>
      </w:r>
    </w:p>
    <w:p>
      <w:pPr>
        <w:spacing w:after="20"/>
        <w:ind w:left="288"/>
      </w:pPr>
      <w:r>
        <w:t>☐ C. Rush the remaining jobs</w:t>
      </w:r>
    </w:p>
    <w:p>
      <w:pPr>
        <w:spacing w:after="20"/>
        <w:ind w:left="288"/>
      </w:pPr>
      <w:r>
        <w:t>☐ D. Want someone else to sort it out</w:t>
      </w:r>
    </w:p>
    <w:p>
      <w:r>
        <w:rPr>
          <w:b/>
        </w:rPr>
        <w:t>14. Would you enjoy learning about hoof anatomy, movement and how the whole limb works?</w:t>
      </w:r>
    </w:p>
    <w:p>
      <w:pPr>
        <w:spacing w:after="20"/>
        <w:ind w:left="288"/>
      </w:pPr>
      <w:r>
        <w:t>☐ A. Yes — understanding how structure affects movement sounds interesting</w:t>
      </w:r>
    </w:p>
    <w:p>
      <w:pPr>
        <w:spacing w:after="20"/>
        <w:ind w:left="288"/>
      </w:pPr>
      <w:r>
        <w:t>☐ B. Possibly, especially if I could learn practically</w:t>
      </w:r>
    </w:p>
    <w:p>
      <w:pPr>
        <w:spacing w:after="20"/>
        <w:ind w:left="288"/>
      </w:pPr>
      <w:r>
        <w:t>☐ C. I'd only want to learn the basics</w:t>
      </w:r>
    </w:p>
    <w:p>
      <w:pPr>
        <w:spacing w:after="20"/>
        <w:ind w:left="288"/>
      </w:pPr>
      <w:r>
        <w:t>☐ D. That doesn't interest me</w:t>
      </w:r>
    </w:p>
    <w:p>
      <w:r>
        <w:rPr>
          <w:b/>
        </w:rPr>
        <w:t>15. Which learning style suits you best?</w:t>
      </w:r>
    </w:p>
    <w:p>
      <w:pPr>
        <w:spacing w:after="20"/>
        <w:ind w:left="288"/>
      </w:pPr>
      <w:r>
        <w:t>☐ A. Watching, practising and improving a hands-on skill</w:t>
      </w:r>
    </w:p>
    <w:p>
      <w:pPr>
        <w:spacing w:after="20"/>
        <w:ind w:left="288"/>
      </w:pPr>
      <w:r>
        <w:t>☐ B. A mixture of practical work and classroom learning</w:t>
      </w:r>
    </w:p>
    <w:p>
      <w:pPr>
        <w:spacing w:after="20"/>
        <w:ind w:left="288"/>
      </w:pPr>
      <w:r>
        <w:t>☐ C. Mostly reading and written study</w:t>
      </w:r>
    </w:p>
    <w:p>
      <w:pPr>
        <w:spacing w:after="20"/>
        <w:ind w:left="288"/>
      </w:pPr>
      <w:r>
        <w:t>☐ D. I don't enjoy learning technical skills</w:t>
      </w:r>
    </w:p>
    <w:p>
      <w:r>
        <w:rPr>
          <w:b/>
        </w:rPr>
        <w:t>16. A horse's feet aren't symmetrical. What would you be most likely to think?</w:t>
      </w:r>
    </w:p>
    <w:p>
      <w:pPr>
        <w:spacing w:after="20"/>
        <w:ind w:left="288"/>
      </w:pPr>
      <w:r>
        <w:t>☐ A. I wonder why, and what effect that could have</w:t>
      </w:r>
    </w:p>
    <w:p>
      <w:pPr>
        <w:spacing w:after="20"/>
        <w:ind w:left="288"/>
      </w:pPr>
      <w:r>
        <w:t>☐ B. I'd notice but wouldn't think much about it</w:t>
      </w:r>
    </w:p>
    <w:p>
      <w:pPr>
        <w:spacing w:after="20"/>
        <w:ind w:left="288"/>
      </w:pPr>
      <w:r>
        <w:t>☐ C. I'd assume all horses are a bit different</w:t>
      </w:r>
    </w:p>
    <w:p>
      <w:pPr>
        <w:spacing w:after="20"/>
        <w:ind w:left="288"/>
      </w:pPr>
      <w:r>
        <w:t>☐ D. I probably wouldn't notice</w:t>
      </w:r>
    </w:p>
    <w:p>
      <w:r>
        <w:rPr>
          <w:b/>
        </w:rPr>
        <w:t>17. How do you feel about working independently?</w:t>
      </w:r>
    </w:p>
    <w:p>
      <w:pPr>
        <w:spacing w:after="20"/>
        <w:ind w:left="288"/>
      </w:pPr>
      <w:r>
        <w:t>☐ A. I like taking responsibility for my own work</w:t>
      </w:r>
    </w:p>
    <w:p>
      <w:pPr>
        <w:spacing w:after="20"/>
        <w:ind w:left="288"/>
      </w:pPr>
      <w:r>
        <w:t>☐ B. I enjoy independence but still value advice</w:t>
      </w:r>
    </w:p>
    <w:p>
      <w:pPr>
        <w:spacing w:after="20"/>
        <w:ind w:left="288"/>
      </w:pPr>
      <w:r>
        <w:t>☐ C. I'd prefer somebody supervising me most of the time</w:t>
      </w:r>
    </w:p>
    <w:p>
      <w:pPr>
        <w:spacing w:after="20"/>
        <w:ind w:left="288"/>
      </w:pPr>
      <w:r>
        <w:t>☐ D. I don't like working independently</w:t>
      </w:r>
    </w:p>
    <w:p>
      <w:r>
        <w:rPr>
          <w:b/>
        </w:rPr>
        <w:t>18. A client asks you the same basic question you've answered many times before.</w:t>
      </w:r>
    </w:p>
    <w:p>
      <w:pPr>
        <w:spacing w:after="20"/>
        <w:ind w:left="288"/>
      </w:pPr>
      <w:r>
        <w:t>☐ A. Answer patiently — it's important they understand</w:t>
      </w:r>
    </w:p>
    <w:p>
      <w:pPr>
        <w:spacing w:after="20"/>
        <w:ind w:left="288"/>
      </w:pPr>
      <w:r>
        <w:t>☐ B. Answer briefly and move on</w:t>
      </w:r>
    </w:p>
    <w:p>
      <w:pPr>
        <w:spacing w:after="20"/>
        <w:ind w:left="288"/>
      </w:pPr>
      <w:r>
        <w:t>☐ C. Feel irritated</w:t>
      </w:r>
    </w:p>
    <w:p>
      <w:pPr>
        <w:spacing w:after="20"/>
        <w:ind w:left="288"/>
      </w:pPr>
      <w:r>
        <w:t>☐ D. Tell them to look it up</w:t>
      </w:r>
    </w:p>
    <w:p>
      <w:r>
        <w:rPr>
          <w:b/>
        </w:rPr>
        <w:t>19. If a job involves tools, heat, noise, dirt and strong smells...</w:t>
      </w:r>
    </w:p>
    <w:p>
      <w:pPr>
        <w:spacing w:after="20"/>
        <w:ind w:left="288"/>
      </w:pPr>
      <w:r>
        <w:t>☐ A. That wouldn't bother me if I enjoyed the work</w:t>
      </w:r>
    </w:p>
    <w:p>
      <w:pPr>
        <w:spacing w:after="20"/>
        <w:ind w:left="288"/>
      </w:pPr>
      <w:r>
        <w:t>☐ B. I think I could get used to it</w:t>
      </w:r>
    </w:p>
    <w:p>
      <w:pPr>
        <w:spacing w:after="20"/>
        <w:ind w:left="288"/>
      </w:pPr>
      <w:r>
        <w:t>☐ C. I'd find some of it difficult</w:t>
      </w:r>
    </w:p>
    <w:p>
      <w:pPr>
        <w:spacing w:after="20"/>
        <w:ind w:left="288"/>
      </w:pPr>
      <w:r>
        <w:t>☐ D. That environment really wouldn't suit me</w:t>
      </w:r>
    </w:p>
    <w:p>
      <w:r>
        <w:rPr>
          <w:b/>
        </w:rPr>
        <w:t>20. Which matters most when doing skilled practical work?</w:t>
      </w:r>
    </w:p>
    <w:p>
      <w:pPr>
        <w:spacing w:after="20"/>
        <w:ind w:left="288"/>
      </w:pPr>
      <w:r>
        <w:t>☐ A. Accuracy and doing the job properly</w:t>
      </w:r>
    </w:p>
    <w:p>
      <w:pPr>
        <w:spacing w:after="20"/>
        <w:ind w:left="288"/>
      </w:pPr>
      <w:r>
        <w:t>☐ B. Finishing as quickly as possible</w:t>
      </w:r>
    </w:p>
    <w:p>
      <w:pPr>
        <w:spacing w:after="20"/>
        <w:ind w:left="288"/>
      </w:pPr>
      <w:r>
        <w:t>☐ C. Making the customer happy even if I disagree</w:t>
      </w:r>
    </w:p>
    <w:p>
      <w:pPr>
        <w:spacing w:after="20"/>
        <w:ind w:left="288"/>
      </w:pPr>
      <w:r>
        <w:t>☐ D. Doing it my own way</w:t>
      </w:r>
    </w:p>
    <w:p>
      <w:r>
        <w:rPr>
          <w:b/>
        </w:rPr>
        <w:t>21. You notice a hoof problem that might need another professional's opinion.</w:t>
      </w:r>
    </w:p>
    <w:p>
      <w:pPr>
        <w:spacing w:after="20"/>
        <w:ind w:left="288"/>
      </w:pPr>
      <w:r>
        <w:t>☐ A. Explain what I've noticed and recommend the appropriate professional</w:t>
      </w:r>
    </w:p>
    <w:p>
      <w:pPr>
        <w:spacing w:after="20"/>
        <w:ind w:left="288"/>
      </w:pPr>
      <w:r>
        <w:t>☐ B. Try to deal with everything myself</w:t>
      </w:r>
    </w:p>
    <w:p>
      <w:pPr>
        <w:spacing w:after="20"/>
        <w:ind w:left="288"/>
      </w:pPr>
      <w:r>
        <w:t>☐ C. Ignore it unless the owner asks</w:t>
      </w:r>
    </w:p>
    <w:p>
      <w:pPr>
        <w:spacing w:after="20"/>
        <w:ind w:left="288"/>
      </w:pPr>
      <w:r>
        <w:t>☐ D. Tell the owner something is wrong without explaining</w:t>
      </w:r>
    </w:p>
    <w:p>
      <w:r>
        <w:rPr>
          <w:b/>
        </w:rPr>
        <w:t>22. How would you feel about building your reputation one client and one horse at a time?</w:t>
      </w:r>
    </w:p>
    <w:p>
      <w:pPr>
        <w:spacing w:after="20"/>
        <w:ind w:left="288"/>
      </w:pPr>
      <w:r>
        <w:t>☐ A. I'd like earning trust through consistently good work</w:t>
      </w:r>
    </w:p>
    <w:p>
      <w:pPr>
        <w:spacing w:after="20"/>
        <w:ind w:left="288"/>
      </w:pPr>
      <w:r>
        <w:t>☐ B. I'd be willing to do it</w:t>
      </w:r>
    </w:p>
    <w:p>
      <w:pPr>
        <w:spacing w:after="20"/>
        <w:ind w:left="288"/>
      </w:pPr>
      <w:r>
        <w:t>☐ C. I'd rather have customers provided for me</w:t>
      </w:r>
    </w:p>
    <w:p>
      <w:pPr>
        <w:spacing w:after="20"/>
        <w:ind w:left="288"/>
      </w:pPr>
      <w:r>
        <w:t>☐ D. I wouldn't enjoy that responsibility</w:t>
      </w:r>
    </w:p>
    <w:p>
      <w:r>
        <w:rPr>
          <w:b/>
        </w:rPr>
        <w:t>23. At the end of a tiring day, you still have one horse left to do.</w:t>
      </w:r>
    </w:p>
    <w:p>
      <w:pPr>
        <w:spacing w:after="20"/>
        <w:ind w:left="288"/>
      </w:pPr>
      <w:r>
        <w:t>☐ A. Give the final horse the same care and attention as the first</w:t>
      </w:r>
    </w:p>
    <w:p>
      <w:pPr>
        <w:spacing w:after="20"/>
        <w:ind w:left="288"/>
      </w:pPr>
      <w:r>
        <w:t>☐ B. Do my best, although I'd be tired</w:t>
      </w:r>
    </w:p>
    <w:p>
      <w:pPr>
        <w:spacing w:after="20"/>
        <w:ind w:left="288"/>
      </w:pPr>
      <w:r>
        <w:t>☐ C. Try to finish as quickly as possible</w:t>
      </w:r>
    </w:p>
    <w:p>
      <w:pPr>
        <w:spacing w:after="20"/>
        <w:ind w:left="288"/>
      </w:pPr>
      <w:r>
        <w:t>☐ D. I'd want to leave it until another day</w:t>
      </w:r>
    </w:p>
    <w:p>
      <w:r>
        <w:rPr>
          <w:b/>
        </w:rPr>
        <w:t>24. Which statement sounds MOST like you?</w:t>
      </w:r>
    </w:p>
    <w:p>
      <w:pPr>
        <w:spacing w:after="20"/>
        <w:ind w:left="288"/>
      </w:pPr>
      <w:r>
        <w:t>☐ A. I enjoy practical problem-solving and making things work</w:t>
      </w:r>
    </w:p>
    <w:p>
      <w:pPr>
        <w:spacing w:after="20"/>
        <w:ind w:left="288"/>
      </w:pPr>
      <w:r>
        <w:t>☐ B. I mainly want a job because I love horses</w:t>
      </w:r>
    </w:p>
    <w:p>
      <w:pPr>
        <w:spacing w:after="20"/>
        <w:ind w:left="288"/>
      </w:pPr>
      <w:r>
        <w:t>☐ C. I want a horse career that isn't too physically demanding</w:t>
      </w:r>
    </w:p>
    <w:p>
      <w:pPr>
        <w:spacing w:after="20"/>
        <w:ind w:left="288"/>
      </w:pPr>
      <w:r>
        <w:t>☐ D. I would rather work with ideas than tools</w:t>
      </w:r>
    </w:p>
    <w:p>
      <w:r>
        <w:br w:type="page"/>
      </w:r>
    </w:p>
    <w:p>
      <w:pPr>
        <w:jc w:val="center"/>
      </w:pPr>
      <w:r>
        <w:rPr>
          <w:b/>
          <w:sz w:val="36"/>
        </w:rPr>
        <w:t>Your EquiPeeps Farrier Match</w:t>
      </w:r>
    </w:p>
    <w:p>
      <w:r>
        <w:t>For the website version, keep the scoring behind the scenes so teenagers answer naturally.</w:t>
      </w:r>
    </w:p>
    <w:p>
      <w:r>
        <w:t>Internal scoring: A = 3 points, B = 2 points, C = 1 point, D = 0 points. Maximum score: 72.</w:t>
      </w:r>
    </w:p>
    <w:p>
      <w:r>
        <w:rPr>
          <w:b/>
        </w:rPr>
        <w:t>55–72 — Farriery is worth exploring closely</w:t>
      </w:r>
    </w:p>
    <w:p>
      <w:r>
        <w:t>Your answers suggest a strong interest in practical problem-solving, accuracy, physical work, independence and working safely around horses. Those are useful areas to explore further when learning what farriery really involves.</w:t>
      </w:r>
    </w:p>
    <w:p>
      <w:r>
        <w:rPr>
          <w:b/>
        </w:rPr>
        <w:t>38–54 — There's plenty here worth exploring</w:t>
      </w:r>
    </w:p>
    <w:p>
      <w:r>
        <w:t>Several parts of farriery seem to fit your current preferences, while others may need more exploration. Try practical experiences and also look at related careers such as saddle fitting, equine dentistry, grooming, yard management and manufacturing.</w:t>
      </w:r>
    </w:p>
    <w:p>
      <w:r>
        <w:rPr>
          <w:b/>
        </w:rPr>
        <w:t>20–37 — Another hands-on equestrian career may fit you differently</w:t>
      </w:r>
    </w:p>
    <w:p>
      <w:r>
        <w:t>Some of the everyday demands of farriery do not currently match your answers strongly. That does not close the door; it gives you clues about other equestrian careers to investigate.</w:t>
      </w:r>
    </w:p>
    <w:p>
      <w:r>
        <w:rPr>
          <w:b/>
        </w:rPr>
        <w:t>0–19 — Let's explore</w:t>
      </w:r>
    </w:p>
    <w:p>
      <w:r>
        <w:t>Farriery may not currently match the way you prefer to work. Explore the wider industry: your strengths may point toward a different practical, scientific, creative or people-focused equestrian career.</w:t>
      </w:r>
    </w:p>
    <w:p>
      <w:r>
        <w:rPr>
          <w:b/>
        </w:rPr>
        <w:t xml:space="preserve">Important: </w:t>
      </w:r>
      <w:r>
        <w:t>This is a career-exploration activity, not a validated psychometric assessment. It should never be used to tell a young person that they can or cannot enter farrier. Interests, confidence and skills can develop.</w:t>
      </w:r>
    </w:p>
    <w:p>
      <w:r>
        <w:t>Use your result as a reason to research, gain real-world experience and ask questions.</w:t>
      </w:r>
    </w:p>
    <w:p>
      <w:pPr>
        <w:jc w:val="center"/>
      </w:pPr>
      <w:r>
        <w:rPr>
          <w:b/>
        </w:rPr>
        <w:t>🌍 YOUR PASSION CAN TAKE YOU ANYWHERE</w:t>
      </w:r>
    </w:p>
    <w:p>
      <w:pPr>
        <w:jc w:val="center"/>
      </w:pPr>
      <w:r>
        <w:t>Learn here. Train abroad. Bring your skills home. Or take your equestrian career around the world.</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