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Equine Dental Technician</w:t>
      </w:r>
    </w:p>
    <w:p>
      <w:r>
        <w:t>Working in equine dentistry combines horse handling, anatomy, observation, precision, practical ability and professional responsibility. Because you're working inside a horse's mouth, knowing what you are trained and legally permitted to do is extremely important.</w:t>
      </w:r>
    </w:p>
    <w:p>
      <w:r>
        <w:rPr>
          <w:b/>
        </w:rPr>
        <w:t>There are no right or wrong answers. Choose the answer that sounds MOST like you.</w:t>
      </w:r>
    </w:p>
    <w:p>
      <w:r>
        <w:rPr>
          <w:b/>
        </w:rPr>
        <w:t>1. How interested are you in horse anatomy?</w:t>
      </w:r>
    </w:p>
    <w:p>
      <w:pPr>
        <w:spacing w:after="20"/>
        <w:ind w:left="288"/>
      </w:pPr>
      <w:r>
        <w:t>☐ A. Very — I'd love understanding teeth, jaws and how they function</w:t>
      </w:r>
    </w:p>
    <w:p>
      <w:pPr>
        <w:spacing w:after="20"/>
        <w:ind w:left="288"/>
      </w:pPr>
      <w:r>
        <w:t>☐ B. Fairly interested</w:t>
      </w:r>
    </w:p>
    <w:p>
      <w:pPr>
        <w:spacing w:after="20"/>
        <w:ind w:left="288"/>
      </w:pPr>
      <w:r>
        <w:t>☐ C. Only the basics</w:t>
      </w:r>
    </w:p>
    <w:p>
      <w:pPr>
        <w:spacing w:after="20"/>
        <w:ind w:left="288"/>
      </w:pPr>
      <w:r>
        <w:t>☐ D. Anatomy doesn't particularly interest me</w:t>
      </w:r>
    </w:p>
    <w:p>
      <w:r>
        <w:rPr>
          <w:b/>
        </w:rPr>
        <w:t>2. A horse has no obvious dental problem. Would you still find examining its mouth interesting?</w:t>
      </w:r>
    </w:p>
    <w:p>
      <w:pPr>
        <w:spacing w:after="20"/>
        <w:ind w:left="288"/>
      </w:pPr>
      <w:r>
        <w:t>☐ A. Yes — prevention and spotting small changes interests me</w:t>
      </w:r>
    </w:p>
    <w:p>
      <w:pPr>
        <w:spacing w:after="20"/>
        <w:ind w:left="288"/>
      </w:pPr>
      <w:r>
        <w:t>☐ B. Probably</w:t>
      </w:r>
    </w:p>
    <w:p>
      <w:pPr>
        <w:spacing w:after="20"/>
        <w:ind w:left="288"/>
      </w:pPr>
      <w:r>
        <w:t>☐ C. Only if there was something wrong</w:t>
      </w:r>
    </w:p>
    <w:p>
      <w:pPr>
        <w:spacing w:after="20"/>
        <w:ind w:left="288"/>
      </w:pPr>
      <w:r>
        <w:t>☐ D. No</w:t>
      </w:r>
    </w:p>
    <w:p>
      <w:r>
        <w:rPr>
          <w:b/>
        </w:rPr>
        <w:t>3. How do you feel about working extremely close to a horse's head and mouth?</w:t>
      </w:r>
    </w:p>
    <w:p>
      <w:pPr>
        <w:spacing w:after="20"/>
        <w:ind w:left="288"/>
      </w:pPr>
      <w:r>
        <w:t>☐ A. I'd be comfortable once properly trained in safe techniques</w:t>
      </w:r>
    </w:p>
    <w:p>
      <w:pPr>
        <w:spacing w:after="20"/>
        <w:ind w:left="288"/>
      </w:pPr>
      <w:r>
        <w:t>☐ B. I'd need to build confidence</w:t>
      </w:r>
    </w:p>
    <w:p>
      <w:pPr>
        <w:spacing w:after="20"/>
        <w:ind w:left="288"/>
      </w:pPr>
      <w:r>
        <w:t>☐ C. I'd be quite nervous</w:t>
      </w:r>
    </w:p>
    <w:p>
      <w:pPr>
        <w:spacing w:after="20"/>
        <w:ind w:left="288"/>
      </w:pPr>
      <w:r>
        <w:t>☐ D. I wouldn't want to do it</w:t>
      </w:r>
    </w:p>
    <w:p>
      <w:r>
        <w:rPr>
          <w:b/>
        </w:rPr>
        <w:t>4. You notice something unusual during an examination.</w:t>
      </w:r>
    </w:p>
    <w:p>
      <w:pPr>
        <w:spacing w:after="20"/>
        <w:ind w:left="288"/>
      </w:pPr>
      <w:r>
        <w:t>☐ A. Record exactly what I've observed and respond within my professional competence</w:t>
      </w:r>
    </w:p>
    <w:p>
      <w:pPr>
        <w:spacing w:after="20"/>
        <w:ind w:left="288"/>
      </w:pPr>
      <w:r>
        <w:t>☐ B. Ask somebody more experienced</w:t>
      </w:r>
    </w:p>
    <w:p>
      <w:pPr>
        <w:spacing w:after="20"/>
        <w:ind w:left="288"/>
      </w:pPr>
      <w:r>
        <w:t>☐ C. Make my best guess</w:t>
      </w:r>
    </w:p>
    <w:p>
      <w:pPr>
        <w:spacing w:after="20"/>
        <w:ind w:left="288"/>
      </w:pPr>
      <w:r>
        <w:t>☐ D. Ignore it unless the owner complains</w:t>
      </w:r>
    </w:p>
    <w:p>
      <w:r>
        <w:rPr>
          <w:b/>
        </w:rPr>
        <w:t>5. Which school subjects sound most relevant to you?</w:t>
      </w:r>
    </w:p>
    <w:p>
      <w:pPr>
        <w:spacing w:after="20"/>
        <w:ind w:left="288"/>
      </w:pPr>
      <w:r>
        <w:t>☐ A. Biology and science</w:t>
      </w:r>
    </w:p>
    <w:p>
      <w:pPr>
        <w:spacing w:after="20"/>
        <w:ind w:left="288"/>
      </w:pPr>
      <w:r>
        <w:t>☐ B. Design technology</w:t>
      </w:r>
    </w:p>
    <w:p>
      <w:pPr>
        <w:spacing w:after="20"/>
        <w:ind w:left="288"/>
      </w:pPr>
      <w:r>
        <w:t>☐ C. Business</w:t>
      </w:r>
    </w:p>
    <w:p>
      <w:pPr>
        <w:spacing w:after="20"/>
        <w:ind w:left="288"/>
      </w:pPr>
      <w:r>
        <w:t>☐ D. Art</w:t>
      </w:r>
    </w:p>
    <w:p>
      <w:r>
        <w:rPr>
          <w:b/>
        </w:rPr>
        <w:t>6. A horse won't stand quietly while you're trying to work.</w:t>
      </w:r>
    </w:p>
    <w:p>
      <w:pPr>
        <w:spacing w:after="20"/>
        <w:ind w:left="288"/>
      </w:pPr>
      <w:r>
        <w:t>☐ A. Think about safety, welfare and why the horse may be reacting</w:t>
      </w:r>
    </w:p>
    <w:p>
      <w:pPr>
        <w:spacing w:after="20"/>
        <w:ind w:left="288"/>
      </w:pPr>
      <w:r>
        <w:t>☐ B. Ask for help</w:t>
      </w:r>
    </w:p>
    <w:p>
      <w:pPr>
        <w:spacing w:after="20"/>
        <w:ind w:left="288"/>
      </w:pPr>
      <w:r>
        <w:t>☐ C. Keep trying until it gives in</w:t>
      </w:r>
    </w:p>
    <w:p>
      <w:pPr>
        <w:spacing w:after="20"/>
        <w:ind w:left="288"/>
      </w:pPr>
      <w:r>
        <w:t>☐ D. Become frustrated</w:t>
      </w:r>
    </w:p>
    <w:p>
      <w:r>
        <w:rPr>
          <w:b/>
        </w:rPr>
        <w:t>7. How are you with detailed practical work?</w:t>
      </w:r>
    </w:p>
    <w:p>
      <w:pPr>
        <w:spacing w:after="20"/>
        <w:ind w:left="288"/>
      </w:pPr>
      <w:r>
        <w:t>☐ A. I enjoy accuracy and working carefully</w:t>
      </w:r>
    </w:p>
    <w:p>
      <w:pPr>
        <w:spacing w:after="20"/>
        <w:ind w:left="288"/>
      </w:pPr>
      <w:r>
        <w:t>☐ B. I'm reasonably careful</w:t>
      </w:r>
    </w:p>
    <w:p>
      <w:pPr>
        <w:spacing w:after="20"/>
        <w:ind w:left="288"/>
      </w:pPr>
      <w:r>
        <w:t>☐ C. I prefer quicker jobs</w:t>
      </w:r>
    </w:p>
    <w:p>
      <w:pPr>
        <w:spacing w:after="20"/>
        <w:ind w:left="288"/>
      </w:pPr>
      <w:r>
        <w:t>☐ D. Detailed work frustrates me</w:t>
      </w:r>
    </w:p>
    <w:p>
      <w:r>
        <w:rPr>
          <w:b/>
        </w:rPr>
        <w:t>8. You discover a problem outside the procedures you're professionally permitted to perform.</w:t>
      </w:r>
    </w:p>
    <w:p>
      <w:pPr>
        <w:spacing w:after="20"/>
        <w:ind w:left="288"/>
      </w:pPr>
      <w:r>
        <w:t>☐ A. Stop and involve an appropriately qualified veterinary surgeon</w:t>
      </w:r>
    </w:p>
    <w:p>
      <w:pPr>
        <w:spacing w:after="20"/>
        <w:ind w:left="288"/>
      </w:pPr>
      <w:r>
        <w:t>☐ B. Ask another dental technician</w:t>
      </w:r>
    </w:p>
    <w:p>
      <w:pPr>
        <w:spacing w:after="20"/>
        <w:ind w:left="288"/>
      </w:pPr>
      <w:r>
        <w:t>☐ C. Try to deal with it if I think I can</w:t>
      </w:r>
    </w:p>
    <w:p>
      <w:pPr>
        <w:spacing w:after="20"/>
        <w:ind w:left="288"/>
      </w:pPr>
      <w:r>
        <w:t>☐ D. The owner can decide</w:t>
      </w:r>
    </w:p>
    <w:p>
      <w:r>
        <w:rPr>
          <w:b/>
        </w:rPr>
        <w:t>9. How do you feel about continually studying throughout your career?</w:t>
      </w:r>
    </w:p>
    <w:p>
      <w:pPr>
        <w:spacing w:after="20"/>
        <w:ind w:left="288"/>
      </w:pPr>
      <w:r>
        <w:t>☐ A. I'd expect to keep learning as knowledge and techniques develop</w:t>
      </w:r>
    </w:p>
    <w:p>
      <w:pPr>
        <w:spacing w:after="20"/>
        <w:ind w:left="288"/>
      </w:pPr>
      <w:r>
        <w:t>☐ B. I'd be happy to do occasional courses</w:t>
      </w:r>
    </w:p>
    <w:p>
      <w:pPr>
        <w:spacing w:after="20"/>
        <w:ind w:left="288"/>
      </w:pPr>
      <w:r>
        <w:t>☐ C. I'd rather finish training and be done</w:t>
      </w:r>
    </w:p>
    <w:p>
      <w:pPr>
        <w:spacing w:after="20"/>
        <w:ind w:left="288"/>
      </w:pPr>
      <w:r>
        <w:t>☐ D. I don't enjoy studying</w:t>
      </w:r>
    </w:p>
    <w:p>
      <w:r>
        <w:rPr>
          <w:b/>
        </w:rPr>
        <w:t>10. An owner says, “My horse is eating, so its teeth must be fine.”</w:t>
      </w:r>
    </w:p>
    <w:p>
      <w:pPr>
        <w:spacing w:after="20"/>
        <w:ind w:left="288"/>
      </w:pPr>
      <w:r>
        <w:t>☐ A. Explain why dental problems aren't always immediately obvious</w:t>
      </w:r>
    </w:p>
    <w:p>
      <w:pPr>
        <w:spacing w:after="20"/>
        <w:ind w:left="288"/>
      </w:pPr>
      <w:r>
        <w:t>☐ B. Suggest they have them checked anyway</w:t>
      </w:r>
    </w:p>
    <w:p>
      <w:pPr>
        <w:spacing w:after="20"/>
        <w:ind w:left="288"/>
      </w:pPr>
      <w:r>
        <w:t>☐ C. Agree if the horse looks healthy</w:t>
      </w:r>
    </w:p>
    <w:p>
      <w:pPr>
        <w:spacing w:after="20"/>
        <w:ind w:left="288"/>
      </w:pPr>
      <w:r>
        <w:t>☐ D. Leave it</w:t>
      </w:r>
    </w:p>
    <w:p>
      <w:r>
        <w:rPr>
          <w:b/>
        </w:rPr>
        <w:t>11. Which sounds most interesting?</w:t>
      </w:r>
    </w:p>
    <w:p>
      <w:pPr>
        <w:spacing w:after="20"/>
        <w:ind w:left="288"/>
      </w:pPr>
      <w:r>
        <w:t>☐ A. Understanding how teeth change throughout a horse's life</w:t>
      </w:r>
    </w:p>
    <w:p>
      <w:pPr>
        <w:spacing w:after="20"/>
        <w:ind w:left="288"/>
      </w:pPr>
      <w:r>
        <w:t>☐ B. Learning how to use specialist equipment</w:t>
      </w:r>
    </w:p>
    <w:p>
      <w:pPr>
        <w:spacing w:after="20"/>
        <w:ind w:left="288"/>
      </w:pPr>
      <w:r>
        <w:t>☐ C. Meeting lots of horses</w:t>
      </w:r>
    </w:p>
    <w:p>
      <w:pPr>
        <w:spacing w:after="20"/>
        <w:ind w:left="288"/>
      </w:pPr>
      <w:r>
        <w:t>☐ D. Travelling between yards</w:t>
      </w:r>
    </w:p>
    <w:p>
      <w:r>
        <w:rPr>
          <w:b/>
        </w:rPr>
        <w:t>12. You're working with specialist dental instruments.</w:t>
      </w:r>
    </w:p>
    <w:p>
      <w:pPr>
        <w:spacing w:after="20"/>
        <w:ind w:left="288"/>
      </w:pPr>
      <w:r>
        <w:t>☐ A. I'd want to understand exactly how to use them safely and correctly</w:t>
      </w:r>
    </w:p>
    <w:p>
      <w:pPr>
        <w:spacing w:after="20"/>
        <w:ind w:left="288"/>
      </w:pPr>
      <w:r>
        <w:t>☐ B. I'd follow my training</w:t>
      </w:r>
    </w:p>
    <w:p>
      <w:pPr>
        <w:spacing w:after="20"/>
        <w:ind w:left="288"/>
      </w:pPr>
      <w:r>
        <w:t>☐ C. I'd learn mainly by watching other people</w:t>
      </w:r>
    </w:p>
    <w:p>
      <w:pPr>
        <w:spacing w:after="20"/>
        <w:ind w:left="288"/>
      </w:pPr>
      <w:r>
        <w:t>☐ D. I'd work it out as I went along</w:t>
      </w:r>
    </w:p>
    <w:p>
      <w:r>
        <w:rPr>
          <w:b/>
        </w:rPr>
        <w:t>13. A horse reacts unexpectedly while you're working.</w:t>
      </w:r>
    </w:p>
    <w:p>
      <w:pPr>
        <w:spacing w:after="20"/>
        <w:ind w:left="288"/>
      </w:pPr>
      <w:r>
        <w:t>☐ A. Stop, reassess safety and work out the appropriate next step</w:t>
      </w:r>
    </w:p>
    <w:p>
      <w:pPr>
        <w:spacing w:after="20"/>
        <w:ind w:left="288"/>
      </w:pPr>
      <w:r>
        <w:t>☐ B. Take a break and try again</w:t>
      </w:r>
    </w:p>
    <w:p>
      <w:pPr>
        <w:spacing w:after="20"/>
        <w:ind w:left="288"/>
      </w:pPr>
      <w:r>
        <w:t>☐ C. Hold the horse more firmly</w:t>
      </w:r>
    </w:p>
    <w:p>
      <w:pPr>
        <w:spacing w:after="20"/>
        <w:ind w:left="288"/>
      </w:pPr>
      <w:r>
        <w:t>☐ D. Carry on regardless</w:t>
      </w:r>
    </w:p>
    <w:p>
      <w:r>
        <w:rPr>
          <w:b/>
        </w:rPr>
        <w:t>14. How do you feel about record keeping?</w:t>
      </w:r>
    </w:p>
    <w:p>
      <w:pPr>
        <w:spacing w:after="20"/>
        <w:ind w:left="288"/>
      </w:pPr>
      <w:r>
        <w:t>☐ A. Accurate dental records are part of professional care</w:t>
      </w:r>
    </w:p>
    <w:p>
      <w:pPr>
        <w:spacing w:after="20"/>
        <w:ind w:left="288"/>
      </w:pPr>
      <w:r>
        <w:t>☐ B. I'd do them because they're necessary</w:t>
      </w:r>
    </w:p>
    <w:p>
      <w:pPr>
        <w:spacing w:after="20"/>
        <w:ind w:left="288"/>
      </w:pPr>
      <w:r>
        <w:t>☐ C. I'd rather somebody else did them</w:t>
      </w:r>
    </w:p>
    <w:p>
      <w:pPr>
        <w:spacing w:after="20"/>
        <w:ind w:left="288"/>
      </w:pPr>
      <w:r>
        <w:t>☐ D. Paperwork doesn't interest me</w:t>
      </w:r>
    </w:p>
    <w:p>
      <w:r>
        <w:rPr>
          <w:b/>
        </w:rPr>
        <w:t>15. Two horses have completely different dental findings.</w:t>
      </w:r>
    </w:p>
    <w:p>
      <w:pPr>
        <w:spacing w:after="20"/>
        <w:ind w:left="288"/>
      </w:pPr>
      <w:r>
        <w:t>☐ A. I'd enjoy understanding why and considering each horse individually</w:t>
      </w:r>
    </w:p>
    <w:p>
      <w:pPr>
        <w:spacing w:after="20"/>
        <w:ind w:left="288"/>
      </w:pPr>
      <w:r>
        <w:t>☐ B. I'd find it interesting</w:t>
      </w:r>
    </w:p>
    <w:p>
      <w:pPr>
        <w:spacing w:after="20"/>
        <w:ind w:left="288"/>
      </w:pPr>
      <w:r>
        <w:t>☐ C. I'd prefer every appointment to be similar</w:t>
      </w:r>
    </w:p>
    <w:p>
      <w:pPr>
        <w:spacing w:after="20"/>
        <w:ind w:left="288"/>
      </w:pPr>
      <w:r>
        <w:t>☐ D. I'd find that confusing</w:t>
      </w:r>
    </w:p>
    <w:p>
      <w:r>
        <w:rPr>
          <w:b/>
        </w:rPr>
        <w:t>16. You aren't sure whether you're legally allowed to perform a particular procedure.</w:t>
      </w:r>
    </w:p>
    <w:p>
      <w:pPr>
        <w:spacing w:after="20"/>
        <w:ind w:left="288"/>
      </w:pPr>
      <w:r>
        <w:t>☐ A. Check before doing anything</w:t>
      </w:r>
    </w:p>
    <w:p>
      <w:pPr>
        <w:spacing w:after="20"/>
        <w:ind w:left="288"/>
      </w:pPr>
      <w:r>
        <w:t>☐ B. Ask another professional</w:t>
      </w:r>
    </w:p>
    <w:p>
      <w:pPr>
        <w:spacing w:after="20"/>
        <w:ind w:left="288"/>
      </w:pPr>
      <w:r>
        <w:t>☐ C. Do it if I've seen someone else do it</w:t>
      </w:r>
    </w:p>
    <w:p>
      <w:pPr>
        <w:spacing w:after="20"/>
        <w:ind w:left="288"/>
      </w:pPr>
      <w:r>
        <w:t>☐ D. Do what the owner asks</w:t>
      </w:r>
    </w:p>
    <w:p>
      <w:r>
        <w:rPr>
          <w:b/>
        </w:rPr>
        <w:t>17. How important is hand-eye coordination in this career?</w:t>
      </w:r>
    </w:p>
    <w:p>
      <w:pPr>
        <w:spacing w:after="20"/>
        <w:ind w:left="288"/>
      </w:pPr>
      <w:r>
        <w:t>☐ A. Extremely — you're carrying out precise work in a confined area</w:t>
      </w:r>
    </w:p>
    <w:p>
      <w:pPr>
        <w:spacing w:after="20"/>
        <w:ind w:left="288"/>
      </w:pPr>
      <w:r>
        <w:t>☐ B. Quite important</w:t>
      </w:r>
    </w:p>
    <w:p>
      <w:pPr>
        <w:spacing w:after="20"/>
        <w:ind w:left="288"/>
      </w:pPr>
      <w:r>
        <w:t>☐ C. Probably useful</w:t>
      </w:r>
    </w:p>
    <w:p>
      <w:pPr>
        <w:spacing w:after="20"/>
        <w:ind w:left="288"/>
      </w:pPr>
      <w:r>
        <w:t>☐ D. Not particularly important</w:t>
      </w:r>
    </w:p>
    <w:p>
      <w:r>
        <w:rPr>
          <w:b/>
        </w:rPr>
        <w:t>18. A client asks you a question you genuinely don't know the answer to.</w:t>
      </w:r>
    </w:p>
    <w:p>
      <w:pPr>
        <w:spacing w:after="20"/>
        <w:ind w:left="288"/>
      </w:pPr>
      <w:r>
        <w:t>☐ A. Say I don't know and find reliable information or refer appropriately</w:t>
      </w:r>
    </w:p>
    <w:p>
      <w:pPr>
        <w:spacing w:after="20"/>
        <w:ind w:left="288"/>
      </w:pPr>
      <w:r>
        <w:t>☐ B. Ask another professional later</w:t>
      </w:r>
    </w:p>
    <w:p>
      <w:pPr>
        <w:spacing w:after="20"/>
        <w:ind w:left="288"/>
      </w:pPr>
      <w:r>
        <w:t>☐ C. Give my best guess</w:t>
      </w:r>
    </w:p>
    <w:p>
      <w:pPr>
        <w:spacing w:after="20"/>
        <w:ind w:left="288"/>
      </w:pPr>
      <w:r>
        <w:t>☐ D. Say something confident so they trust me</w:t>
      </w:r>
    </w:p>
    <w:p>
      <w:r>
        <w:rPr>
          <w:b/>
        </w:rPr>
        <w:t>19. How would you feel about travelling from yard to yard?</w:t>
      </w:r>
    </w:p>
    <w:p>
      <w:pPr>
        <w:spacing w:after="20"/>
        <w:ind w:left="288"/>
      </w:pPr>
      <w:r>
        <w:t>☐ A. I'd enjoy the independence and variety</w:t>
      </w:r>
    </w:p>
    <w:p>
      <w:pPr>
        <w:spacing w:after="20"/>
        <w:ind w:left="288"/>
      </w:pPr>
      <w:r>
        <w:t>☐ B. I'd be comfortable with it</w:t>
      </w:r>
    </w:p>
    <w:p>
      <w:pPr>
        <w:spacing w:after="20"/>
        <w:ind w:left="288"/>
      </w:pPr>
      <w:r>
        <w:t>☐ C. I'd prefer one workplace</w:t>
      </w:r>
    </w:p>
    <w:p>
      <w:pPr>
        <w:spacing w:after="20"/>
        <w:ind w:left="288"/>
      </w:pPr>
      <w:r>
        <w:t>☐ D. I'd dislike travelling for work</w:t>
      </w:r>
    </w:p>
    <w:p>
      <w:r>
        <w:rPr>
          <w:b/>
        </w:rPr>
        <w:t>20. A veterinary surgeon disagrees with your assessment.</w:t>
      </w:r>
    </w:p>
    <w:p>
      <w:pPr>
        <w:spacing w:after="20"/>
        <w:ind w:left="288"/>
      </w:pPr>
      <w:r>
        <w:t>☐ A. Discuss the case professionally and listen to their clinical reasoning</w:t>
      </w:r>
    </w:p>
    <w:p>
      <w:pPr>
        <w:spacing w:after="20"/>
        <w:ind w:left="288"/>
      </w:pPr>
      <w:r>
        <w:t>☐ B. Ask them to explain</w:t>
      </w:r>
    </w:p>
    <w:p>
      <w:pPr>
        <w:spacing w:after="20"/>
        <w:ind w:left="288"/>
      </w:pPr>
      <w:r>
        <w:t>☐ C. Stick to my opinion</w:t>
      </w:r>
    </w:p>
    <w:p>
      <w:pPr>
        <w:spacing w:after="20"/>
        <w:ind w:left="288"/>
      </w:pPr>
      <w:r>
        <w:t>☐ D. Become defensive</w:t>
      </w:r>
    </w:p>
    <w:p>
      <w:r>
        <w:rPr>
          <w:b/>
        </w:rPr>
        <w:t>21. You're tired, but you have another horse booked.</w:t>
      </w:r>
    </w:p>
    <w:p>
      <w:pPr>
        <w:spacing w:after="20"/>
        <w:ind w:left="288"/>
      </w:pPr>
      <w:r>
        <w:t>☐ A. Precision and safety still have to remain at the proper standard</w:t>
      </w:r>
    </w:p>
    <w:p>
      <w:pPr>
        <w:spacing w:after="20"/>
        <w:ind w:left="288"/>
      </w:pPr>
      <w:r>
        <w:t>☐ B. I'd concentrate and finish the day</w:t>
      </w:r>
    </w:p>
    <w:p>
      <w:pPr>
        <w:spacing w:after="20"/>
        <w:ind w:left="288"/>
      </w:pPr>
      <w:r>
        <w:t>☐ C. I'd work faster</w:t>
      </w:r>
    </w:p>
    <w:p>
      <w:pPr>
        <w:spacing w:after="20"/>
        <w:ind w:left="288"/>
      </w:pPr>
      <w:r>
        <w:t>☐ D. I'd rush so I could go home</w:t>
      </w:r>
    </w:p>
    <w:p>
      <w:r>
        <w:rPr>
          <w:b/>
        </w:rPr>
        <w:t>22. Which description sounds MOST like you?</w:t>
      </w:r>
    </w:p>
    <w:p>
      <w:pPr>
        <w:spacing w:after="20"/>
        <w:ind w:left="288"/>
      </w:pPr>
      <w:r>
        <w:t>☐ A. Observant, practical, patient and interested in anatomy</w:t>
      </w:r>
    </w:p>
    <w:p>
      <w:pPr>
        <w:spacing w:after="20"/>
        <w:ind w:left="288"/>
      </w:pPr>
      <w:r>
        <w:t>☐ B. Practical and good with horses</w:t>
      </w:r>
    </w:p>
    <w:p>
      <w:pPr>
        <w:spacing w:after="20"/>
        <w:ind w:left="288"/>
      </w:pPr>
      <w:r>
        <w:t>☐ C. Mainly interested in handling horses</w:t>
      </w:r>
    </w:p>
    <w:p>
      <w:pPr>
        <w:spacing w:after="20"/>
        <w:ind w:left="288"/>
      </w:pPr>
      <w:r>
        <w:t>☐ D. I'd rather do less technical work</w:t>
      </w:r>
    </w:p>
    <w:p>
      <w:r>
        <w:rPr>
          <w:b/>
        </w:rPr>
        <w:t>23. Ten years into your career, what would make you proudest?</w:t>
      </w:r>
    </w:p>
    <w:p>
      <w:pPr>
        <w:spacing w:after="20"/>
        <w:ind w:left="288"/>
      </w:pPr>
      <w:r>
        <w:t>☐ A. Being respected for professional standards, skill and excellent horse welfare</w:t>
      </w:r>
    </w:p>
    <w:p>
      <w:pPr>
        <w:spacing w:after="20"/>
        <w:ind w:left="288"/>
      </w:pPr>
      <w:r>
        <w:t>☐ B. Having a successful business</w:t>
      </w:r>
    </w:p>
    <w:p>
      <w:pPr>
        <w:spacing w:after="20"/>
        <w:ind w:left="288"/>
      </w:pPr>
      <w:r>
        <w:t>☐ C. Having lots of clients</w:t>
      </w:r>
    </w:p>
    <w:p>
      <w:pPr>
        <w:spacing w:after="20"/>
        <w:ind w:left="288"/>
      </w:pPr>
      <w:r>
        <w:t>☐ D. Being well known online</w:t>
      </w:r>
    </w:p>
    <w:p>
      <w:r>
        <w:rPr>
          <w:b/>
        </w:rPr>
        <w:t>24. Which statement sounds MOST like you?</w:t>
      </w:r>
    </w:p>
    <w:p>
      <w:pPr>
        <w:spacing w:after="20"/>
        <w:ind w:left="288"/>
      </w:pPr>
      <w:r>
        <w:t>☐ A. I'd enjoy combining science, horse handling and precise practical work</w:t>
      </w:r>
    </w:p>
    <w:p>
      <w:pPr>
        <w:spacing w:after="20"/>
        <w:ind w:left="288"/>
      </w:pPr>
      <w:r>
        <w:t>☐ B. I'd enjoy practical dental work and would be willing to study the science</w:t>
      </w:r>
    </w:p>
    <w:p>
      <w:pPr>
        <w:spacing w:after="20"/>
        <w:ind w:left="288"/>
      </w:pPr>
      <w:r>
        <w:t>☐ C. I love horses but I'm unsure about working inside their mouths</w:t>
      </w:r>
    </w:p>
    <w:p>
      <w:pPr>
        <w:spacing w:after="20"/>
        <w:ind w:left="288"/>
      </w:pPr>
      <w:r>
        <w:t>☐ D. Teeth and anatomy really don't interest me</w:t>
      </w:r>
    </w:p>
    <w:p>
      <w:r>
        <w:br w:type="page"/>
      </w:r>
    </w:p>
    <w:p>
      <w:pPr>
        <w:jc w:val="center"/>
      </w:pPr>
      <w:r>
        <w:rPr>
          <w:b/>
          <w:sz w:val="36"/>
        </w:rPr>
        <w:t>Your EquiPeeps Equine Dental Technician Match</w:t>
      </w:r>
    </w:p>
    <w:p>
      <w:r>
        <w:t>Behind-the-scenes scoring: A = 3 points, B = 2 points, C = 1 point, D = 0 points. Maximum score: 72. Keep this scoring hidden from teenagers on the website.</w:t>
      </w:r>
    </w:p>
    <w:p>
      <w:r>
        <w:rPr>
          <w:b/>
        </w:rPr>
        <w:t>55–72 — Equine dentistry is worth exploring closely</w:t>
      </w:r>
    </w:p>
    <w:p>
      <w:r>
        <w:t>Your answers suggest you may have a strong combination of scientific curiosity, practical ability, observation, precision and responsibility. You also appear to understand that knowing the limits of your professional competence is part of being a good professional.</w:t>
      </w:r>
    </w:p>
    <w:p>
      <w:r>
        <w:rPr>
          <w:b/>
        </w:rPr>
        <w:t>38–54 — There's plenty here worth exploring</w:t>
      </w:r>
    </w:p>
    <w:p>
      <w:r>
        <w:t>Several aspects of equine dentistry seem to suit you. Professional training and supervised experience would help you discover whether you enjoy the detailed clinical and practical side enough to pursue it further.</w:t>
      </w:r>
    </w:p>
    <w:p>
      <w:r>
        <w:rPr>
          <w:b/>
        </w:rPr>
        <w:t>20–37 — Another practical horse career may suit you differently</w:t>
      </w:r>
    </w:p>
    <w:p>
      <w:r>
        <w:t>You may love practical horse work without particularly enjoying dentistry or anatomy. Explore farriery, saddlery, grooming, physiotherapy, training or yard management.</w:t>
      </w:r>
    </w:p>
    <w:p>
      <w:r>
        <w:rPr>
          <w:b/>
        </w:rPr>
        <w:t>0–19 — Let's explore!</w:t>
      </w:r>
    </w:p>
    <w:p>
      <w:r>
        <w:t>Equine dentistry may not currently match your interests. Your strengths could lie somewhere completely different within the equestrian industry.</w:t>
      </w:r>
    </w:p>
    <w:p>
      <w:r>
        <w:rPr>
          <w:b/>
        </w:rPr>
        <w:t>One Important Question — Do you enjoy noticing the tiny details that other people might miss?</w:t>
      </w:r>
    </w:p>
    <w:p>
      <w:r>
        <w:t>A skilled professional needs to observe carefully, examine systematically, keep good records and recognise when something requires veterinary involvement. Sometimes professionalism isn't about knowing every answer — it's knowing when a case needs somebody with a different level of clinical authority.</w:t>
      </w:r>
    </w:p>
    <w:p>
      <w:r>
        <w:rPr>
          <w:b/>
        </w:rPr>
        <w:t>Your EquiPeeps Challenge</w:t>
      </w:r>
    </w:p>
    <w:p>
      <w:r>
        <w:t>Without attempting to examine inside a horse's mouth yourself, investigate: How many teeth can an adult horse have? What are incisors and cheek teeth? What are wolf teeth? Why can horses develop sharp enamel points? How does chewing change feed before digestion? Why might dental health affect the rest of the horse? Then draw and label a simple horse's mouth.</w:t>
      </w:r>
    </w:p>
    <w:p>
      <w:r>
        <w:rPr>
          <w:b/>
        </w:rPr>
        <w:t>What would I actually do?</w:t>
      </w:r>
    </w:p>
    <w:p>
      <w:r>
        <w:t>An Equine Dental Technician may examine horses' mouths, identify and record dental abnormalities and carry out dental procedures within their permitted professional scope. The work can involve horse handling, dental examinations, charting, specialist equipment, routine dental care, explaining findings to owners, working alongside veterinary surgeons and recognising when veterinary diagnosis or treatment is required.</w:t>
      </w:r>
    </w:p>
    <w:p>
      <w:r>
        <w:rPr>
          <w:b/>
        </w:rPr>
        <w:t>How do I qualify?</w:t>
      </w:r>
    </w:p>
    <w:p>
      <w:r>
        <w:t>In Britain, equine dental procedures fall into different categories. Some procedures require appropriately qualified Equine Dental Technicians and some are legally restricted to veterinary surgeons. A recognised professional route is the BEVA/BVDA examination, following substantial training and experience. Always check current professional and legal requirements before choosing training.</w:t>
      </w:r>
    </w:p>
    <w:p>
      <w:r>
        <w:rPr>
          <w:b/>
        </w:rPr>
        <w:t>What subjects should I consider?</w:t>
      </w:r>
    </w:p>
    <w:p>
      <w:r>
        <w:t>Biology and science are particularly useful for anatomy, health and disease. Maths can help with accurate work and running a future business. English helps with communicating clearly with owners and professionals. Practical horse-handling experience is also extremely valuable.</w:t>
      </w:r>
    </w:p>
    <w:p>
      <w:r>
        <w:rPr>
          <w:b/>
        </w:rPr>
        <w:t>Could I train abroad? 🌍</w:t>
      </w:r>
    </w:p>
    <w:p>
      <w:r>
        <w:t>Potentially, yes. Equine dentistry is practised internationally, but professional and legal rules differ between countries. If you train overseas and later want to work in Britain, check whether the training meets current British requirements and which procedures you are legally permitted to perform here.</w:t>
      </w:r>
    </w:p>
    <w:p>
      <w:r>
        <w:rPr>
          <w:b/>
        </w:rPr>
        <w:t>Where could this career take me?</w:t>
      </w:r>
    </w:p>
    <w:p>
      <w:r>
        <w:t>You could potentially work independently as an Equine Dental Technician, alongside equine veterinary practices, across competition and leisure yards, studs, racing yards and large equestrian centres. With experience, you might build your own specialist equine dental business or discover a wider interest in veterinary medicine.</w:t>
      </w:r>
    </w:p>
    <w:p>
      <w:r>
        <w:rPr>
          <w:b/>
        </w:rPr>
        <w:t>EquiPeeps Professional Lesson</w:t>
      </w:r>
    </w:p>
    <w:p>
      <w:r>
        <w:t>A professional isn't somebody who tries to do everything. A professional understands what they know, what they're trained to do, what they're legally permitted to do — and when it's time to call another professional.</w:t>
      </w:r>
    </w:p>
    <w:p>
      <w:r>
        <w:t>This is a career discovery activity, not a professional psychometric or aptitude assessment. It cannot tell you whether you can or cannot become an Equine Dental Technician.</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