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28"/>
        </w:rPr>
        <w:t>Could this be your career?</w:t>
      </w:r>
    </w:p>
    <w:p>
      <w:pPr>
        <w:jc w:val="center"/>
      </w:pPr>
      <w:r>
        <w:rPr>
          <w:b/>
          <w:sz w:val="36"/>
        </w:rPr>
        <w:t>Equine Photographer</w:t>
      </w:r>
    </w:p>
    <w:p>
      <w:r>
        <w:t>A career in equine photography combines creativity, camera craft, horse knowledge, patience and professional business skills. Photographers capture sport, portraits, products, yards and the relationships between horses and people. The finest images come from understanding the moment while protecting safety, welfare, consent and trust.</w:t>
      </w:r>
    </w:p>
    <w:p>
      <w:r>
        <w:rPr>
          <w:b/>
        </w:rPr>
        <w:t>There are no right or wrong answers. Choose the answer that sounds MOST like you.</w:t>
      </w:r>
    </w:p>
    <w:p>
      <w:r>
        <w:rPr>
          <w:b/>
        </w:rPr>
        <w:t>1. How interested are you in telling equestrian stories through images?</w:t>
      </w:r>
    </w:p>
    <w:p>
      <w:pPr>
        <w:spacing w:after="20"/>
        <w:ind w:left="288"/>
      </w:pPr>
      <w:r>
        <w:t>☐ A. Very - I notice light, movement, expression and meaningful moments</w:t>
      </w:r>
    </w:p>
    <w:p>
      <w:pPr>
        <w:spacing w:after="20"/>
        <w:ind w:left="288"/>
      </w:pPr>
      <w:r>
        <w:t>☐ B. Fairly interested</w:t>
      </w:r>
    </w:p>
    <w:p>
      <w:pPr>
        <w:spacing w:after="20"/>
        <w:ind w:left="288"/>
      </w:pPr>
      <w:r>
        <w:t>☐ C. I mainly enjoy taking quick phone pictures</w:t>
      </w:r>
    </w:p>
    <w:p>
      <w:pPr>
        <w:spacing w:after="20"/>
        <w:ind w:left="288"/>
      </w:pPr>
      <w:r>
        <w:t>☐ D. Photography does not particularly interest me</w:t>
      </w:r>
    </w:p>
    <w:p>
      <w:r>
        <w:rPr>
          <w:b/>
        </w:rPr>
        <w:t>2. A horse becomes tense during a portrait session. What would you do?</w:t>
      </w:r>
    </w:p>
    <w:p>
      <w:pPr>
        <w:spacing w:after="20"/>
        <w:ind w:left="288"/>
      </w:pPr>
      <w:r>
        <w:t>☐ A. Pause, create space and let the experienced handler protect the horse's welfare</w:t>
      </w:r>
    </w:p>
    <w:p>
      <w:pPr>
        <w:spacing w:after="20"/>
        <w:ind w:left="288"/>
      </w:pPr>
      <w:r>
        <w:t>☐ B. Ask the handler whether the horse needs a break</w:t>
      </w:r>
    </w:p>
    <w:p>
      <w:pPr>
        <w:spacing w:after="20"/>
        <w:ind w:left="288"/>
      </w:pPr>
      <w:r>
        <w:t>☐ C. Keep shooting quickly before the horse moves</w:t>
      </w:r>
    </w:p>
    <w:p>
      <w:pPr>
        <w:spacing w:after="20"/>
        <w:ind w:left="288"/>
      </w:pPr>
      <w:r>
        <w:t>☐ D. Use noise to force the horse's attention</w:t>
      </w:r>
    </w:p>
    <w:p>
      <w:r>
        <w:rPr>
          <w:b/>
        </w:rPr>
        <w:t>3. How do you feel about learning camera settings and lighting?</w:t>
      </w:r>
    </w:p>
    <w:p>
      <w:pPr>
        <w:spacing w:after="20"/>
        <w:ind w:left="288"/>
      </w:pPr>
      <w:r>
        <w:t>☐ A. I would enjoy mastering the technical skills behind consistent images</w:t>
      </w:r>
    </w:p>
    <w:p>
      <w:pPr>
        <w:spacing w:after="20"/>
        <w:ind w:left="288"/>
      </w:pPr>
      <w:r>
        <w:t>☐ B. I would learn them with practice</w:t>
      </w:r>
    </w:p>
    <w:p>
      <w:pPr>
        <w:spacing w:after="20"/>
        <w:ind w:left="288"/>
      </w:pPr>
      <w:r>
        <w:t>☐ C. I prefer leaving everything on automatic</w:t>
      </w:r>
    </w:p>
    <w:p>
      <w:pPr>
        <w:spacing w:after="20"/>
        <w:ind w:left="288"/>
      </w:pPr>
      <w:r>
        <w:t>☐ D. Technical details would frustrate me</w:t>
      </w:r>
    </w:p>
    <w:p>
      <w:r>
        <w:rPr>
          <w:b/>
        </w:rPr>
        <w:t>4. You are covering jumping from an unsafe position.</w:t>
      </w:r>
    </w:p>
    <w:p>
      <w:pPr>
        <w:spacing w:after="20"/>
        <w:ind w:left="288"/>
      </w:pPr>
      <w:r>
        <w:t>☐ A. Move immediately to an approved safe area and follow the organiser's instructions</w:t>
      </w:r>
    </w:p>
    <w:p>
      <w:pPr>
        <w:spacing w:after="20"/>
        <w:ind w:left="288"/>
      </w:pPr>
      <w:r>
        <w:t>☐ B. Ask an official where photographers may stand</w:t>
      </w:r>
    </w:p>
    <w:p>
      <w:pPr>
        <w:spacing w:after="20"/>
        <w:ind w:left="288"/>
      </w:pPr>
      <w:r>
        <w:t>☐ C. Stay because the angle is excellent</w:t>
      </w:r>
    </w:p>
    <w:p>
      <w:pPr>
        <w:spacing w:after="20"/>
        <w:ind w:left="288"/>
      </w:pPr>
      <w:r>
        <w:t>☐ D. Assume riders will avoid me</w:t>
      </w:r>
    </w:p>
    <w:p>
      <w:r>
        <w:rPr>
          <w:b/>
        </w:rPr>
        <w:t>5. Which school subjects sound most useful to you?</w:t>
      </w:r>
    </w:p>
    <w:p>
      <w:pPr>
        <w:spacing w:after="20"/>
        <w:ind w:left="288"/>
      </w:pPr>
      <w:r>
        <w:t>☐ A. Photography, art and media studies</w:t>
      </w:r>
    </w:p>
    <w:p>
      <w:pPr>
        <w:spacing w:after="20"/>
        <w:ind w:left="288"/>
      </w:pPr>
      <w:r>
        <w:t>☐ B. Information technology and English</w:t>
      </w:r>
    </w:p>
    <w:p>
      <w:pPr>
        <w:spacing w:after="20"/>
        <w:ind w:left="288"/>
      </w:pPr>
      <w:r>
        <w:t>☐ C. Business and design technology</w:t>
      </w:r>
    </w:p>
    <w:p>
      <w:pPr>
        <w:spacing w:after="20"/>
        <w:ind w:left="288"/>
      </w:pPr>
      <w:r>
        <w:t>☐ D. Physical education only</w:t>
      </w:r>
    </w:p>
    <w:p>
      <w:r>
        <w:rPr>
          <w:b/>
        </w:rPr>
        <w:t>6. A client dislikes the first selection of images.</w:t>
      </w:r>
    </w:p>
    <w:p>
      <w:pPr>
        <w:spacing w:after="20"/>
        <w:ind w:left="288"/>
      </w:pPr>
      <w:r>
        <w:t>☐ A. Listen carefully, clarify expectations and review suitable alternatives professionally</w:t>
      </w:r>
    </w:p>
    <w:p>
      <w:pPr>
        <w:spacing w:after="20"/>
        <w:ind w:left="288"/>
      </w:pPr>
      <w:r>
        <w:t>☐ B. Ask for specific feedback and discuss it with a mentor</w:t>
      </w:r>
    </w:p>
    <w:p>
      <w:pPr>
        <w:spacing w:after="20"/>
        <w:ind w:left="288"/>
      </w:pPr>
      <w:r>
        <w:t>☐ C. Tell them they do not understand photography</w:t>
      </w:r>
    </w:p>
    <w:p>
      <w:pPr>
        <w:spacing w:after="20"/>
        <w:ind w:left="288"/>
      </w:pPr>
      <w:r>
        <w:t>☐ D. Post the images anyway</w:t>
      </w:r>
    </w:p>
    <w:p>
      <w:r>
        <w:rPr>
          <w:b/>
        </w:rPr>
        <w:t>7. How do you feel about editing hundreds of images after an event?</w:t>
      </w:r>
    </w:p>
    <w:p>
      <w:pPr>
        <w:spacing w:after="20"/>
        <w:ind w:left="288"/>
      </w:pPr>
      <w:r>
        <w:t>☐ A. I would organise, select, correct and deliver them through a reliable workflow</w:t>
      </w:r>
    </w:p>
    <w:p>
      <w:pPr>
        <w:spacing w:after="20"/>
        <w:ind w:left="288"/>
      </w:pPr>
      <w:r>
        <w:t>☐ B. I could do it with a clear system</w:t>
      </w:r>
    </w:p>
    <w:p>
      <w:pPr>
        <w:spacing w:after="20"/>
        <w:ind w:left="288"/>
      </w:pPr>
      <w:r>
        <w:t>☐ C. I would edit only my favourites</w:t>
      </w:r>
    </w:p>
    <w:p>
      <w:pPr>
        <w:spacing w:after="20"/>
        <w:ind w:left="288"/>
      </w:pPr>
      <w:r>
        <w:t>☐ D. I would rather leave everything unedited</w:t>
      </w:r>
    </w:p>
    <w:p>
      <w:r>
        <w:rPr>
          <w:b/>
        </w:rPr>
        <w:t>8. Someone asks you to remove another photographer's watermark.</w:t>
      </w:r>
    </w:p>
    <w:p>
      <w:pPr>
        <w:spacing w:after="20"/>
        <w:ind w:left="288"/>
      </w:pPr>
      <w:r>
        <w:t>☐ A. Refuse and explain that creators' ownership and permissions must be respected</w:t>
      </w:r>
    </w:p>
    <w:p>
      <w:pPr>
        <w:spacing w:after="20"/>
        <w:ind w:left="288"/>
      </w:pPr>
      <w:r>
        <w:t>☐ B. Check the licence or contact the photographer</w:t>
      </w:r>
    </w:p>
    <w:p>
      <w:pPr>
        <w:spacing w:after="20"/>
        <w:ind w:left="288"/>
      </w:pPr>
      <w:r>
        <w:t>☐ C. Remove it if the image is already online</w:t>
      </w:r>
    </w:p>
    <w:p>
      <w:pPr>
        <w:spacing w:after="20"/>
        <w:ind w:left="288"/>
      </w:pPr>
      <w:r>
        <w:t>☐ D. Crop it out without asking</w:t>
      </w:r>
    </w:p>
    <w:p>
      <w:r>
        <w:rPr>
          <w:b/>
        </w:rPr>
        <w:t>9. How do you feel about continually learning throughout your career?</w:t>
      </w:r>
    </w:p>
    <w:p>
      <w:pPr>
        <w:spacing w:after="20"/>
        <w:ind w:left="288"/>
      </w:pPr>
      <w:r>
        <w:t>☐ A. I would keep developing my camera, editing, business, safety and horse knowledge</w:t>
      </w:r>
    </w:p>
    <w:p>
      <w:pPr>
        <w:spacing w:after="20"/>
        <w:ind w:left="288"/>
      </w:pPr>
      <w:r>
        <w:t>☐ B. I would attend regular training</w:t>
      </w:r>
    </w:p>
    <w:p>
      <w:pPr>
        <w:spacing w:after="20"/>
        <w:ind w:left="288"/>
      </w:pPr>
      <w:r>
        <w:t>☐ C. I would rely mainly on natural talent</w:t>
      </w:r>
    </w:p>
    <w:p>
      <w:pPr>
        <w:spacing w:after="20"/>
        <w:ind w:left="288"/>
      </w:pPr>
      <w:r>
        <w:t>☐ D. I do not enjoy learning new technology</w:t>
      </w:r>
    </w:p>
    <w:p>
      <w:r>
        <w:rPr>
          <w:b/>
        </w:rPr>
        <w:t>10. A child is identifiable in an image from an event.</w:t>
      </w:r>
    </w:p>
    <w:p>
      <w:pPr>
        <w:spacing w:after="20"/>
        <w:ind w:left="288"/>
      </w:pPr>
      <w:r>
        <w:t>☐ A. Follow the event's safeguarding, consent and publication procedures</w:t>
      </w:r>
    </w:p>
    <w:p>
      <w:pPr>
        <w:spacing w:after="20"/>
        <w:ind w:left="288"/>
      </w:pPr>
      <w:r>
        <w:t>☐ B. Check permission with the responsible organiser</w:t>
      </w:r>
    </w:p>
    <w:p>
      <w:pPr>
        <w:spacing w:after="20"/>
        <w:ind w:left="288"/>
      </w:pPr>
      <w:r>
        <w:t>☐ C. Post it because the event was public</w:t>
      </w:r>
    </w:p>
    <w:p>
      <w:pPr>
        <w:spacing w:after="20"/>
        <w:ind w:left="288"/>
      </w:pPr>
      <w:r>
        <w:t>☐ D. Tag the child to increase engagement</w:t>
      </w:r>
    </w:p>
    <w:p>
      <w:r>
        <w:rPr>
          <w:b/>
        </w:rPr>
        <w:t>11. Which part of equine photography sounds most interesting?</w:t>
      </w:r>
    </w:p>
    <w:p>
      <w:pPr>
        <w:spacing w:after="20"/>
        <w:ind w:left="288"/>
      </w:pPr>
      <w:r>
        <w:t>☐ A. Creating powerful images while understanding horses, people and place</w:t>
      </w:r>
    </w:p>
    <w:p>
      <w:pPr>
        <w:spacing w:after="20"/>
        <w:ind w:left="288"/>
      </w:pPr>
      <w:r>
        <w:t>☐ B. Sport, portraits, commercial work and visual storytelling</w:t>
      </w:r>
    </w:p>
    <w:p>
      <w:pPr>
        <w:spacing w:after="20"/>
        <w:ind w:left="288"/>
      </w:pPr>
      <w:r>
        <w:t>☐ C. Attending major shows</w:t>
      </w:r>
    </w:p>
    <w:p>
      <w:pPr>
        <w:spacing w:after="20"/>
        <w:ind w:left="288"/>
      </w:pPr>
      <w:r>
        <w:t>☐ D. Receiving free products and access</w:t>
      </w:r>
    </w:p>
    <w:p>
      <w:r>
        <w:rPr>
          <w:b/>
        </w:rPr>
        <w:t>12. A client asks you to direct a horse in a way outside your competence.</w:t>
      </w:r>
    </w:p>
    <w:p>
      <w:pPr>
        <w:spacing w:after="20"/>
        <w:ind w:left="288"/>
      </w:pPr>
      <w:r>
        <w:t>☐ A. Keep within my role and ask the experienced handler to manage the horse</w:t>
      </w:r>
    </w:p>
    <w:p>
      <w:pPr>
        <w:spacing w:after="20"/>
        <w:ind w:left="288"/>
      </w:pPr>
      <w:r>
        <w:t>☐ B. Explain the concern and seek qualified help</w:t>
      </w:r>
    </w:p>
    <w:p>
      <w:pPr>
        <w:spacing w:after="20"/>
        <w:ind w:left="288"/>
      </w:pPr>
      <w:r>
        <w:t>☐ C. Try it because the photograph may be special</w:t>
      </w:r>
    </w:p>
    <w:p>
      <w:pPr>
        <w:spacing w:after="20"/>
        <w:ind w:left="288"/>
      </w:pPr>
      <w:r>
        <w:t>☐ D. Pretend I have done it before</w:t>
      </w:r>
    </w:p>
    <w:p>
      <w:r>
        <w:rPr>
          <w:b/>
        </w:rPr>
        <w:t>13. The weather changes just before an outdoor shoot.</w:t>
      </w:r>
    </w:p>
    <w:p>
      <w:pPr>
        <w:spacing w:after="20"/>
        <w:ind w:left="288"/>
      </w:pPr>
      <w:r>
        <w:t>☐ A. Reassess safety, light and welfare, then adapt or reschedule professionally</w:t>
      </w:r>
    </w:p>
    <w:p>
      <w:pPr>
        <w:spacing w:after="20"/>
        <w:ind w:left="288"/>
      </w:pPr>
      <w:r>
        <w:t>☐ B. Discuss alternatives with the client</w:t>
      </w:r>
    </w:p>
    <w:p>
      <w:pPr>
        <w:spacing w:after="20"/>
        <w:ind w:left="288"/>
      </w:pPr>
      <w:r>
        <w:t>☐ C. Continue regardless because the time is booked</w:t>
      </w:r>
    </w:p>
    <w:p>
      <w:pPr>
        <w:spacing w:after="20"/>
        <w:ind w:left="288"/>
      </w:pPr>
      <w:r>
        <w:t>☐ D. Blame the client for choosing the date</w:t>
      </w:r>
    </w:p>
    <w:p>
      <w:r>
        <w:rPr>
          <w:b/>
        </w:rPr>
        <w:t>14. How do you feel about file names, backups and delivery records?</w:t>
      </w:r>
    </w:p>
    <w:p>
      <w:pPr>
        <w:spacing w:after="20"/>
        <w:ind w:left="288"/>
      </w:pPr>
      <w:r>
        <w:t>☐ A. They are essential for protecting work and serving clients reliably</w:t>
      </w:r>
    </w:p>
    <w:p>
      <w:pPr>
        <w:spacing w:after="20"/>
        <w:ind w:left="288"/>
      </w:pPr>
      <w:r>
        <w:t>☐ B. I would use an organised system</w:t>
      </w:r>
    </w:p>
    <w:p>
      <w:pPr>
        <w:spacing w:after="20"/>
        <w:ind w:left="288"/>
      </w:pPr>
      <w:r>
        <w:t>☐ C. I would keep everything on one memory card</w:t>
      </w:r>
    </w:p>
    <w:p>
      <w:pPr>
        <w:spacing w:after="20"/>
        <w:ind w:left="288"/>
      </w:pPr>
      <w:r>
        <w:t>☐ D. Organisation is unnecessary for creative work</w:t>
      </w:r>
    </w:p>
    <w:p>
      <w:r>
        <w:rPr>
          <w:b/>
        </w:rPr>
        <w:t>15. A dramatic fall occurs at a competition.</w:t>
      </w:r>
    </w:p>
    <w:p>
      <w:pPr>
        <w:spacing w:after="20"/>
        <w:ind w:left="288"/>
      </w:pPr>
      <w:r>
        <w:t>☐ A. Respect safety and dignity, follow event rules and consider carefully whether publication is justified</w:t>
      </w:r>
    </w:p>
    <w:p>
      <w:pPr>
        <w:spacing w:after="20"/>
        <w:ind w:left="288"/>
      </w:pPr>
      <w:r>
        <w:t>☐ B. Check with the editor or organiser before using the images</w:t>
      </w:r>
    </w:p>
    <w:p>
      <w:pPr>
        <w:spacing w:after="20"/>
        <w:ind w:left="288"/>
      </w:pPr>
      <w:r>
        <w:t>☐ C. Post the sequence immediately for attention</w:t>
      </w:r>
    </w:p>
    <w:p>
      <w:pPr>
        <w:spacing w:after="20"/>
        <w:ind w:left="288"/>
      </w:pPr>
      <w:r>
        <w:t>☐ D. Zoom in on distress because it will sell</w:t>
      </w:r>
    </w:p>
    <w:p>
      <w:r>
        <w:rPr>
          <w:b/>
        </w:rPr>
        <w:t>16. You accidentally delete part of a client's shoot.</w:t>
      </w:r>
    </w:p>
    <w:p>
      <w:pPr>
        <w:spacing w:after="20"/>
        <w:ind w:left="288"/>
      </w:pPr>
      <w:r>
        <w:t>☐ A. Tell the client honestly, use backups if possible and take responsibility for the solution</w:t>
      </w:r>
    </w:p>
    <w:p>
      <w:pPr>
        <w:spacing w:after="20"/>
        <w:ind w:left="288"/>
      </w:pPr>
      <w:r>
        <w:t>☐ B. Inform a senior photographer and seek help</w:t>
      </w:r>
    </w:p>
    <w:p>
      <w:pPr>
        <w:spacing w:after="20"/>
        <w:ind w:left="288"/>
      </w:pPr>
      <w:r>
        <w:t>☐ C. Say the camera failed and hide the mistake</w:t>
      </w:r>
    </w:p>
    <w:p>
      <w:pPr>
        <w:spacing w:after="20"/>
        <w:ind w:left="288"/>
      </w:pPr>
      <w:r>
        <w:t>☐ D. Deliver fewer images without explaining</w:t>
      </w:r>
    </w:p>
    <w:p>
      <w:r>
        <w:rPr>
          <w:b/>
        </w:rPr>
        <w:t>17. How important is patience in this career?</w:t>
      </w:r>
    </w:p>
    <w:p>
      <w:pPr>
        <w:spacing w:after="20"/>
        <w:ind w:left="288"/>
      </w:pPr>
      <w:r>
        <w:t>☐ A. Essential - horses, people, weather and light rarely follow a perfect schedule</w:t>
      </w:r>
    </w:p>
    <w:p>
      <w:pPr>
        <w:spacing w:after="20"/>
        <w:ind w:left="288"/>
      </w:pPr>
      <w:r>
        <w:t>☐ B. Very important</w:t>
      </w:r>
    </w:p>
    <w:p>
      <w:pPr>
        <w:spacing w:after="20"/>
        <w:ind w:left="288"/>
      </w:pPr>
      <w:r>
        <w:t>☐ C. Useful mainly for young horses</w:t>
      </w:r>
    </w:p>
    <w:p>
      <w:pPr>
        <w:spacing w:after="20"/>
        <w:ind w:left="288"/>
      </w:pPr>
      <w:r>
        <w:t>☐ D. Not particularly important</w:t>
      </w:r>
    </w:p>
    <w:p>
      <w:r>
        <w:rPr>
          <w:b/>
        </w:rPr>
        <w:t>18. A business asks to use your image commercially without discussing payment or rights.</w:t>
      </w:r>
    </w:p>
    <w:p>
      <w:pPr>
        <w:spacing w:after="20"/>
        <w:ind w:left="288"/>
      </w:pPr>
      <w:r>
        <w:t>☐ A. Clarify the licence, intended use, credit and fee before granting permission</w:t>
      </w:r>
    </w:p>
    <w:p>
      <w:pPr>
        <w:spacing w:after="20"/>
        <w:ind w:left="288"/>
      </w:pPr>
      <w:r>
        <w:t>☐ B. Ask an experienced professional for contract advice</w:t>
      </w:r>
    </w:p>
    <w:p>
      <w:pPr>
        <w:spacing w:after="20"/>
        <w:ind w:left="288"/>
      </w:pPr>
      <w:r>
        <w:t>☐ C. Agree because the exposure may help</w:t>
      </w:r>
    </w:p>
    <w:p>
      <w:pPr>
        <w:spacing w:after="20"/>
        <w:ind w:left="288"/>
      </w:pPr>
      <w:r>
        <w:t>☐ D. Send the full-resolution file immediately</w:t>
      </w:r>
    </w:p>
    <w:p>
      <w:r>
        <w:rPr>
          <w:b/>
        </w:rPr>
        <w:t>19. How would you feel about working early mornings, weekends and long event days?</w:t>
      </w:r>
    </w:p>
    <w:p>
      <w:pPr>
        <w:spacing w:after="20"/>
        <w:ind w:left="288"/>
      </w:pPr>
      <w:r>
        <w:t>☐ A. I would plan my equipment, energy and workflow because the timing creates opportunities</w:t>
      </w:r>
    </w:p>
    <w:p>
      <w:pPr>
        <w:spacing w:after="20"/>
        <w:ind w:left="288"/>
      </w:pPr>
      <w:r>
        <w:t>☐ B. I could manage them with preparation</w:t>
      </w:r>
    </w:p>
    <w:p>
      <w:pPr>
        <w:spacing w:after="20"/>
        <w:ind w:left="288"/>
      </w:pPr>
      <w:r>
        <w:t>☐ C. I would prefer predictable weekday hours</w:t>
      </w:r>
    </w:p>
    <w:p>
      <w:pPr>
        <w:spacing w:after="20"/>
        <w:ind w:left="288"/>
      </w:pPr>
      <w:r>
        <w:t>☐ D. I would dislike that lifestyle</w:t>
      </w:r>
    </w:p>
    <w:p>
      <w:r>
        <w:rPr>
          <w:b/>
        </w:rPr>
        <w:t>20. An image is beautiful but seriously misrepresents what happened.</w:t>
      </w:r>
    </w:p>
    <w:p>
      <w:pPr>
        <w:spacing w:after="20"/>
        <w:ind w:left="288"/>
      </w:pPr>
      <w:r>
        <w:t>☐ A. Use or caption it only in a truthful context</w:t>
      </w:r>
    </w:p>
    <w:p>
      <w:pPr>
        <w:spacing w:after="20"/>
        <w:ind w:left="288"/>
      </w:pPr>
      <w:r>
        <w:t>☐ B. Discuss the context with the editor or client</w:t>
      </w:r>
    </w:p>
    <w:p>
      <w:pPr>
        <w:spacing w:after="20"/>
        <w:ind w:left="288"/>
      </w:pPr>
      <w:r>
        <w:t>☐ C. Use it because photographs do not need explanation</w:t>
      </w:r>
    </w:p>
    <w:p>
      <w:pPr>
        <w:spacing w:after="20"/>
        <w:ind w:left="288"/>
      </w:pPr>
      <w:r>
        <w:t>☐ D. Create a false story around it</w:t>
      </w:r>
    </w:p>
    <w:p>
      <w:r>
        <w:rPr>
          <w:b/>
        </w:rPr>
        <w:t>21. You are tired, but your final delivery check is still due.</w:t>
      </w:r>
    </w:p>
    <w:p>
      <w:pPr>
        <w:spacing w:after="20"/>
        <w:ind w:left="288"/>
      </w:pPr>
      <w:r>
        <w:t>☐ A. Verify selection, edits, filenames, permissions and export settings before sending</w:t>
      </w:r>
    </w:p>
    <w:p>
      <w:pPr>
        <w:spacing w:after="20"/>
        <w:ind w:left="288"/>
      </w:pPr>
      <w:r>
        <w:t>☐ B. Slow down and check the essential details</w:t>
      </w:r>
    </w:p>
    <w:p>
      <w:pPr>
        <w:spacing w:after="20"/>
        <w:ind w:left="288"/>
      </w:pPr>
      <w:r>
        <w:t>☐ C. Send the folder and fix problems later</w:t>
      </w:r>
    </w:p>
    <w:p>
      <w:pPr>
        <w:spacing w:after="20"/>
        <w:ind w:left="288"/>
      </w:pPr>
      <w:r>
        <w:t>☐ D. Assume the software exported everything correctly</w:t>
      </w:r>
    </w:p>
    <w:p>
      <w:r>
        <w:rPr>
          <w:b/>
        </w:rPr>
        <w:t>22. Which description sounds MOST like you?</w:t>
      </w:r>
    </w:p>
    <w:p>
      <w:pPr>
        <w:spacing w:after="20"/>
        <w:ind w:left="288"/>
      </w:pPr>
      <w:r>
        <w:t>☐ A. Observant, patient, creative, organised and respectful around horses and people</w:t>
      </w:r>
    </w:p>
    <w:p>
      <w:pPr>
        <w:spacing w:after="20"/>
        <w:ind w:left="288"/>
      </w:pPr>
      <w:r>
        <w:t>☐ B. Reliable, artistic and willing to learn technical skills</w:t>
      </w:r>
    </w:p>
    <w:p>
      <w:pPr>
        <w:spacing w:after="20"/>
        <w:ind w:left="288"/>
      </w:pPr>
      <w:r>
        <w:t>☐ C. Mainly attracted by access to exciting events</w:t>
      </w:r>
    </w:p>
    <w:p>
      <w:pPr>
        <w:spacing w:after="20"/>
        <w:ind w:left="288"/>
      </w:pPr>
      <w:r>
        <w:t>☐ D. I prefer quick results to careful preparation</w:t>
      </w:r>
    </w:p>
    <w:p>
      <w:r>
        <w:rPr>
          <w:b/>
        </w:rPr>
        <w:t>23. Ten years into your career, what would make you proudest?</w:t>
      </w:r>
    </w:p>
    <w:p>
      <w:pPr>
        <w:spacing w:after="20"/>
        <w:ind w:left="288"/>
      </w:pPr>
      <w:r>
        <w:t>☐ A. Creating a trusted body of work that captures the horse world with skill and integrity</w:t>
      </w:r>
    </w:p>
    <w:p>
      <w:pPr>
        <w:spacing w:after="20"/>
        <w:ind w:left="288"/>
      </w:pPr>
      <w:r>
        <w:t>☐ B. Running a respected photography business or leading a creative team</w:t>
      </w:r>
    </w:p>
    <w:p>
      <w:pPr>
        <w:spacing w:after="20"/>
        <w:ind w:left="288"/>
      </w:pPr>
      <w:r>
        <w:t>☐ C. Photographing famous riders</w:t>
      </w:r>
    </w:p>
    <w:p>
      <w:pPr>
        <w:spacing w:after="20"/>
        <w:ind w:left="288"/>
      </w:pPr>
      <w:r>
        <w:t>☐ D. Having a large follower count</w:t>
      </w:r>
    </w:p>
    <w:p>
      <w:r>
        <w:rPr>
          <w:b/>
        </w:rPr>
        <w:t>24. Which statement sounds MOST like you?</w:t>
      </w:r>
    </w:p>
    <w:p>
      <w:pPr>
        <w:spacing w:after="20"/>
        <w:ind w:left="288"/>
      </w:pPr>
      <w:r>
        <w:t>☐ A. I would enjoy combining horses, creativity, technology and professional responsibility</w:t>
      </w:r>
    </w:p>
    <w:p>
      <w:pPr>
        <w:spacing w:after="20"/>
        <w:ind w:left="288"/>
      </w:pPr>
      <w:r>
        <w:t>☐ B. I love equestrian images and would work hard to build technical and business skills</w:t>
      </w:r>
    </w:p>
    <w:p>
      <w:pPr>
        <w:spacing w:after="20"/>
        <w:ind w:left="288"/>
      </w:pPr>
      <w:r>
        <w:t>☐ C. Photography interests me, but I am unsure about editing and client work</w:t>
      </w:r>
    </w:p>
    <w:p>
      <w:pPr>
        <w:spacing w:after="20"/>
        <w:ind w:left="288"/>
      </w:pPr>
      <w:r>
        <w:t>☐ D. I would prefer a career with less equipment, planning and revision</w:t>
      </w:r>
    </w:p>
    <w:p>
      <w:r>
        <w:br w:type="page"/>
      </w:r>
    </w:p>
    <w:p>
      <w:pPr>
        <w:jc w:val="center"/>
      </w:pPr>
      <w:r>
        <w:rPr>
          <w:b/>
          <w:sz w:val="36"/>
        </w:rPr>
        <w:t>Your EquiPeeps Equine Photographer Match</w:t>
      </w:r>
    </w:p>
    <w:p>
      <w:r>
        <w:t>Behind-the-scenes scoring: A = 3 points, B = 2 points, C = 1 point, D = 0 points. Maximum score: 72. Keep this scoring hidden from teenagers on the website.</w:t>
      </w:r>
    </w:p>
    <w:p>
      <w:r>
        <w:rPr>
          <w:b/>
        </w:rPr>
        <w:t>55-72 - Equine photography is worth exploring closely</w:t>
      </w:r>
    </w:p>
    <w:p>
      <w:r>
        <w:t>Your answers suggest you may have a strong combination of observation, creativity, patience, technical curiosity and professional responsibility. You also appear to understand that successful photography requires far more than pressing the shutter: preparation, safety, editing, permissions and reliable client service all matter.</w:t>
      </w:r>
    </w:p>
    <w:p>
      <w:r>
        <w:rPr>
          <w:b/>
        </w:rPr>
        <w:t>38-54 - There's plenty here worth exploring</w:t>
      </w:r>
    </w:p>
    <w:p>
      <w:r>
        <w:t>Several aspects of equine photography seem to suit you. Building a small portfolio, practising in safe supervised settings and learning from experienced photographers would help you discover whether sport, portraits, commercial work, events or visual storytelling fits you best.</w:t>
      </w:r>
    </w:p>
    <w:p>
      <w:r>
        <w:rPr>
          <w:b/>
        </w:rPr>
        <w:t>20-37 - Another equestrian creative career may suit you differently</w:t>
      </w:r>
    </w:p>
    <w:p>
      <w:r>
        <w:t>You may enjoy beautiful horse images without wanting the technical study, editing workload, client responsibility or unpredictable conditions of professional photography. Explore design, social media, marketing, styling, video support or another equine role.</w:t>
      </w:r>
    </w:p>
    <w:p>
      <w:r>
        <w:rPr>
          <w:b/>
        </w:rPr>
        <w:t>0-19 - Let's explore!</w:t>
      </w:r>
    </w:p>
    <w:p>
      <w:r>
        <w:t>Equine photography may not currently match your interests or preferred working style. Your strengths could lead to an exciting and valuable career elsewhere in the equestrian industry.</w:t>
      </w:r>
    </w:p>
    <w:p>
      <w:r>
        <w:rPr>
          <w:b/>
        </w:rPr>
        <w:t>One Important Question - Can you put the horse before the photograph?</w:t>
      </w:r>
    </w:p>
    <w:p>
      <w:r>
        <w:t>No image is worth frightening a horse, distracting a rider or entering an unsafe area. A professional photographer plans carefully, works with competent handlers and officials, understands horse behaviour, respects people and permissions, and knows when the right decision is to lower the camera.</w:t>
      </w:r>
    </w:p>
    <w:p>
      <w:r>
        <w:rPr>
          <w:b/>
        </w:rPr>
        <w:t>Your EquiPeeps Challenge</w:t>
      </w:r>
    </w:p>
    <w:p>
      <w:r>
        <w:t>With a responsible adult and the owner's permission, plan a safe mini photo story about one calm horse. Choose five images you would like to capture, note the safe position and suitable moment for each, and consider background, light and expression. Let an experienced handler control the horse at all times. Afterwards, select three images and explain what each communicates without posting anyone's image without permission.</w:t>
      </w:r>
    </w:p>
    <w:p>
      <w:r>
        <w:rPr>
          <w:b/>
        </w:rPr>
        <w:t>What would I actually do?</w:t>
      </w:r>
    </w:p>
    <w:p>
      <w:r>
        <w:t>An equine photographer plans shoots, checks locations and light, prepares equipment, works safely around horses, communicates with riders and clients, captures images, selects and edits files, maintains backups, delivers galleries and manages permissions, licences, invoices and marketing. Work may include competitions, private portraits, studs, sales, brands, magazines, welfare organisations or documentary projects.</w:t>
      </w:r>
    </w:p>
    <w:p>
      <w:r>
        <w:rPr>
          <w:b/>
        </w:rPr>
        <w:t>How do I qualify?</w:t>
      </w:r>
    </w:p>
    <w:p>
      <w:r>
        <w:t>There is no single route. Photography, art, media or creative-industry courses can develop technical and visual skills, while apprenticeships, assisting and supervised experience build practical knowledge. A strong portfolio, safe horse handling awareness and reliable business practice are essential. Specialist event access or commercial work may require accreditation, insurance, contracts or safeguarding procedures. Always check current role and venue requirements.</w:t>
      </w:r>
    </w:p>
    <w:p>
      <w:r>
        <w:rPr>
          <w:b/>
        </w:rPr>
        <w:t>What subjects should I consider?</w:t>
      </w:r>
    </w:p>
    <w:p>
      <w:r>
        <w:t>Photography and art develop composition, light and visual judgement. Media studies explores audiences and storytelling. Information technology supports editing, storage and delivery. English helps with briefs, captions and client communication. Business supports pricing, contracts and marketing, while biology and practical horse knowledge help photographers anticipate behaviour and protect welfare.</w:t>
      </w:r>
    </w:p>
    <w:p>
      <w:r>
        <w:rPr>
          <w:b/>
        </w:rPr>
        <w:t>Could I train abroad? 🌍</w:t>
      </w:r>
    </w:p>
    <w:p>
      <w:r>
        <w:t>Potentially, yes. International competitions, breeding operations, brands and publications use equine photographers worldwide. Visas, employment rules, insurance, accreditation, image rights, drone rules and safeguarding requirements vary between countries and venues. Build experience carefully and work with reputable clients and organisers.</w:t>
      </w:r>
    </w:p>
    <w:p>
      <w:r>
        <w:rPr>
          <w:b/>
        </w:rPr>
        <w:t>Where could this career take me?</w:t>
      </w:r>
    </w:p>
    <w:p>
      <w:r>
        <w:t>You could work independently or for a publication, event company, agency, stud, auction house, brand, charity or production team. With experience, you might become a specialist sport or portrait photographer, commercial campaign photographer, photojournalist, picture editor, videographer, creative director, educator or owner of a photography studio and image library.</w:t>
      </w:r>
    </w:p>
    <w:p>
      <w:r>
        <w:rPr>
          <w:b/>
        </w:rPr>
        <w:t>EquiPeeps Professional Lesson</w:t>
      </w:r>
    </w:p>
    <w:p>
      <w:r>
        <w:t>A professional equine photographer does not rely on an expensive camera or a lucky moment. A professional understands horses, prepares thoroughly, sees light and emotion, protects every subject, edits with purpose, handles images responsibly and delivers exactly what was promised.</w:t>
      </w:r>
    </w:p>
    <w:p>
      <w:r>
        <w:t>This is a career discovery activity, not a professional psychometric or aptitude assessment. It cannot tell you whether you can or cannot become an Equine Photographer.</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EquiPeeps Equine Photographer Career Match</dc:title>
  <dc:subject>Career discovery activity for aspiring equine photographers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