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Veterinary Medicine Suit You?</w:t>
      </w:r>
    </w:p>
    <w:p>
      <w:pPr>
        <w:jc w:val="center"/>
      </w:pPr>
      <w:r>
        <w:t>Love animals? That's a brilliant start — but being a vet involves much more than loving horses. Vets need to solve problems, study science, communicate with people, cope with difficult situations and sometimes make decisions under pressure. This quiz helps you explore whether some of your current interests and ways of working fit veterinary medicine.</w:t>
      </w:r>
    </w:p>
    <w:p>
      <w:r>
        <w:rPr>
          <w:b/>
        </w:rPr>
        <w:t>There are no right or wrong answers. Choose the answer that sounds MOST like you.</w:t>
      </w:r>
    </w:p>
    <w:p>
      <w:r>
        <w:rPr>
          <w:b/>
        </w:rPr>
        <w:t>1. A horse you know suddenly doesn't seem quite right. What are you most likely to do?</w:t>
      </w:r>
    </w:p>
    <w:p>
      <w:pPr>
        <w:spacing w:after="20"/>
        <w:ind w:left="288"/>
      </w:pPr>
      <w:r>
        <w:t>☐ A. Watch carefully and try to work out what's different</w:t>
      </w:r>
    </w:p>
    <w:p>
      <w:pPr>
        <w:spacing w:after="20"/>
        <w:ind w:left="288"/>
      </w:pPr>
      <w:r>
        <w:t>☐ B. Immediately ask someone else what they think</w:t>
      </w:r>
    </w:p>
    <w:p>
      <w:pPr>
        <w:spacing w:after="20"/>
        <w:ind w:left="288"/>
      </w:pPr>
      <w:r>
        <w:t>☐ C. Give the horse a cuddle and hope it feels better</w:t>
      </w:r>
    </w:p>
    <w:p>
      <w:pPr>
        <w:spacing w:after="20"/>
        <w:ind w:left="288"/>
      </w:pPr>
      <w:r>
        <w:t>☐ D. Carry on unless someone tells me there's a problem</w:t>
      </w:r>
    </w:p>
    <w:p>
      <w:r>
        <w:rPr>
          <w:b/>
        </w:rPr>
        <w:t>2. At school, you are given a difficult science problem.</w:t>
      </w:r>
    </w:p>
    <w:p>
      <w:pPr>
        <w:spacing w:after="20"/>
        <w:ind w:left="288"/>
      </w:pPr>
      <w:r>
        <w:t>☐ A. I enjoy trying to work it out</w:t>
      </w:r>
    </w:p>
    <w:p>
      <w:pPr>
        <w:spacing w:after="20"/>
        <w:ind w:left="288"/>
      </w:pPr>
      <w:r>
        <w:t>☐ B. I'll try, but I can get frustrated quite quickly</w:t>
      </w:r>
    </w:p>
    <w:p>
      <w:pPr>
        <w:spacing w:after="20"/>
        <w:ind w:left="288"/>
      </w:pPr>
      <w:r>
        <w:t>☐ C. I'd much rather do something practical</w:t>
      </w:r>
    </w:p>
    <w:p>
      <w:pPr>
        <w:spacing w:after="20"/>
        <w:ind w:left="288"/>
      </w:pPr>
      <w:r>
        <w:t>☐ D. Science really doesn't interest me</w:t>
      </w:r>
    </w:p>
    <w:p>
      <w:r>
        <w:rPr>
          <w:b/>
        </w:rPr>
        <w:t>3. Someone shows you a cut on their hand.</w:t>
      </w:r>
    </w:p>
    <w:p>
      <w:pPr>
        <w:spacing w:after="20"/>
        <w:ind w:left="288"/>
      </w:pPr>
      <w:r>
        <w:t>☐ A. I'm interested in looking at it</w:t>
      </w:r>
    </w:p>
    <w:p>
      <w:pPr>
        <w:spacing w:after="20"/>
        <w:ind w:left="288"/>
      </w:pPr>
      <w:r>
        <w:t>☐ B. I'm okay as long as it isn't too bad</w:t>
      </w:r>
    </w:p>
    <w:p>
      <w:pPr>
        <w:spacing w:after="20"/>
        <w:ind w:left="288"/>
      </w:pPr>
      <w:r>
        <w:t>☐ C. I'd rather not look</w:t>
      </w:r>
    </w:p>
    <w:p>
      <w:pPr>
        <w:spacing w:after="20"/>
        <w:ind w:left="288"/>
      </w:pPr>
      <w:r>
        <w:t>☐ D. I need to get away from it</w:t>
      </w:r>
    </w:p>
    <w:p>
      <w:r>
        <w:rPr>
          <w:b/>
        </w:rPr>
        <w:t>4. You have to learn something complicated that takes several attempts to understand.</w:t>
      </w:r>
    </w:p>
    <w:p>
      <w:pPr>
        <w:spacing w:after="20"/>
        <w:ind w:left="288"/>
      </w:pPr>
      <w:r>
        <w:t>☐ A. I'll keep working at it until I understand</w:t>
      </w:r>
    </w:p>
    <w:p>
      <w:pPr>
        <w:spacing w:after="20"/>
        <w:ind w:left="288"/>
      </w:pPr>
      <w:r>
        <w:t>☐ B. I'll usually give it a few tries</w:t>
      </w:r>
    </w:p>
    <w:p>
      <w:pPr>
        <w:spacing w:after="20"/>
        <w:ind w:left="288"/>
      </w:pPr>
      <w:r>
        <w:t>☐ C. I lose interest if I can't understand it fairly quickly</w:t>
      </w:r>
    </w:p>
    <w:p>
      <w:pPr>
        <w:spacing w:after="20"/>
        <w:ind w:left="288"/>
      </w:pPr>
      <w:r>
        <w:t>☐ D. I'd rather somebody just tell me the answer</w:t>
      </w:r>
    </w:p>
    <w:p>
      <w:r>
        <w:rPr>
          <w:b/>
        </w:rPr>
        <w:t>5. Which sounds most satisfying?</w:t>
      </w:r>
    </w:p>
    <w:p>
      <w:pPr>
        <w:spacing w:after="20"/>
        <w:ind w:left="288"/>
      </w:pPr>
      <w:r>
        <w:t>☐ A. Working out WHY something is happening</w:t>
      </w:r>
    </w:p>
    <w:p>
      <w:pPr>
        <w:spacing w:after="20"/>
        <w:ind w:left="288"/>
      </w:pPr>
      <w:r>
        <w:t>☐ B. Helping someone feel happier</w:t>
      </w:r>
    </w:p>
    <w:p>
      <w:pPr>
        <w:spacing w:after="20"/>
        <w:ind w:left="288"/>
      </w:pPr>
      <w:r>
        <w:t>☐ C. Making or repairing something</w:t>
      </w:r>
    </w:p>
    <w:p>
      <w:pPr>
        <w:spacing w:after="20"/>
        <w:ind w:left="288"/>
      </w:pPr>
      <w:r>
        <w:t>☐ D. Creating something completely new</w:t>
      </w:r>
    </w:p>
    <w:p>
      <w:r>
        <w:rPr>
          <w:b/>
        </w:rPr>
        <w:t>6. A worried horse owner keeps asking you questions.</w:t>
      </w:r>
    </w:p>
    <w:p>
      <w:pPr>
        <w:spacing w:after="20"/>
        <w:ind w:left="288"/>
      </w:pPr>
      <w:r>
        <w:t>☐ A. I'd try to explain things calmly and clearly</w:t>
      </w:r>
    </w:p>
    <w:p>
      <w:pPr>
        <w:spacing w:after="20"/>
        <w:ind w:left="288"/>
      </w:pPr>
      <w:r>
        <w:t>☐ B. I'd answer, although I might find it tiring</w:t>
      </w:r>
    </w:p>
    <w:p>
      <w:pPr>
        <w:spacing w:after="20"/>
        <w:ind w:left="288"/>
      </w:pPr>
      <w:r>
        <w:t>☐ C. I'd rather somebody else spoke to them</w:t>
      </w:r>
    </w:p>
    <w:p>
      <w:pPr>
        <w:spacing w:after="20"/>
        <w:ind w:left="288"/>
      </w:pPr>
      <w:r>
        <w:t>☐ D. I'd probably become impatient</w:t>
      </w:r>
    </w:p>
    <w:p>
      <w:r>
        <w:rPr>
          <w:b/>
        </w:rPr>
        <w:t>7. How do you feel about studying for several years after school?</w:t>
      </w:r>
    </w:p>
    <w:p>
      <w:pPr>
        <w:spacing w:after="20"/>
        <w:ind w:left="288"/>
      </w:pPr>
      <w:r>
        <w:t>☐ A. Fine, if it's necessary for the career I really want</w:t>
      </w:r>
    </w:p>
    <w:p>
      <w:pPr>
        <w:spacing w:after="20"/>
        <w:ind w:left="288"/>
      </w:pPr>
      <w:r>
        <w:t>☐ B. I'm not sure, but I would consider it</w:t>
      </w:r>
    </w:p>
    <w:p>
      <w:pPr>
        <w:spacing w:after="20"/>
        <w:ind w:left="288"/>
      </w:pPr>
      <w:r>
        <w:t>☐ C. I'd much rather learn while working</w:t>
      </w:r>
    </w:p>
    <w:p>
      <w:pPr>
        <w:spacing w:after="20"/>
        <w:ind w:left="288"/>
      </w:pPr>
      <w:r>
        <w:t>☐ D. I definitely don't want years of studying</w:t>
      </w:r>
    </w:p>
    <w:p>
      <w:r>
        <w:rPr>
          <w:b/>
        </w:rPr>
        <w:t>8. You're given several pieces of information that don't seem to fit together.</w:t>
      </w:r>
    </w:p>
    <w:p>
      <w:pPr>
        <w:spacing w:after="20"/>
        <w:ind w:left="288"/>
      </w:pPr>
      <w:r>
        <w:t>☐ A. I enjoy figuring out what connects them</w:t>
      </w:r>
    </w:p>
    <w:p>
      <w:pPr>
        <w:spacing w:after="20"/>
        <w:ind w:left="288"/>
      </w:pPr>
      <w:r>
        <w:t>☐ B. I'll have a go</w:t>
      </w:r>
    </w:p>
    <w:p>
      <w:pPr>
        <w:spacing w:after="20"/>
        <w:ind w:left="288"/>
      </w:pPr>
      <w:r>
        <w:t>☐ C. I'd rather someone explain it to me</w:t>
      </w:r>
    </w:p>
    <w:p>
      <w:pPr>
        <w:spacing w:after="20"/>
        <w:ind w:left="288"/>
      </w:pPr>
      <w:r>
        <w:t>☐ D. That sounds frustrating</w:t>
      </w:r>
    </w:p>
    <w:p>
      <w:r>
        <w:rPr>
          <w:b/>
        </w:rPr>
        <w:t>9. An animal is frightened and behaving unpredictably.</w:t>
      </w:r>
    </w:p>
    <w:p>
      <w:pPr>
        <w:spacing w:after="20"/>
        <w:ind w:left="288"/>
      </w:pPr>
      <w:r>
        <w:t>☐ A. Stay calm, observe it and think before acting</w:t>
      </w:r>
    </w:p>
    <w:p>
      <w:pPr>
        <w:spacing w:after="20"/>
        <w:ind w:left="288"/>
      </w:pPr>
      <w:r>
        <w:t>☐ B. Ask an experienced person to take over</w:t>
      </w:r>
    </w:p>
    <w:p>
      <w:pPr>
        <w:spacing w:after="20"/>
        <w:ind w:left="288"/>
      </w:pPr>
      <w:r>
        <w:t>☐ C. Try to comfort it immediately</w:t>
      </w:r>
    </w:p>
    <w:p>
      <w:pPr>
        <w:spacing w:after="20"/>
        <w:ind w:left="288"/>
      </w:pPr>
      <w:r>
        <w:t>☐ D. I'd probably panic</w:t>
      </w:r>
    </w:p>
    <w:p>
      <w:r>
        <w:rPr>
          <w:b/>
        </w:rPr>
        <w:t>10. How are you with unpleasant smells, bodily fluids and messy situations?</w:t>
      </w:r>
    </w:p>
    <w:p>
      <w:pPr>
        <w:spacing w:after="20"/>
        <w:ind w:left="288"/>
      </w:pPr>
      <w:r>
        <w:t>☐ A. They don't particularly bother me if there's a job to do</w:t>
      </w:r>
    </w:p>
    <w:p>
      <w:pPr>
        <w:spacing w:after="20"/>
        <w:ind w:left="288"/>
      </w:pPr>
      <w:r>
        <w:t>☐ B. I could probably get used to them</w:t>
      </w:r>
    </w:p>
    <w:p>
      <w:pPr>
        <w:spacing w:after="20"/>
        <w:ind w:left="288"/>
      </w:pPr>
      <w:r>
        <w:t>☐ C. I find them quite difficult</w:t>
      </w:r>
    </w:p>
    <w:p>
      <w:pPr>
        <w:spacing w:after="20"/>
        <w:ind w:left="288"/>
      </w:pPr>
      <w:r>
        <w:t>☐ D. Absolutely not for me</w:t>
      </w:r>
    </w:p>
    <w:p>
      <w:r>
        <w:rPr>
          <w:b/>
        </w:rPr>
        <w:t>11. You make a mistake. What are you most likely to do?</w:t>
      </w:r>
    </w:p>
    <w:p>
      <w:pPr>
        <w:spacing w:after="20"/>
        <w:ind w:left="288"/>
      </w:pPr>
      <w:r>
        <w:t>☐ A. Admit it, work out what happened and learn from it</w:t>
      </w:r>
    </w:p>
    <w:p>
      <w:pPr>
        <w:spacing w:after="20"/>
        <w:ind w:left="288"/>
      </w:pPr>
      <w:r>
        <w:t>☐ B. Feel upset but eventually deal with it</w:t>
      </w:r>
    </w:p>
    <w:p>
      <w:pPr>
        <w:spacing w:after="20"/>
        <w:ind w:left="288"/>
      </w:pPr>
      <w:r>
        <w:t>☐ C. Hope nobody notices</w:t>
      </w:r>
    </w:p>
    <w:p>
      <w:pPr>
        <w:spacing w:after="20"/>
        <w:ind w:left="288"/>
      </w:pPr>
      <w:r>
        <w:t>☐ D. Try to prove it wasn't my fault</w:t>
      </w:r>
    </w:p>
    <w:p>
      <w:r>
        <w:rPr>
          <w:b/>
        </w:rPr>
        <w:t>12. Which school subjects sound most appealing?</w:t>
      </w:r>
    </w:p>
    <w:p>
      <w:pPr>
        <w:spacing w:after="20"/>
        <w:ind w:left="288"/>
      </w:pPr>
      <w:r>
        <w:t>☐ A. Biology, chemistry and other sciences</w:t>
      </w:r>
    </w:p>
    <w:p>
      <w:pPr>
        <w:spacing w:after="20"/>
        <w:ind w:left="288"/>
      </w:pPr>
      <w:r>
        <w:t>☐ B. A mixture of science and practical subjects</w:t>
      </w:r>
    </w:p>
    <w:p>
      <w:pPr>
        <w:spacing w:after="20"/>
        <w:ind w:left="288"/>
      </w:pPr>
      <w:r>
        <w:t>☐ C. Art, design and practical subjects</w:t>
      </w:r>
    </w:p>
    <w:p>
      <w:pPr>
        <w:spacing w:after="20"/>
        <w:ind w:left="288"/>
      </w:pPr>
      <w:r>
        <w:t>☐ D. English, media and creative subjects</w:t>
      </w:r>
    </w:p>
    <w:p>
      <w:r>
        <w:rPr>
          <w:b/>
        </w:rPr>
        <w:t>13. Two people give you different opinions about the same problem.</w:t>
      </w:r>
    </w:p>
    <w:p>
      <w:pPr>
        <w:spacing w:after="20"/>
        <w:ind w:left="288"/>
      </w:pPr>
      <w:r>
        <w:t>☐ A. Look for evidence before deciding</w:t>
      </w:r>
    </w:p>
    <w:p>
      <w:pPr>
        <w:spacing w:after="20"/>
        <w:ind w:left="288"/>
      </w:pPr>
      <w:r>
        <w:t>☐ B. Go with the person I trust most</w:t>
      </w:r>
    </w:p>
    <w:p>
      <w:pPr>
        <w:spacing w:after="20"/>
        <w:ind w:left="288"/>
      </w:pPr>
      <w:r>
        <w:t>☐ C. Ask somebody else to decide</w:t>
      </w:r>
    </w:p>
    <w:p>
      <w:pPr>
        <w:spacing w:after="20"/>
        <w:ind w:left="288"/>
      </w:pPr>
      <w:r>
        <w:t>☐ D. Go with my first instinct</w:t>
      </w:r>
    </w:p>
    <w:p>
      <w:r>
        <w:rPr>
          <w:b/>
        </w:rPr>
        <w:t>14. How do you feel about responsibility?</w:t>
      </w:r>
    </w:p>
    <w:p>
      <w:pPr>
        <w:spacing w:after="20"/>
        <w:ind w:left="288"/>
      </w:pPr>
      <w:r>
        <w:t>☐ A. I like being trusted with important decisions</w:t>
      </w:r>
    </w:p>
    <w:p>
      <w:pPr>
        <w:spacing w:after="20"/>
        <w:ind w:left="288"/>
      </w:pPr>
      <w:r>
        <w:t>☐ B. I like some responsibility but not too much</w:t>
      </w:r>
    </w:p>
    <w:p>
      <w:pPr>
        <w:spacing w:after="20"/>
        <w:ind w:left="288"/>
      </w:pPr>
      <w:r>
        <w:t>☐ C. I'd rather somebody else made major decisions</w:t>
      </w:r>
    </w:p>
    <w:p>
      <w:pPr>
        <w:spacing w:after="20"/>
        <w:ind w:left="288"/>
      </w:pPr>
      <w:r>
        <w:t>☐ D. I dislike being responsible for important outcomes</w:t>
      </w:r>
    </w:p>
    <w:p>
      <w:r>
        <w:rPr>
          <w:b/>
        </w:rPr>
        <w:t>15. An animal can't tell you where it hurts. How does that make you feel?</w:t>
      </w:r>
    </w:p>
    <w:p>
      <w:pPr>
        <w:spacing w:after="20"/>
        <w:ind w:left="288"/>
      </w:pPr>
      <w:r>
        <w:t>☐ A. Curious — I'd want to investigate the clues</w:t>
      </w:r>
    </w:p>
    <w:p>
      <w:pPr>
        <w:spacing w:after="20"/>
        <w:ind w:left="288"/>
      </w:pPr>
      <w:r>
        <w:t>☐ B. Concerned, but interested in finding out</w:t>
      </w:r>
    </w:p>
    <w:p>
      <w:pPr>
        <w:spacing w:after="20"/>
        <w:ind w:left="288"/>
      </w:pPr>
      <w:r>
        <w:t>☐ C. Frustrated because I'd rather be told what's wrong</w:t>
      </w:r>
    </w:p>
    <w:p>
      <w:pPr>
        <w:spacing w:after="20"/>
        <w:ind w:left="288"/>
      </w:pPr>
      <w:r>
        <w:t>☐ D. I'd find that very stressful</w:t>
      </w:r>
    </w:p>
    <w:p>
      <w:r>
        <w:rPr>
          <w:b/>
        </w:rPr>
        <w:t>16. Which working day sounds more appealing?</w:t>
      </w:r>
    </w:p>
    <w:p>
      <w:pPr>
        <w:spacing w:after="20"/>
        <w:ind w:left="288"/>
      </w:pPr>
      <w:r>
        <w:t>☐ A. Different problems and different animals throughout the day</w:t>
      </w:r>
    </w:p>
    <w:p>
      <w:pPr>
        <w:spacing w:after="20"/>
        <w:ind w:left="288"/>
      </w:pPr>
      <w:r>
        <w:t>☐ B. A reasonably predictable routine</w:t>
      </w:r>
    </w:p>
    <w:p>
      <w:pPr>
        <w:spacing w:after="20"/>
        <w:ind w:left="288"/>
      </w:pPr>
      <w:r>
        <w:t>☐ C. Mostly practical physical work</w:t>
      </w:r>
    </w:p>
    <w:p>
      <w:pPr>
        <w:spacing w:after="20"/>
        <w:ind w:left="288"/>
      </w:pPr>
      <w:r>
        <w:t>☐ D. Mostly creative or social work</w:t>
      </w:r>
    </w:p>
    <w:p>
      <w:r>
        <w:rPr>
          <w:b/>
        </w:rPr>
        <w:t>17. Someone is extremely upset about their horse.</w:t>
      </w:r>
    </w:p>
    <w:p>
      <w:pPr>
        <w:spacing w:after="20"/>
        <w:ind w:left="288"/>
      </w:pPr>
      <w:r>
        <w:t>☐ A. I could listen while still concentrating on what needs doing</w:t>
      </w:r>
    </w:p>
    <w:p>
      <w:pPr>
        <w:spacing w:after="20"/>
        <w:ind w:left="288"/>
      </w:pPr>
      <w:r>
        <w:t>☐ B. I'd find it emotional, but I'd try</w:t>
      </w:r>
    </w:p>
    <w:p>
      <w:pPr>
        <w:spacing w:after="20"/>
        <w:ind w:left="288"/>
      </w:pPr>
      <w:r>
        <w:t>☐ C. I'd probably become very upset too</w:t>
      </w:r>
    </w:p>
    <w:p>
      <w:pPr>
        <w:spacing w:after="20"/>
        <w:ind w:left="288"/>
      </w:pPr>
      <w:r>
        <w:t>☐ D. I'd rather avoid situations like that</w:t>
      </w:r>
    </w:p>
    <w:p>
      <w:r>
        <w:rPr>
          <w:b/>
        </w:rPr>
        <w:t>18. You discover something you believed about horses isn't actually correct.</w:t>
      </w:r>
    </w:p>
    <w:p>
      <w:pPr>
        <w:spacing w:after="20"/>
        <w:ind w:left="288"/>
      </w:pPr>
      <w:r>
        <w:t>☐ A. Great — I've learned something new</w:t>
      </w:r>
    </w:p>
    <w:p>
      <w:pPr>
        <w:spacing w:after="20"/>
        <w:ind w:left="288"/>
      </w:pPr>
      <w:r>
        <w:t>☐ B. I'd want to check it for myself</w:t>
      </w:r>
    </w:p>
    <w:p>
      <w:pPr>
        <w:spacing w:after="20"/>
        <w:ind w:left="288"/>
      </w:pPr>
      <w:r>
        <w:t>☐ C. I'd find it difficult to accept</w:t>
      </w:r>
    </w:p>
    <w:p>
      <w:pPr>
        <w:spacing w:after="20"/>
        <w:ind w:left="288"/>
      </w:pPr>
      <w:r>
        <w:t>☐ D. I'd probably stick with what I've always believed</w:t>
      </w:r>
    </w:p>
    <w:p>
      <w:r>
        <w:rPr>
          <w:b/>
        </w:rPr>
        <w:t>19. How do you feel about exams and academic study?</w:t>
      </w:r>
    </w:p>
    <w:p>
      <w:pPr>
        <w:spacing w:after="20"/>
        <w:ind w:left="288"/>
      </w:pPr>
      <w:r>
        <w:t>☐ A. I can work hard towards them when I have a goal</w:t>
      </w:r>
    </w:p>
    <w:p>
      <w:pPr>
        <w:spacing w:after="20"/>
        <w:ind w:left="288"/>
      </w:pPr>
      <w:r>
        <w:t>☐ B. They're not my favourite thing, but I can manage them</w:t>
      </w:r>
    </w:p>
    <w:p>
      <w:pPr>
        <w:spacing w:after="20"/>
        <w:ind w:left="288"/>
      </w:pPr>
      <w:r>
        <w:t>☐ C. I strongly prefer learning practically</w:t>
      </w:r>
    </w:p>
    <w:p>
      <w:pPr>
        <w:spacing w:after="20"/>
        <w:ind w:left="288"/>
      </w:pPr>
      <w:r>
        <w:t>☐ D. I really dislike academic study</w:t>
      </w:r>
    </w:p>
    <w:p>
      <w:r>
        <w:rPr>
          <w:b/>
        </w:rPr>
        <w:t>20. A job sometimes means working when you're tired, plans changing and dealing with emergencies.</w:t>
      </w:r>
    </w:p>
    <w:p>
      <w:pPr>
        <w:spacing w:after="20"/>
        <w:ind w:left="288"/>
      </w:pPr>
      <w:r>
        <w:t>☐ A. I think I could adapt</w:t>
      </w:r>
    </w:p>
    <w:p>
      <w:pPr>
        <w:spacing w:after="20"/>
        <w:ind w:left="288"/>
      </w:pPr>
      <w:r>
        <w:t>☐ B. I'd need to experience it to know</w:t>
      </w:r>
    </w:p>
    <w:p>
      <w:pPr>
        <w:spacing w:after="20"/>
        <w:ind w:left="288"/>
      </w:pPr>
      <w:r>
        <w:t>☐ C. I'd find that difficult</w:t>
      </w:r>
    </w:p>
    <w:p>
      <w:pPr>
        <w:spacing w:after="20"/>
        <w:ind w:left="288"/>
      </w:pPr>
      <w:r>
        <w:t>☐ D. I want a very predictable working life</w:t>
      </w:r>
    </w:p>
    <w:p>
      <w:r>
        <w:rPr>
          <w:b/>
        </w:rPr>
        <w:t>21. Which statement sounds MOST like you?</w:t>
      </w:r>
    </w:p>
    <w:p>
      <w:pPr>
        <w:spacing w:after="20"/>
        <w:ind w:left="288"/>
      </w:pPr>
      <w:r>
        <w:t>☐ A. I want to understand how things work</w:t>
      </w:r>
    </w:p>
    <w:p>
      <w:pPr>
        <w:spacing w:after="20"/>
        <w:ind w:left="288"/>
      </w:pPr>
      <w:r>
        <w:t>☐ B. I want to care for animals</w:t>
      </w:r>
    </w:p>
    <w:p>
      <w:pPr>
        <w:spacing w:after="20"/>
        <w:ind w:left="288"/>
      </w:pPr>
      <w:r>
        <w:t>☐ C. I want to work with horses every day</w:t>
      </w:r>
    </w:p>
    <w:p>
      <w:pPr>
        <w:spacing w:after="20"/>
        <w:ind w:left="288"/>
      </w:pPr>
      <w:r>
        <w:t>☐ D. I want a career connected to horses somehow</w:t>
      </w:r>
    </w:p>
    <w:p>
      <w:r>
        <w:rPr>
          <w:b/>
        </w:rPr>
        <w:t>22. If helping an animal meant doing something it temporarily disliked or found uncomfortable...</w:t>
      </w:r>
    </w:p>
    <w:p>
      <w:pPr>
        <w:spacing w:after="20"/>
        <w:ind w:left="288"/>
      </w:pPr>
      <w:r>
        <w:t>☐ A. I could do it if I understood why it was necessary</w:t>
      </w:r>
    </w:p>
    <w:p>
      <w:pPr>
        <w:spacing w:after="20"/>
        <w:ind w:left="288"/>
      </w:pPr>
      <w:r>
        <w:t>☐ B. I'd find it difficult but could probably learn</w:t>
      </w:r>
    </w:p>
    <w:p>
      <w:pPr>
        <w:spacing w:after="20"/>
        <w:ind w:left="288"/>
      </w:pPr>
      <w:r>
        <w:t>☐ C. I'd struggle because I'd feel sorry for it</w:t>
      </w:r>
    </w:p>
    <w:p>
      <w:pPr>
        <w:spacing w:after="20"/>
        <w:ind w:left="288"/>
      </w:pPr>
      <w:r>
        <w:t>☐ D. I don't think I could do it</w:t>
      </w:r>
    </w:p>
    <w:p>
      <w:r>
        <w:rPr>
          <w:b/>
        </w:rPr>
        <w:t>23. Would you be comfortable working with animals other than horses?</w:t>
      </w:r>
    </w:p>
    <w:p>
      <w:pPr>
        <w:spacing w:after="20"/>
        <w:ind w:left="288"/>
      </w:pPr>
      <w:r>
        <w:t>☐ A. Yes — I'd find different species interesting</w:t>
      </w:r>
    </w:p>
    <w:p>
      <w:pPr>
        <w:spacing w:after="20"/>
        <w:ind w:left="288"/>
      </w:pPr>
      <w:r>
        <w:t>☐ B. Probably, although horses would be my favourite</w:t>
      </w:r>
    </w:p>
    <w:p>
      <w:pPr>
        <w:spacing w:after="20"/>
        <w:ind w:left="288"/>
      </w:pPr>
      <w:r>
        <w:t>☐ C. I'd really only want to work with horses</w:t>
      </w:r>
    </w:p>
    <w:p>
      <w:pPr>
        <w:spacing w:after="20"/>
        <w:ind w:left="288"/>
      </w:pPr>
      <w:r>
        <w:t>☐ D. I'd rather work around horses than medically treat animals</w:t>
      </w:r>
    </w:p>
    <w:p>
      <w:r>
        <w:rPr>
          <w:b/>
        </w:rPr>
        <w:t>24. Imagine you've spent an hour investigating a problem and still don't know the answer.</w:t>
      </w:r>
    </w:p>
    <w:p>
      <w:pPr>
        <w:spacing w:after="20"/>
        <w:ind w:left="288"/>
      </w:pPr>
      <w:r>
        <w:t>☐ A. Keep investigating and look for more evidence</w:t>
      </w:r>
    </w:p>
    <w:p>
      <w:pPr>
        <w:spacing w:after="20"/>
        <w:ind w:left="288"/>
      </w:pPr>
      <w:r>
        <w:t>☐ B. Ask someone experienced for another perspective</w:t>
      </w:r>
    </w:p>
    <w:p>
      <w:pPr>
        <w:spacing w:after="20"/>
        <w:ind w:left="288"/>
      </w:pPr>
      <w:r>
        <w:t>☐ C. Become frustrated and want to move on</w:t>
      </w:r>
    </w:p>
    <w:p>
      <w:pPr>
        <w:spacing w:after="20"/>
        <w:ind w:left="288"/>
      </w:pPr>
      <w:r>
        <w:t>☐ D. Lose interest</w:t>
      </w:r>
    </w:p>
    <w:p>
      <w:r>
        <w:br w:type="page"/>
      </w:r>
    </w:p>
    <w:p>
      <w:pPr>
        <w:jc w:val="center"/>
      </w:pPr>
      <w:r>
        <w:rPr>
          <w:b/>
          <w:sz w:val="36"/>
        </w:rPr>
        <w:t>Your EquiPeeps Vet Match</w:t>
      </w:r>
    </w:p>
    <w:p>
      <w:r>
        <w:t>For the website version, keep the scoring behind the scenes so teenagers answer naturally.</w:t>
      </w:r>
    </w:p>
    <w:p>
      <w:r>
        <w:t>Internal scoring: A = 3 points, B = 2 points, C = 1 point, D = 0 points. Maximum score: 72.</w:t>
      </w:r>
    </w:p>
    <w:p>
      <w:r>
        <w:rPr>
          <w:b/>
        </w:rPr>
        <w:t>55–72 — Veterinary medicine is worth exploring closely</w:t>
      </w:r>
    </w:p>
    <w:p>
      <w:r>
        <w:t>Your answers show several characteristics that can be useful in veterinary work, such as curiosity, persistence, scientific interest, communication and being prepared to take responsibility. Your next step is to find out what the job is really like.</w:t>
      </w:r>
    </w:p>
    <w:p>
      <w:r>
        <w:rPr>
          <w:b/>
        </w:rPr>
        <w:t>38–54 — There's plenty here worth exploring</w:t>
      </w:r>
    </w:p>
    <w:p>
      <w:r>
        <w:t>Some aspects of veterinary work seem to fit you, while others may not appeal as strongly. Look at veterinary medicine, but also explore related careers such as equine physiotherapy, nutrition, dentistry, behaviour and other animal-health careers.</w:t>
      </w:r>
    </w:p>
    <w:p>
      <w:r>
        <w:rPr>
          <w:b/>
        </w:rPr>
        <w:t>20–37 — Another equestrian career may fit you differently</w:t>
      </w:r>
    </w:p>
    <w:p>
      <w:r>
        <w:t>Some of the day-to-day demands of veterinary medicine do not currently match your answers particularly strongly. Explore the other EquiPeeps careers and see what catches your interest.</w:t>
      </w:r>
    </w:p>
    <w:p>
      <w:r>
        <w:rPr>
          <w:b/>
        </w:rPr>
        <w:t>0–19 — Let's explore</w:t>
      </w:r>
    </w:p>
    <w:p>
      <w:r>
        <w:t>Veterinary medicine may not currently match the way you prefer to learn and work. The equestrian industry needs an enormous variety of people and skills, and another career may suit your present interests more closely.</w:t>
      </w:r>
    </w:p>
    <w:p>
      <w:r>
        <w:rPr>
          <w:b/>
        </w:rPr>
        <w:t xml:space="preserve">Important: </w:t>
      </w:r>
      <w:r>
        <w:t>This is a career-exploration activity, not a validated psychometric assessment. It should never be used to tell a young person that they can or cannot enter vet. Interests, confidence and skills can develop.</w:t>
      </w:r>
    </w:p>
    <w:p>
      <w:r>
        <w:t>Use your result as a reason to research, gain real-world experience and ask questions.</w:t>
      </w:r>
    </w:p>
    <w:p>
      <w:pPr>
        <w:jc w:val="center"/>
      </w:pPr>
      <w:r>
        <w:rPr>
          <w:b/>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