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You Become a Horsebox Builder?</w:t>
      </w:r>
    </w:p>
    <w:p>
      <w:r>
        <w:t>Imagine somebody gives you a commercial vehicle and says: “Turn this into a safe, practical horsebox.” Where do you start?</w:t>
      </w:r>
    </w:p>
    <w:p>
      <w:r>
        <w:t>A horsebox builder may need to think about vehicle weight and weight distribution, structure, floors, walls, partitions, ramps, ventilation, lighting, electrics, storage, water, doors, fastenings, horse safety, human safety and roadworthiness — and sometimes living accommodation too.</w:t>
      </w:r>
    </w:p>
    <w:p>
      <w:r>
        <w:t>This isn't simply about making something look impressive. You're building a vehicle that may carry horses weighing hundreds of kilograms while travelling on public roads.</w:t>
      </w:r>
    </w:p>
    <w:p>
      <w:r>
        <w:rPr>
          <w:b/>
        </w:rPr>
        <w:t>There are no right or wrong answers. Choose the answer that sounds MOST like you.</w:t>
      </w:r>
    </w:p>
    <w:p>
      <w:r>
        <w:rPr>
          <w:b/>
        </w:rPr>
        <w:t>1. Someone shows you an empty commercial vehicle and asks you to imagine it as a horsebox.</w:t>
      </w:r>
    </w:p>
    <w:p>
      <w:pPr>
        <w:spacing w:after="20"/>
        <w:ind w:left="288"/>
      </w:pPr>
      <w:r>
        <w:t>☐ A. I'd immediately start wondering how everything could fit and work</w:t>
      </w:r>
    </w:p>
    <w:p>
      <w:pPr>
        <w:spacing w:after="20"/>
        <w:ind w:left="288"/>
      </w:pPr>
      <w:r>
        <w:t>☐ B. I'd be interested if someone showed me a design</w:t>
      </w:r>
    </w:p>
    <w:p>
      <w:pPr>
        <w:spacing w:after="20"/>
        <w:ind w:left="288"/>
      </w:pPr>
      <w:r>
        <w:t>☐ C. I'd mainly think about how it should look</w:t>
      </w:r>
    </w:p>
    <w:p>
      <w:pPr>
        <w:spacing w:after="20"/>
        <w:ind w:left="288"/>
      </w:pPr>
      <w:r>
        <w:t>☐ D. It wouldn't particularly interest me</w:t>
      </w:r>
    </w:p>
    <w:p>
      <w:r>
        <w:rPr>
          <w:b/>
        </w:rPr>
        <w:t>2. Which subjects sound most useful to you?</w:t>
      </w:r>
    </w:p>
    <w:p>
      <w:pPr>
        <w:spacing w:after="20"/>
        <w:ind w:left="288"/>
      </w:pPr>
      <w:r>
        <w:t>☐ A. Design technology, maths, engineering and practical subjects</w:t>
      </w:r>
    </w:p>
    <w:p>
      <w:pPr>
        <w:spacing w:after="20"/>
        <w:ind w:left="288"/>
      </w:pPr>
      <w:r>
        <w:t>☐ B. Art and design</w:t>
      </w:r>
    </w:p>
    <w:p>
      <w:pPr>
        <w:spacing w:after="20"/>
        <w:ind w:left="288"/>
      </w:pPr>
      <w:r>
        <w:t>☐ C. Biology</w:t>
      </w:r>
    </w:p>
    <w:p>
      <w:pPr>
        <w:spacing w:after="20"/>
        <w:ind w:left="288"/>
      </w:pPr>
      <w:r>
        <w:t>☐ D. English and media</w:t>
      </w:r>
    </w:p>
    <w:p>
      <w:r>
        <w:rPr>
          <w:b/>
        </w:rPr>
        <w:t>3. You need to build a ramp strong enough for horses to walk over repeatedly.</w:t>
      </w:r>
    </w:p>
    <w:p>
      <w:pPr>
        <w:spacing w:after="20"/>
        <w:ind w:left="288"/>
      </w:pPr>
      <w:r>
        <w:t>☐ A. I'd want to understand the materials, structure, weight and safety requirements</w:t>
      </w:r>
    </w:p>
    <w:p>
      <w:pPr>
        <w:spacing w:after="20"/>
        <w:ind w:left="288"/>
      </w:pPr>
      <w:r>
        <w:t>☐ B. I'd copy an existing design</w:t>
      </w:r>
    </w:p>
    <w:p>
      <w:pPr>
        <w:spacing w:after="20"/>
        <w:ind w:left="288"/>
      </w:pPr>
      <w:r>
        <w:t>☐ C. I'd mainly make sure it looked good</w:t>
      </w:r>
    </w:p>
    <w:p>
      <w:pPr>
        <w:spacing w:after="20"/>
        <w:ind w:left="288"/>
      </w:pPr>
      <w:r>
        <w:t>☐ D. I'd leave that to somebody else</w:t>
      </w:r>
    </w:p>
    <w:p>
      <w:r>
        <w:rPr>
          <w:b/>
        </w:rPr>
        <w:t>4. A measurement on your plan is wrong by several millimetres.</w:t>
      </w:r>
    </w:p>
    <w:p>
      <w:pPr>
        <w:spacing w:after="20"/>
        <w:ind w:left="288"/>
      </w:pPr>
      <w:r>
        <w:t>☐ A. Correct it before continuing</w:t>
      </w:r>
    </w:p>
    <w:p>
      <w:pPr>
        <w:spacing w:after="20"/>
        <w:ind w:left="288"/>
      </w:pPr>
      <w:r>
        <w:t>☐ B. Check whether it matters</w:t>
      </w:r>
    </w:p>
    <w:p>
      <w:pPr>
        <w:spacing w:after="20"/>
        <w:ind w:left="288"/>
      </w:pPr>
      <w:r>
        <w:t>☐ C. Work around it later</w:t>
      </w:r>
    </w:p>
    <w:p>
      <w:pPr>
        <w:spacing w:after="20"/>
        <w:ind w:left="288"/>
      </w:pPr>
      <w:r>
        <w:t>☐ D. That's close enough</w:t>
      </w:r>
    </w:p>
    <w:p>
      <w:r>
        <w:rPr>
          <w:b/>
        </w:rPr>
        <w:t>5. How do you feel about using tools and machinery?</w:t>
      </w:r>
    </w:p>
    <w:p>
      <w:pPr>
        <w:spacing w:after="20"/>
        <w:ind w:left="288"/>
      </w:pPr>
      <w:r>
        <w:t>☐ A. I'd love to learn how to use them properly and safely</w:t>
      </w:r>
    </w:p>
    <w:p>
      <w:pPr>
        <w:spacing w:after="20"/>
        <w:ind w:left="288"/>
      </w:pPr>
      <w:r>
        <w:t>☐ B. I'd be willing to learn</w:t>
      </w:r>
    </w:p>
    <w:p>
      <w:pPr>
        <w:spacing w:after="20"/>
        <w:ind w:left="288"/>
      </w:pPr>
      <w:r>
        <w:t>☐ C. I'm not particularly interested</w:t>
      </w:r>
    </w:p>
    <w:p>
      <w:pPr>
        <w:spacing w:after="20"/>
        <w:ind w:left="288"/>
      </w:pPr>
      <w:r>
        <w:t>☐ D. I'd rather avoid them</w:t>
      </w:r>
    </w:p>
    <w:p>
      <w:r>
        <w:rPr>
          <w:b/>
        </w:rPr>
        <w:t>6. You've spent hours building something and discover it doesn't fit properly.</w:t>
      </w:r>
    </w:p>
    <w:p>
      <w:pPr>
        <w:spacing w:after="20"/>
        <w:ind w:left="288"/>
      </w:pPr>
      <w:r>
        <w:t>☐ A. Work out why, correct it and learn from the mistake</w:t>
      </w:r>
    </w:p>
    <w:p>
      <w:pPr>
        <w:spacing w:after="20"/>
        <w:ind w:left="288"/>
      </w:pPr>
      <w:r>
        <w:t>☐ B. Ask somebody to help fix it</w:t>
      </w:r>
    </w:p>
    <w:p>
      <w:pPr>
        <w:spacing w:after="20"/>
        <w:ind w:left="288"/>
      </w:pPr>
      <w:r>
        <w:t>☐ C. Become very frustrated</w:t>
      </w:r>
    </w:p>
    <w:p>
      <w:pPr>
        <w:spacing w:after="20"/>
        <w:ind w:left="288"/>
      </w:pPr>
      <w:r>
        <w:t>☐ D. Try to force it to fit</w:t>
      </w:r>
    </w:p>
    <w:p>
      <w:r>
        <w:rPr>
          <w:b/>
        </w:rPr>
        <w:t>7. Which sounds most satisfying?</w:t>
      </w:r>
    </w:p>
    <w:p>
      <w:pPr>
        <w:spacing w:after="20"/>
        <w:ind w:left="288"/>
      </w:pPr>
      <w:r>
        <w:t>☐ A. Seeing a completed horsebox and knowing I helped build it</w:t>
      </w:r>
    </w:p>
    <w:p>
      <w:pPr>
        <w:spacing w:after="20"/>
        <w:ind w:left="288"/>
      </w:pPr>
      <w:r>
        <w:t>☐ B. Driving an impressive horsebox</w:t>
      </w:r>
    </w:p>
    <w:p>
      <w:pPr>
        <w:spacing w:after="20"/>
        <w:ind w:left="288"/>
      </w:pPr>
      <w:r>
        <w:t>☐ C. Owning one</w:t>
      </w:r>
    </w:p>
    <w:p>
      <w:pPr>
        <w:spacing w:after="20"/>
        <w:ind w:left="288"/>
      </w:pPr>
      <w:r>
        <w:t>☐ D. Photographing one</w:t>
      </w:r>
    </w:p>
    <w:p>
      <w:r>
        <w:rPr>
          <w:b/>
        </w:rPr>
        <w:t>8. A customer asks for lots of extra equipment inside their horsebox.</w:t>
      </w:r>
    </w:p>
    <w:p>
      <w:pPr>
        <w:spacing w:after="20"/>
        <w:ind w:left="288"/>
      </w:pPr>
      <w:r>
        <w:t>☐ A. Think about weight, space, safety and practicality before agreeing</w:t>
      </w:r>
    </w:p>
    <w:p>
      <w:pPr>
        <w:spacing w:after="20"/>
        <w:ind w:left="288"/>
      </w:pPr>
      <w:r>
        <w:t>☐ B. Fit everything they ask for</w:t>
      </w:r>
    </w:p>
    <w:p>
      <w:pPr>
        <w:spacing w:after="20"/>
        <w:ind w:left="288"/>
      </w:pPr>
      <w:r>
        <w:t>☐ C. Agree because they're paying</w:t>
      </w:r>
    </w:p>
    <w:p>
      <w:pPr>
        <w:spacing w:after="20"/>
        <w:ind w:left="288"/>
      </w:pPr>
      <w:r>
        <w:t>☐ D. Concentrate mainly on making it look luxurious</w:t>
      </w:r>
    </w:p>
    <w:p>
      <w:r>
        <w:rPr>
          <w:b/>
        </w:rPr>
        <w:t>9. Why does weight matter in a horsebox?</w:t>
      </w:r>
    </w:p>
    <w:p>
      <w:pPr>
        <w:spacing w:after="20"/>
        <w:ind w:left="288"/>
      </w:pPr>
      <w:r>
        <w:t>☐ A. The finished vehicle and its load must remain within legal and safe weight limits</w:t>
      </w:r>
    </w:p>
    <w:p>
      <w:pPr>
        <w:spacing w:after="20"/>
        <w:ind w:left="288"/>
      </w:pPr>
      <w:r>
        <w:t>☐ B. Mainly because heavier vehicles use more fuel</w:t>
      </w:r>
    </w:p>
    <w:p>
      <w:pPr>
        <w:spacing w:after="20"/>
        <w:ind w:left="288"/>
      </w:pPr>
      <w:r>
        <w:t>☐ C. Only because the customer might ask</w:t>
      </w:r>
    </w:p>
    <w:p>
      <w:pPr>
        <w:spacing w:after="20"/>
        <w:ind w:left="288"/>
      </w:pPr>
      <w:r>
        <w:t>☐ D. I wouldn't really think about it</w:t>
      </w:r>
    </w:p>
    <w:p>
      <w:r>
        <w:rPr>
          <w:b/>
        </w:rPr>
        <w:t>10. How interested are you in understanding how vehicles work?</w:t>
      </w:r>
    </w:p>
    <w:p>
      <w:pPr>
        <w:spacing w:after="20"/>
        <w:ind w:left="288"/>
      </w:pPr>
      <w:r>
        <w:t>☐ A. Very — I'd enjoy learning about the chassis, suspension, brakes, electrics and structure</w:t>
      </w:r>
    </w:p>
    <w:p>
      <w:pPr>
        <w:spacing w:after="20"/>
        <w:ind w:left="288"/>
      </w:pPr>
      <w:r>
        <w:t>☐ B. Fairly interested</w:t>
      </w:r>
    </w:p>
    <w:p>
      <w:pPr>
        <w:spacing w:after="20"/>
        <w:ind w:left="288"/>
      </w:pPr>
      <w:r>
        <w:t>☐ C. Only the parts I needed</w:t>
      </w:r>
    </w:p>
    <w:p>
      <w:pPr>
        <w:spacing w:after="20"/>
        <w:ind w:left="288"/>
      </w:pPr>
      <w:r>
        <w:t>☐ D. Vehicles don't interest me</w:t>
      </w:r>
    </w:p>
    <w:p>
      <w:r>
        <w:rPr>
          <w:b/>
        </w:rPr>
        <w:t>11. You're installing electrical equipment inside a horsebox.</w:t>
      </w:r>
    </w:p>
    <w:p>
      <w:pPr>
        <w:spacing w:after="20"/>
        <w:ind w:left="288"/>
      </w:pPr>
      <w:r>
        <w:t>☐ A. It needs to be installed correctly and safely</w:t>
      </w:r>
    </w:p>
    <w:p>
      <w:pPr>
        <w:spacing w:after="20"/>
        <w:ind w:left="288"/>
      </w:pPr>
      <w:r>
        <w:t>☐ B. I'd follow the instructions carefully</w:t>
      </w:r>
    </w:p>
    <w:p>
      <w:pPr>
        <w:spacing w:after="20"/>
        <w:ind w:left="288"/>
      </w:pPr>
      <w:r>
        <w:t>☐ C. I'd have a go</w:t>
      </w:r>
    </w:p>
    <w:p>
      <w:pPr>
        <w:spacing w:after="20"/>
        <w:ind w:left="288"/>
      </w:pPr>
      <w:r>
        <w:t>☐ D. If the lights turn on, that's good enough</w:t>
      </w:r>
    </w:p>
    <w:p>
      <w:r>
        <w:rPr>
          <w:b/>
        </w:rPr>
        <w:t>12. You notice a design idea that looks fantastic but could create a hazard for a horse.</w:t>
      </w:r>
    </w:p>
    <w:p>
      <w:pPr>
        <w:spacing w:after="20"/>
        <w:ind w:left="288"/>
      </w:pPr>
      <w:r>
        <w:t>☐ A. Change the design — safety comes before appearance</w:t>
      </w:r>
    </w:p>
    <w:p>
      <w:pPr>
        <w:spacing w:after="20"/>
        <w:ind w:left="288"/>
      </w:pPr>
      <w:r>
        <w:t>☐ B. Ask somebody else's opinion</w:t>
      </w:r>
    </w:p>
    <w:p>
      <w:pPr>
        <w:spacing w:after="20"/>
        <w:ind w:left="288"/>
      </w:pPr>
      <w:r>
        <w:t>☐ C. Keep it if the risk seems small</w:t>
      </w:r>
    </w:p>
    <w:p>
      <w:pPr>
        <w:spacing w:after="20"/>
        <w:ind w:left="288"/>
      </w:pPr>
      <w:r>
        <w:t>☐ D. Appearance is more important</w:t>
      </w:r>
    </w:p>
    <w:p>
      <w:r>
        <w:rPr>
          <w:b/>
        </w:rPr>
        <w:t>13. How do you feel about solving practical problems?</w:t>
      </w:r>
    </w:p>
    <w:p>
      <w:pPr>
        <w:spacing w:after="20"/>
        <w:ind w:left="288"/>
      </w:pPr>
      <w:r>
        <w:t>☐ A. That's one of the things I enjoy most</w:t>
      </w:r>
    </w:p>
    <w:p>
      <w:pPr>
        <w:spacing w:after="20"/>
        <w:ind w:left="288"/>
      </w:pPr>
      <w:r>
        <w:t>☐ B. I'm fairly good at it</w:t>
      </w:r>
    </w:p>
    <w:p>
      <w:pPr>
        <w:spacing w:after="20"/>
        <w:ind w:left="288"/>
      </w:pPr>
      <w:r>
        <w:t>☐ C. I prefer somebody to tell me what to do</w:t>
      </w:r>
    </w:p>
    <w:p>
      <w:pPr>
        <w:spacing w:after="20"/>
        <w:ind w:left="288"/>
      </w:pPr>
      <w:r>
        <w:t>☐ D. I dislike problems that don't have obvious answers</w:t>
      </w:r>
    </w:p>
    <w:p>
      <w:r>
        <w:rPr>
          <w:b/>
        </w:rPr>
        <w:t>14. A horse could kick one of the internal walls. What would you think about?</w:t>
      </w:r>
    </w:p>
    <w:p>
      <w:pPr>
        <w:spacing w:after="20"/>
        <w:ind w:left="288"/>
      </w:pPr>
      <w:r>
        <w:t>☐ A. Strength, materials, fixings, edges and how the structure will react</w:t>
      </w:r>
    </w:p>
    <w:p>
      <w:pPr>
        <w:spacing w:after="20"/>
        <w:ind w:left="288"/>
      </w:pPr>
      <w:r>
        <w:t>☐ B. Making the wall thicker</w:t>
      </w:r>
    </w:p>
    <w:p>
      <w:pPr>
        <w:spacing w:after="20"/>
        <w:ind w:left="288"/>
      </w:pPr>
      <w:r>
        <w:t>☐ C. Covering it with padding</w:t>
      </w:r>
    </w:p>
    <w:p>
      <w:pPr>
        <w:spacing w:after="20"/>
        <w:ind w:left="288"/>
      </w:pPr>
      <w:r>
        <w:t>☐ D. I hadn't thought about horses kicking it</w:t>
      </w:r>
    </w:p>
    <w:p>
      <w:r>
        <w:rPr>
          <w:b/>
        </w:rPr>
        <w:t>15. The horse area needs ventilation.</w:t>
      </w:r>
    </w:p>
    <w:p>
      <w:pPr>
        <w:spacing w:after="20"/>
        <w:ind w:left="288"/>
      </w:pPr>
      <w:r>
        <w:t>☐ A. I'd want to understand airflow and how to provide ventilation safely</w:t>
      </w:r>
    </w:p>
    <w:p>
      <w:pPr>
        <w:spacing w:after="20"/>
        <w:ind w:left="288"/>
      </w:pPr>
      <w:r>
        <w:t>☐ B. I'd copy another horsebox</w:t>
      </w:r>
    </w:p>
    <w:p>
      <w:pPr>
        <w:spacing w:after="20"/>
        <w:ind w:left="288"/>
      </w:pPr>
      <w:r>
        <w:t>☐ C. I'd add a couple of windows</w:t>
      </w:r>
    </w:p>
    <w:p>
      <w:pPr>
        <w:spacing w:after="20"/>
        <w:ind w:left="288"/>
      </w:pPr>
      <w:r>
        <w:t>☐ D. I wouldn't consider ventilation my responsibility</w:t>
      </w:r>
    </w:p>
    <w:p>
      <w:r>
        <w:rPr>
          <w:b/>
        </w:rPr>
        <w:t>16. Which working environment sounds most appealing?</w:t>
      </w:r>
    </w:p>
    <w:p>
      <w:pPr>
        <w:spacing w:after="20"/>
        <w:ind w:left="288"/>
      </w:pPr>
      <w:r>
        <w:t>☐ A. A workshop where vehicles are being fabricated and built</w:t>
      </w:r>
    </w:p>
    <w:p>
      <w:pPr>
        <w:spacing w:after="20"/>
        <w:ind w:left="288"/>
      </w:pPr>
      <w:r>
        <w:t>☐ B. A tack shop</w:t>
      </w:r>
    </w:p>
    <w:p>
      <w:pPr>
        <w:spacing w:after="20"/>
        <w:ind w:left="288"/>
      </w:pPr>
      <w:r>
        <w:t>☐ C. An office</w:t>
      </w:r>
    </w:p>
    <w:p>
      <w:pPr>
        <w:spacing w:after="20"/>
        <w:ind w:left="288"/>
      </w:pPr>
      <w:r>
        <w:t>☐ D. A competition yard</w:t>
      </w:r>
    </w:p>
    <w:p>
      <w:r>
        <w:rPr>
          <w:b/>
        </w:rPr>
        <w:t>17. You have to learn welding, fabrication or another difficult practical skill.</w:t>
      </w:r>
    </w:p>
    <w:p>
      <w:pPr>
        <w:spacing w:after="20"/>
        <w:ind w:left="288"/>
      </w:pPr>
      <w:r>
        <w:t>☐ A. I'd enjoy gradually becoming highly skilled</w:t>
      </w:r>
    </w:p>
    <w:p>
      <w:pPr>
        <w:spacing w:after="20"/>
        <w:ind w:left="288"/>
      </w:pPr>
      <w:r>
        <w:t>☐ B. I'd give it a try</w:t>
      </w:r>
    </w:p>
    <w:p>
      <w:pPr>
        <w:spacing w:after="20"/>
        <w:ind w:left="288"/>
      </w:pPr>
      <w:r>
        <w:t>☐ C. I'd find the practice frustrating</w:t>
      </w:r>
    </w:p>
    <w:p>
      <w:pPr>
        <w:spacing w:after="20"/>
        <w:ind w:left="288"/>
      </w:pPr>
      <w:r>
        <w:t>☐ D. I wouldn't want that kind of work</w:t>
      </w:r>
    </w:p>
    <w:p>
      <w:r>
        <w:rPr>
          <w:b/>
        </w:rPr>
        <w:t>18. A customer wants something you believe may be unsafe.</w:t>
      </w:r>
    </w:p>
    <w:p>
      <w:pPr>
        <w:spacing w:after="20"/>
        <w:ind w:left="288"/>
      </w:pPr>
      <w:r>
        <w:t>☐ A. Explain why it cannot simply be built that way and find a safer solution</w:t>
      </w:r>
    </w:p>
    <w:p>
      <w:pPr>
        <w:spacing w:after="20"/>
        <w:ind w:left="288"/>
      </w:pPr>
      <w:r>
        <w:t>☐ B. Ask my manager what to do</w:t>
      </w:r>
    </w:p>
    <w:p>
      <w:pPr>
        <w:spacing w:after="20"/>
        <w:ind w:left="288"/>
      </w:pPr>
      <w:r>
        <w:t>☐ C. Do it because the customer requested it</w:t>
      </w:r>
    </w:p>
    <w:p>
      <w:pPr>
        <w:spacing w:after="20"/>
        <w:ind w:left="288"/>
      </w:pPr>
      <w:r>
        <w:t>☐ D. If they're paying, it's their decision</w:t>
      </w:r>
    </w:p>
    <w:p>
      <w:r>
        <w:rPr>
          <w:b/>
        </w:rPr>
        <w:t>19. You're working from a technical drawing.</w:t>
      </w:r>
    </w:p>
    <w:p>
      <w:pPr>
        <w:spacing w:after="20"/>
        <w:ind w:left="288"/>
      </w:pPr>
      <w:r>
        <w:t>☐ A. I'd enjoy learning how all the measurements and components fit together</w:t>
      </w:r>
    </w:p>
    <w:p>
      <w:pPr>
        <w:spacing w:after="20"/>
        <w:ind w:left="288"/>
      </w:pPr>
      <w:r>
        <w:t>☐ B. I'd be able to follow it with some help</w:t>
      </w:r>
    </w:p>
    <w:p>
      <w:pPr>
        <w:spacing w:after="20"/>
        <w:ind w:left="288"/>
      </w:pPr>
      <w:r>
        <w:t>☐ C. I'd rather somebody explain it verbally</w:t>
      </w:r>
    </w:p>
    <w:p>
      <w:pPr>
        <w:spacing w:after="20"/>
        <w:ind w:left="288"/>
      </w:pPr>
      <w:r>
        <w:t>☐ D. Technical drawings don't appeal to me</w:t>
      </w:r>
    </w:p>
    <w:p>
      <w:r>
        <w:rPr>
          <w:b/>
        </w:rPr>
        <w:t>20. A finished horsebox looks beautiful. What would you want to check first?</w:t>
      </w:r>
    </w:p>
    <w:p>
      <w:pPr>
        <w:spacing w:after="20"/>
        <w:ind w:left="288"/>
      </w:pPr>
      <w:r>
        <w:t>☐ A. That everything works safely and correctly</w:t>
      </w:r>
    </w:p>
    <w:p>
      <w:pPr>
        <w:spacing w:after="20"/>
        <w:ind w:left="288"/>
      </w:pPr>
      <w:r>
        <w:t>☐ B. That the customer likes it</w:t>
      </w:r>
    </w:p>
    <w:p>
      <w:pPr>
        <w:spacing w:after="20"/>
        <w:ind w:left="288"/>
      </w:pPr>
      <w:r>
        <w:t>☐ C. That the paintwork looks perfect</w:t>
      </w:r>
    </w:p>
    <w:p>
      <w:pPr>
        <w:spacing w:after="20"/>
        <w:ind w:left="288"/>
      </w:pPr>
      <w:r>
        <w:t>☐ D. How impressive it looks</w:t>
      </w:r>
    </w:p>
    <w:p>
      <w:r>
        <w:rPr>
          <w:b/>
        </w:rPr>
        <w:t>21. A horsebox needs repairs several years after you helped build it.</w:t>
      </w:r>
    </w:p>
    <w:p>
      <w:pPr>
        <w:spacing w:after="20"/>
        <w:ind w:left="288"/>
      </w:pPr>
      <w:r>
        <w:t>☐ A. I'd be interested in seeing how the materials and components have performed over time</w:t>
      </w:r>
    </w:p>
    <w:p>
      <w:pPr>
        <w:spacing w:after="20"/>
        <w:ind w:left="288"/>
      </w:pPr>
      <w:r>
        <w:t>☐ B. I'd be happy to repair it</w:t>
      </w:r>
    </w:p>
    <w:p>
      <w:pPr>
        <w:spacing w:after="20"/>
        <w:ind w:left="288"/>
      </w:pPr>
      <w:r>
        <w:t>☐ C. I'd rather only build new vehicles</w:t>
      </w:r>
    </w:p>
    <w:p>
      <w:pPr>
        <w:spacing w:after="20"/>
        <w:ind w:left="288"/>
      </w:pPr>
      <w:r>
        <w:t>☐ D. Repair work wouldn't interest me</w:t>
      </w:r>
    </w:p>
    <w:p>
      <w:r>
        <w:rPr>
          <w:b/>
        </w:rPr>
        <w:t>22. New technology becomes available for horsebox construction.</w:t>
      </w:r>
    </w:p>
    <w:p>
      <w:pPr>
        <w:spacing w:after="20"/>
        <w:ind w:left="288"/>
      </w:pPr>
      <w:r>
        <w:t>☐ A. I'd want to understand whether it could make vehicles safer, lighter or better</w:t>
      </w:r>
    </w:p>
    <w:p>
      <w:pPr>
        <w:spacing w:after="20"/>
        <w:ind w:left="288"/>
      </w:pPr>
      <w:r>
        <w:t>☐ B. I'd look at what other builders were doing</w:t>
      </w:r>
    </w:p>
    <w:p>
      <w:pPr>
        <w:spacing w:after="20"/>
        <w:ind w:left="288"/>
      </w:pPr>
      <w:r>
        <w:t>☐ C. I'd stick with what I already knew</w:t>
      </w:r>
    </w:p>
    <w:p>
      <w:pPr>
        <w:spacing w:after="20"/>
        <w:ind w:left="288"/>
      </w:pPr>
      <w:r>
        <w:t>☐ D. Technology doesn't interest me</w:t>
      </w:r>
    </w:p>
    <w:p>
      <w:r>
        <w:rPr>
          <w:b/>
        </w:rPr>
        <w:t>23. Which achievement would make you proudest?</w:t>
      </w:r>
    </w:p>
    <w:p>
      <w:pPr>
        <w:spacing w:after="20"/>
        <w:ind w:left="288"/>
      </w:pPr>
      <w:r>
        <w:t>☐ A. Building a horsebox that is safe, practical, beautifully made and still performing well years later</w:t>
      </w:r>
    </w:p>
    <w:p>
      <w:pPr>
        <w:spacing w:after="20"/>
        <w:ind w:left="288"/>
      </w:pPr>
      <w:r>
        <w:t>☐ B. Building the most expensive horsebox</w:t>
      </w:r>
    </w:p>
    <w:p>
      <w:pPr>
        <w:spacing w:after="20"/>
        <w:ind w:left="288"/>
      </w:pPr>
      <w:r>
        <w:t>☐ C. Building one for a famous rider</w:t>
      </w:r>
    </w:p>
    <w:p>
      <w:pPr>
        <w:spacing w:after="20"/>
        <w:ind w:left="288"/>
      </w:pPr>
      <w:r>
        <w:t>☐ D. Having my company name on lots of lorries</w:t>
      </w:r>
    </w:p>
    <w:p>
      <w:r>
        <w:rPr>
          <w:b/>
        </w:rPr>
        <w:t>24. Which statement sounds MOST like you?</w:t>
      </w:r>
    </w:p>
    <w:p>
      <w:pPr>
        <w:spacing w:after="20"/>
        <w:ind w:left="288"/>
      </w:pPr>
      <w:r>
        <w:t>☐ A. I love understanding how things work and turning materials and ideas into something real</w:t>
      </w:r>
    </w:p>
    <w:p>
      <w:pPr>
        <w:spacing w:after="20"/>
        <w:ind w:left="288"/>
      </w:pPr>
      <w:r>
        <w:t>☐ B. I enjoy practical work and would like to learn more about vehicles</w:t>
      </w:r>
    </w:p>
    <w:p>
      <w:pPr>
        <w:spacing w:after="20"/>
        <w:ind w:left="288"/>
      </w:pPr>
      <w:r>
        <w:t>☐ C. I love horses but engineering doesn't particularly interest me</w:t>
      </w:r>
    </w:p>
    <w:p>
      <w:pPr>
        <w:spacing w:after="20"/>
        <w:ind w:left="288"/>
      </w:pPr>
      <w:r>
        <w:t>☐ D. I'd rather have a career without tools, construction or technical problem-solving</w:t>
      </w:r>
    </w:p>
    <w:p>
      <w:r>
        <w:br w:type="page"/>
      </w:r>
    </w:p>
    <w:p>
      <w:pPr>
        <w:jc w:val="center"/>
      </w:pPr>
      <w:r>
        <w:rPr>
          <w:b/>
          <w:sz w:val="36"/>
        </w:rPr>
        <w:t>Your EquiPeeps Horsebox Builder Match</w:t>
      </w:r>
    </w:p>
    <w:p>
      <w:r>
        <w:t>Behind-the-scenes scoring: A = 3 points, B = 2 points, C = 1 point, D = 0 points. Maximum score: 72. Keep this scoring hidden from teenagers on the website.</w:t>
      </w:r>
    </w:p>
    <w:p>
      <w:r>
        <w:rPr>
          <w:b/>
        </w:rPr>
        <w:t>55–72 — Horsebox building is worth exploring closely</w:t>
      </w:r>
    </w:p>
    <w:p>
      <w:r>
        <w:t>Your answers suggest you may naturally enjoy engineering, practical problem-solving, precision, tools and understanding how things work. You also appear to recognise something extremely important: safety comes before appearance.</w:t>
      </w:r>
    </w:p>
    <w:p>
      <w:r>
        <w:rPr>
          <w:b/>
        </w:rPr>
        <w:t>38–54 — There's plenty here worth exploring</w:t>
      </w:r>
    </w:p>
    <w:p>
      <w:r>
        <w:t>You have several characteristics that could suit this industry. Explore vehicle body building, fabrication, engineering, mechanics, auto-electrics and specialist vehicle construction.</w:t>
      </w:r>
    </w:p>
    <w:p>
      <w:r>
        <w:rPr>
          <w:b/>
        </w:rPr>
        <w:t>20–37 — Another practical equestrian career may suit you differently</w:t>
      </w:r>
    </w:p>
    <w:p>
      <w:r>
        <w:t>You may enjoy practical work but not be particularly interested in vehicle engineering. Explore saddlery, farriery, manufacturing, yard work, equipment design or other hands-on equestrian careers.</w:t>
      </w:r>
    </w:p>
    <w:p>
      <w:r>
        <w:rPr>
          <w:b/>
        </w:rPr>
        <w:t>0–19 — Let's explore!</w:t>
      </w:r>
    </w:p>
    <w:p>
      <w:r>
        <w:t>Vehicle construction may not currently match your preferred way of working. Your strengths could lie elsewhere in the equestrian industry — perhaps with horses, people, science, business, creativity or organisation.</w:t>
      </w:r>
    </w:p>
    <w:p>
      <w:r>
        <w:rPr>
          <w:b/>
        </w:rPr>
        <w:t>One Important Question — When you look at something, do you wonder how it was made?</w:t>
      </w:r>
    </w:p>
    <w:p>
      <w:r>
        <w:t>A technically minded person may wonder how the ramp works, what supports the floor, how much the conversion weighs, where the wiring runs, how partitions are fixed, how everything is secured while moving, and why particular materials were chosen.</w:t>
      </w:r>
    </w:p>
    <w:p>
      <w:r>
        <w:rPr>
          <w:b/>
        </w:rPr>
        <w:t>Your EquiPeeps Challenge</w:t>
      </w:r>
    </w:p>
    <w:p>
      <w:r>
        <w:t>Next time you safely see a horsebox, look at the ramp, floor, partitions, doors, windows, ventilation, lighting, storage, fastenings, edges and horse space. Imagine you're the builder. Ask: “What happens to all of this while the vehicle is moving?” and “What happens if a 600 kg horse leans, stamps or kicks against it?”</w:t>
      </w:r>
    </w:p>
    <w:p>
      <w:r>
        <w:rPr>
          <w:b/>
        </w:rPr>
        <w:t>Do Horsebox Builders Need Qualifications?</w:t>
      </w:r>
    </w:p>
    <w:p>
      <w:r>
        <w:t>There isn't one single UK qualification called “Horsebox Builder” that everyone must obtain before entering the career. People may enter specialist vehicle construction through vehicle body building, engineering, fabrication, welding, vehicle mechanics, auto-electrics, carpentry and joinery, or coachbuilding, then develop specialist knowledge of horsebox construction. The finished vehicle must still meet relevant roadworthiness, construction, weight and safety requirements, as well as applicable animal-welfare requirements for vehicles used to transport horses.</w:t>
      </w:r>
    </w:p>
    <w:p>
      <w:r>
        <w:rPr>
          <w:b/>
        </w:rPr>
        <w:t>One Very Important Difference</w:t>
      </w:r>
    </w:p>
    <w:p>
      <w:r>
        <w:t>Building a horsebox and transporting horses professionally are not the same thing. Commercial horse transport can involve additional licences, authorisations, competence requirements or vehicle approvals depending on the vehicle, journey and circumstances.</w:t>
      </w:r>
    </w:p>
    <w:p>
      <w:r>
        <w:rPr>
          <w:b/>
        </w:rPr>
        <w:t>One Career — Lots of Skills</w:t>
      </w:r>
    </w:p>
    <w:p>
      <w:r>
        <w:t>A horsebox company may need people skilled in welding and fabrication, vehicle electrics, mechanics, interiors and cabinetry, technical design and engineering. Someone who combines technical knowledge with business skills could eventually build their own horsebox company.</w:t>
      </w:r>
    </w:p>
    <w:p>
      <w:r>
        <w:t>This is a career discovery activity, not a professional psychometric or aptitude assessment. It cannot tell you whether you can or cannot become a horsebox builder.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