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28"/>
        </w:rPr>
        <w:t>Could this be your career?</w:t>
      </w:r>
    </w:p>
    <w:p>
      <w:pPr>
        <w:jc w:val="center"/>
      </w:pPr>
      <w:r>
        <w:rPr>
          <w:b/>
          <w:sz w:val="36"/>
        </w:rPr>
        <w:t>Equine Logistics Professional</w:t>
      </w:r>
    </w:p>
    <w:p>
      <w:r>
        <w:t>A career in equine logistics combines horse welfare, transport planning, vehicles, documentation, timing, communication and calm decision-making. Whether moving one horse locally or coordinating an international competition journey, the professional's job is to make every stage safe, lawful, efficient and carefully organised.</w:t>
      </w:r>
    </w:p>
    <w:p>
      <w:r>
        <w:rPr>
          <w:b/>
        </w:rPr>
        <w:t>There are no right or wrong answers. Choose the answer that sounds MOST like you.</w:t>
      </w:r>
    </w:p>
    <w:p>
      <w:r>
        <w:rPr>
          <w:b/>
        </w:rPr>
        <w:t>1. How interested are you in planning safe journeys for horses?</w:t>
      </w:r>
    </w:p>
    <w:p>
      <w:pPr>
        <w:spacing w:after="20"/>
        <w:ind w:left="288"/>
      </w:pPr>
      <w:r>
        <w:t>☐ A. Very - I would enjoy coordinating every detail around welfare, timing and compliance</w:t>
      </w:r>
    </w:p>
    <w:p>
      <w:pPr>
        <w:spacing w:after="20"/>
        <w:ind w:left="288"/>
      </w:pPr>
      <w:r>
        <w:t>☐ B. Fairly interested</w:t>
      </w:r>
    </w:p>
    <w:p>
      <w:pPr>
        <w:spacing w:after="20"/>
        <w:ind w:left="288"/>
      </w:pPr>
      <w:r>
        <w:t>☐ C. I mainly like the idea of travelling</w:t>
      </w:r>
    </w:p>
    <w:p>
      <w:pPr>
        <w:spacing w:after="20"/>
        <w:ind w:left="288"/>
      </w:pPr>
      <w:r>
        <w:t>☐ D. Detailed planning does not interest me</w:t>
      </w:r>
    </w:p>
    <w:p>
      <w:r>
        <w:rPr>
          <w:b/>
        </w:rPr>
        <w:t>2. A horse appears distressed shortly after a journey begins. What would you do?</w:t>
      </w:r>
    </w:p>
    <w:p>
      <w:pPr>
        <w:spacing w:after="20"/>
        <w:ind w:left="288"/>
      </w:pPr>
      <w:r>
        <w:t>☐ A. Follow the welfare and emergency plan, stop safely when appropriate and seek expert help</w:t>
      </w:r>
    </w:p>
    <w:p>
      <w:pPr>
        <w:spacing w:after="20"/>
        <w:ind w:left="288"/>
      </w:pPr>
      <w:r>
        <w:t>☐ B. Alert the responsible transporter or manager immediately</w:t>
      </w:r>
    </w:p>
    <w:p>
      <w:pPr>
        <w:spacing w:after="20"/>
        <w:ind w:left="288"/>
      </w:pPr>
      <w:r>
        <w:t>☐ C. Continue and hope the horse settles</w:t>
      </w:r>
    </w:p>
    <w:p>
      <w:pPr>
        <w:spacing w:after="20"/>
        <w:ind w:left="288"/>
      </w:pPr>
      <w:r>
        <w:t>☐ D. Ignore it because delays are expensive</w:t>
      </w:r>
    </w:p>
    <w:p>
      <w:r>
        <w:rPr>
          <w:b/>
        </w:rPr>
        <w:t>3. How do you feel about schedules, permits and transport records?</w:t>
      </w:r>
    </w:p>
    <w:p>
      <w:pPr>
        <w:spacing w:after="20"/>
        <w:ind w:left="288"/>
      </w:pPr>
      <w:r>
        <w:t>☐ A. Accuracy is essential because missing details can affect welfare and the entire journey</w:t>
      </w:r>
    </w:p>
    <w:p>
      <w:pPr>
        <w:spacing w:after="20"/>
        <w:ind w:left="288"/>
      </w:pPr>
      <w:r>
        <w:t>☐ B. I would manage them carefully</w:t>
      </w:r>
    </w:p>
    <w:p>
      <w:pPr>
        <w:spacing w:after="20"/>
        <w:ind w:left="288"/>
      </w:pPr>
      <w:r>
        <w:t>☐ C. I would prefer someone else to check them</w:t>
      </w:r>
    </w:p>
    <w:p>
      <w:pPr>
        <w:spacing w:after="20"/>
        <w:ind w:left="288"/>
      </w:pPr>
      <w:r>
        <w:t>☐ D. Paperwork is unnecessary</w:t>
      </w:r>
    </w:p>
    <w:p>
      <w:r>
        <w:rPr>
          <w:b/>
        </w:rPr>
        <w:t>4. A vehicle safety check identifies a possible fault before departure.</w:t>
      </w:r>
    </w:p>
    <w:p>
      <w:pPr>
        <w:spacing w:after="20"/>
        <w:ind w:left="288"/>
      </w:pPr>
      <w:r>
        <w:t>☐ A. Stop the journey until the vehicle is confirmed safe</w:t>
      </w:r>
    </w:p>
    <w:p>
      <w:pPr>
        <w:spacing w:after="20"/>
        <w:ind w:left="288"/>
      </w:pPr>
      <w:r>
        <w:t>☐ B. Report it immediately and arrange qualified assessment</w:t>
      </w:r>
    </w:p>
    <w:p>
      <w:pPr>
        <w:spacing w:after="20"/>
        <w:ind w:left="288"/>
      </w:pPr>
      <w:r>
        <w:t>☐ C. Drive slowly and check it later</w:t>
      </w:r>
    </w:p>
    <w:p>
      <w:pPr>
        <w:spacing w:after="20"/>
        <w:ind w:left="288"/>
      </w:pPr>
      <w:r>
        <w:t>☐ D. Leave on time because the booking is important</w:t>
      </w:r>
    </w:p>
    <w:p>
      <w:r>
        <w:rPr>
          <w:b/>
        </w:rPr>
        <w:t>5. Which school subjects sound most useful to you?</w:t>
      </w:r>
    </w:p>
    <w:p>
      <w:pPr>
        <w:spacing w:after="20"/>
        <w:ind w:left="288"/>
      </w:pPr>
      <w:r>
        <w:t>☐ A. Business, maths and geography</w:t>
      </w:r>
    </w:p>
    <w:p>
      <w:pPr>
        <w:spacing w:after="20"/>
        <w:ind w:left="288"/>
      </w:pPr>
      <w:r>
        <w:t>☐ B. English and information technology</w:t>
      </w:r>
    </w:p>
    <w:p>
      <w:pPr>
        <w:spacing w:after="20"/>
        <w:ind w:left="288"/>
      </w:pPr>
      <w:r>
        <w:t>☐ C. Biology and physical education</w:t>
      </w:r>
    </w:p>
    <w:p>
      <w:pPr>
        <w:spacing w:after="20"/>
        <w:ind w:left="288"/>
      </w:pPr>
      <w:r>
        <w:t>☐ D. Art</w:t>
      </w:r>
    </w:p>
    <w:p>
      <w:r>
        <w:rPr>
          <w:b/>
        </w:rPr>
        <w:t>6. A route is blocked on the morning of an important competition.</w:t>
      </w:r>
    </w:p>
    <w:p>
      <w:pPr>
        <w:spacing w:after="20"/>
        <w:ind w:left="288"/>
      </w:pPr>
      <w:r>
        <w:t>☐ A. Use the contingency plan, assess safe alternatives and update everyone affected</w:t>
      </w:r>
    </w:p>
    <w:p>
      <w:pPr>
        <w:spacing w:after="20"/>
        <w:ind w:left="288"/>
      </w:pPr>
      <w:r>
        <w:t>☐ B. Contact the driver and organiser to agree a new route</w:t>
      </w:r>
    </w:p>
    <w:p>
      <w:pPr>
        <w:spacing w:after="20"/>
        <w:ind w:left="288"/>
      </w:pPr>
      <w:r>
        <w:t>☐ C. Choose the shortest unfamiliar road immediately</w:t>
      </w:r>
    </w:p>
    <w:p>
      <w:pPr>
        <w:spacing w:after="20"/>
        <w:ind w:left="288"/>
      </w:pPr>
      <w:r>
        <w:t>☐ D. Say nothing and hope the delay is small</w:t>
      </w:r>
    </w:p>
    <w:p>
      <w:r>
        <w:rPr>
          <w:b/>
        </w:rPr>
        <w:t>7. How do you feel about checking rules before every journey?</w:t>
      </w:r>
    </w:p>
    <w:p>
      <w:pPr>
        <w:spacing w:after="20"/>
        <w:ind w:left="288"/>
      </w:pPr>
      <w:r>
        <w:t>☐ A. I would confirm current transport, welfare, documentation and destination requirements</w:t>
      </w:r>
    </w:p>
    <w:p>
      <w:pPr>
        <w:spacing w:after="20"/>
        <w:ind w:left="288"/>
      </w:pPr>
      <w:r>
        <w:t>☐ B. I would use an approved checklist</w:t>
      </w:r>
    </w:p>
    <w:p>
      <w:pPr>
        <w:spacing w:after="20"/>
        <w:ind w:left="288"/>
      </w:pPr>
      <w:r>
        <w:t>☐ C. I would rely on what worked last time</w:t>
      </w:r>
    </w:p>
    <w:p>
      <w:pPr>
        <w:spacing w:after="20"/>
        <w:ind w:left="288"/>
      </w:pPr>
      <w:r>
        <w:t>☐ D. Rules make journeys unnecessarily difficult</w:t>
      </w:r>
    </w:p>
    <w:p>
      <w:r>
        <w:rPr>
          <w:b/>
        </w:rPr>
        <w:t>8. A client asks you to overload a vehicle to save money.</w:t>
      </w:r>
    </w:p>
    <w:p>
      <w:pPr>
        <w:spacing w:after="20"/>
        <w:ind w:left="288"/>
      </w:pPr>
      <w:r>
        <w:t>☐ A. Refuse and explain the safety, welfare and legal concerns</w:t>
      </w:r>
    </w:p>
    <w:p>
      <w:pPr>
        <w:spacing w:after="20"/>
        <w:ind w:left="288"/>
      </w:pPr>
      <w:r>
        <w:t>☐ B. Refer the decision to the transport manager</w:t>
      </w:r>
    </w:p>
    <w:p>
      <w:pPr>
        <w:spacing w:after="20"/>
        <w:ind w:left="288"/>
      </w:pPr>
      <w:r>
        <w:t>☐ C. Agree if the journey is short</w:t>
      </w:r>
    </w:p>
    <w:p>
      <w:pPr>
        <w:spacing w:after="20"/>
        <w:ind w:left="288"/>
      </w:pPr>
      <w:r>
        <w:t>☐ D. Do it because the client is paying</w:t>
      </w:r>
    </w:p>
    <w:p>
      <w:r>
        <w:rPr>
          <w:b/>
        </w:rPr>
        <w:t>9. How do you feel about continually learning throughout your career?</w:t>
      </w:r>
    </w:p>
    <w:p>
      <w:pPr>
        <w:spacing w:after="20"/>
        <w:ind w:left="288"/>
      </w:pPr>
      <w:r>
        <w:t>☐ A. I would keep updating my transport, welfare, biosecurity and international knowledge</w:t>
      </w:r>
    </w:p>
    <w:p>
      <w:pPr>
        <w:spacing w:after="20"/>
        <w:ind w:left="288"/>
      </w:pPr>
      <w:r>
        <w:t>☐ B. I would attend regular training</w:t>
      </w:r>
    </w:p>
    <w:p>
      <w:pPr>
        <w:spacing w:after="20"/>
        <w:ind w:left="288"/>
      </w:pPr>
      <w:r>
        <w:t>☐ C. I would rely mainly on experience</w:t>
      </w:r>
    </w:p>
    <w:p>
      <w:pPr>
        <w:spacing w:after="20"/>
        <w:ind w:left="288"/>
      </w:pPr>
      <w:r>
        <w:t>☐ D. I do not enjoy training courses</w:t>
      </w:r>
    </w:p>
    <w:p>
      <w:r>
        <w:rPr>
          <w:b/>
        </w:rPr>
        <w:t>10. A horse's travel documents do not match its identification.</w:t>
      </w:r>
    </w:p>
    <w:p>
      <w:pPr>
        <w:spacing w:after="20"/>
        <w:ind w:left="288"/>
      </w:pPr>
      <w:r>
        <w:t>☐ A. Pause the movement and resolve the discrepancy through the correct authority</w:t>
      </w:r>
    </w:p>
    <w:p>
      <w:pPr>
        <w:spacing w:after="20"/>
        <w:ind w:left="288"/>
      </w:pPr>
      <w:r>
        <w:t>☐ B. Tell the manager and recheck every document</w:t>
      </w:r>
    </w:p>
    <w:p>
      <w:pPr>
        <w:spacing w:after="20"/>
        <w:ind w:left="288"/>
      </w:pPr>
      <w:r>
        <w:t>☐ C. Correct the paperwork myself without reporting it</w:t>
      </w:r>
    </w:p>
    <w:p>
      <w:pPr>
        <w:spacing w:after="20"/>
        <w:ind w:left="288"/>
      </w:pPr>
      <w:r>
        <w:t>☐ D. Travel anyway and explain if stopped</w:t>
      </w:r>
    </w:p>
    <w:p>
      <w:r>
        <w:rPr>
          <w:b/>
        </w:rPr>
        <w:t>11. Which part of equine logistics sounds most interesting?</w:t>
      </w:r>
    </w:p>
    <w:p>
      <w:pPr>
        <w:spacing w:after="20"/>
        <w:ind w:left="288"/>
      </w:pPr>
      <w:r>
        <w:t>☐ A. Bringing welfare, routes, people, vehicles and documents into one safe plan</w:t>
      </w:r>
    </w:p>
    <w:p>
      <w:pPr>
        <w:spacing w:after="20"/>
        <w:ind w:left="288"/>
      </w:pPr>
      <w:r>
        <w:t>☐ B. Coordinating national and international horse movements</w:t>
      </w:r>
    </w:p>
    <w:p>
      <w:pPr>
        <w:spacing w:after="20"/>
        <w:ind w:left="288"/>
      </w:pPr>
      <w:r>
        <w:t>☐ C. Visiting events and different countries</w:t>
      </w:r>
    </w:p>
    <w:p>
      <w:pPr>
        <w:spacing w:after="20"/>
        <w:ind w:left="288"/>
      </w:pPr>
      <w:r>
        <w:t>☐ D. Driving expensive horses</w:t>
      </w:r>
    </w:p>
    <w:p>
      <w:r>
        <w:rPr>
          <w:b/>
        </w:rPr>
        <w:t>12. You are asked to make a decision outside your authority.</w:t>
      </w:r>
    </w:p>
    <w:p>
      <w:pPr>
        <w:spacing w:after="20"/>
        <w:ind w:left="288"/>
      </w:pPr>
      <w:r>
        <w:t>☐ A. Clarify who is authorised and refer it promptly</w:t>
      </w:r>
    </w:p>
    <w:p>
      <w:pPr>
        <w:spacing w:after="20"/>
        <w:ind w:left="288"/>
      </w:pPr>
      <w:r>
        <w:t>☐ B. Ask the responsible manager or professional</w:t>
      </w:r>
    </w:p>
    <w:p>
      <w:pPr>
        <w:spacing w:after="20"/>
        <w:ind w:left="288"/>
      </w:pPr>
      <w:r>
        <w:t>☐ C. Approve it if it seems reasonable</w:t>
      </w:r>
    </w:p>
    <w:p>
      <w:pPr>
        <w:spacing w:after="20"/>
        <w:ind w:left="288"/>
      </w:pPr>
      <w:r>
        <w:t>☐ D. Say yes to keep the journey moving</w:t>
      </w:r>
    </w:p>
    <w:p>
      <w:r>
        <w:rPr>
          <w:b/>
        </w:rPr>
        <w:t>13. Several horses have different collection times and destinations.</w:t>
      </w:r>
    </w:p>
    <w:p>
      <w:pPr>
        <w:spacing w:after="20"/>
        <w:ind w:left="288"/>
      </w:pPr>
      <w:r>
        <w:t>☐ A. Build a realistic schedule that includes welfare checks, legal limits and contingencies</w:t>
      </w:r>
    </w:p>
    <w:p>
      <w:pPr>
        <w:spacing w:after="20"/>
        <w:ind w:left="288"/>
      </w:pPr>
      <w:r>
        <w:t>☐ B. Use planning software and ask an experienced colleague to review it</w:t>
      </w:r>
    </w:p>
    <w:p>
      <w:pPr>
        <w:spacing w:after="20"/>
        <w:ind w:left="288"/>
      </w:pPr>
      <w:r>
        <w:t>☐ C. Plan only the fastest route</w:t>
      </w:r>
    </w:p>
    <w:p>
      <w:pPr>
        <w:spacing w:after="20"/>
        <w:ind w:left="288"/>
      </w:pPr>
      <w:r>
        <w:t>☐ D. Make the arrangements as the day unfolds</w:t>
      </w:r>
    </w:p>
    <w:p>
      <w:r>
        <w:rPr>
          <w:b/>
        </w:rPr>
        <w:t>14. How do you feel about calm communication under pressure?</w:t>
      </w:r>
    </w:p>
    <w:p>
      <w:pPr>
        <w:spacing w:after="20"/>
        <w:ind w:left="288"/>
      </w:pPr>
      <w:r>
        <w:t>☐ A. It is essential for keeping clients, drivers, grooms and officials correctly informed</w:t>
      </w:r>
    </w:p>
    <w:p>
      <w:pPr>
        <w:spacing w:after="20"/>
        <w:ind w:left="288"/>
      </w:pPr>
      <w:r>
        <w:t>☐ B. I can stay professional with a clear plan</w:t>
      </w:r>
    </w:p>
    <w:p>
      <w:pPr>
        <w:spacing w:after="20"/>
        <w:ind w:left="288"/>
      </w:pPr>
      <w:r>
        <w:t>☐ C. I sometimes avoid difficult updates</w:t>
      </w:r>
    </w:p>
    <w:p>
      <w:pPr>
        <w:spacing w:after="20"/>
        <w:ind w:left="288"/>
      </w:pPr>
      <w:r>
        <w:t>☐ D. I become frustrated when plans change</w:t>
      </w:r>
    </w:p>
    <w:p>
      <w:r>
        <w:rPr>
          <w:b/>
        </w:rPr>
        <w:t>15. A horse is arriving from an area with different health requirements.</w:t>
      </w:r>
    </w:p>
    <w:p>
      <w:pPr>
        <w:spacing w:after="20"/>
        <w:ind w:left="288"/>
      </w:pPr>
      <w:r>
        <w:t>☐ A. Confirm official health, biosecurity and entry requirements before movement</w:t>
      </w:r>
    </w:p>
    <w:p>
      <w:pPr>
        <w:spacing w:after="20"/>
        <w:ind w:left="288"/>
      </w:pPr>
      <w:r>
        <w:t>☐ B. Seek guidance from the relevant vet or authority</w:t>
      </w:r>
    </w:p>
    <w:p>
      <w:pPr>
        <w:spacing w:after="20"/>
        <w:ind w:left="288"/>
      </w:pPr>
      <w:r>
        <w:t>☐ C. Assume the usual paperwork will be enough</w:t>
      </w:r>
    </w:p>
    <w:p>
      <w:pPr>
        <w:spacing w:after="20"/>
        <w:ind w:left="288"/>
      </w:pPr>
      <w:r>
        <w:t>☐ D. Let the destination deal with it after arrival</w:t>
      </w:r>
    </w:p>
    <w:p>
      <w:r>
        <w:rPr>
          <w:b/>
        </w:rPr>
        <w:t>16. You discover that a crucial booking was entered incorrectly.</w:t>
      </w:r>
    </w:p>
    <w:p>
      <w:pPr>
        <w:spacing w:after="20"/>
        <w:ind w:left="288"/>
      </w:pPr>
      <w:r>
        <w:t>☐ A. Own the mistake, correct it quickly and communicate the revised plan</w:t>
      </w:r>
    </w:p>
    <w:p>
      <w:pPr>
        <w:spacing w:after="20"/>
        <w:ind w:left="288"/>
      </w:pPr>
      <w:r>
        <w:t>☐ B. Tell the manager and help arrange an alternative</w:t>
      </w:r>
    </w:p>
    <w:p>
      <w:pPr>
        <w:spacing w:after="20"/>
        <w:ind w:left="288"/>
      </w:pPr>
      <w:r>
        <w:t>☐ C. Wait to see whether anyone notices</w:t>
      </w:r>
    </w:p>
    <w:p>
      <w:pPr>
        <w:spacing w:after="20"/>
        <w:ind w:left="288"/>
      </w:pPr>
      <w:r>
        <w:t>☐ D. Blame another member of the team</w:t>
      </w:r>
    </w:p>
    <w:p>
      <w:r>
        <w:rPr>
          <w:b/>
        </w:rPr>
        <w:t>17. How important is attention to detail in this career?</w:t>
      </w:r>
    </w:p>
    <w:p>
      <w:pPr>
        <w:spacing w:after="20"/>
        <w:ind w:left="288"/>
      </w:pPr>
      <w:r>
        <w:t>☐ A. Essential - one missed detail can affect safety, welfare, timing or permission to travel</w:t>
      </w:r>
    </w:p>
    <w:p>
      <w:pPr>
        <w:spacing w:after="20"/>
        <w:ind w:left="288"/>
      </w:pPr>
      <w:r>
        <w:t>☐ B. Very important</w:t>
      </w:r>
    </w:p>
    <w:p>
      <w:pPr>
        <w:spacing w:after="20"/>
        <w:ind w:left="288"/>
      </w:pPr>
      <w:r>
        <w:t>☐ C. Useful mainly for international journeys</w:t>
      </w:r>
    </w:p>
    <w:p>
      <w:pPr>
        <w:spacing w:after="20"/>
        <w:ind w:left="288"/>
      </w:pPr>
      <w:r>
        <w:t>☐ D. Not particularly important</w:t>
      </w:r>
    </w:p>
    <w:p>
      <w:r>
        <w:rPr>
          <w:b/>
        </w:rPr>
        <w:t>18. A client asks a question about regulations that you cannot answer.</w:t>
      </w:r>
    </w:p>
    <w:p>
      <w:pPr>
        <w:spacing w:after="20"/>
        <w:ind w:left="288"/>
      </w:pPr>
      <w:r>
        <w:t>☐ A. Be honest, check an authoritative source and provide verified information</w:t>
      </w:r>
    </w:p>
    <w:p>
      <w:pPr>
        <w:spacing w:after="20"/>
        <w:ind w:left="288"/>
      </w:pPr>
      <w:r>
        <w:t>☐ B. Refer them to the appropriate authority or specialist</w:t>
      </w:r>
    </w:p>
    <w:p>
      <w:pPr>
        <w:spacing w:after="20"/>
        <w:ind w:left="288"/>
      </w:pPr>
      <w:r>
        <w:t>☐ C. Give my best guess</w:t>
      </w:r>
    </w:p>
    <w:p>
      <w:pPr>
        <w:spacing w:after="20"/>
        <w:ind w:left="288"/>
      </w:pPr>
      <w:r>
        <w:t>☐ D. Say something confident so they trust me</w:t>
      </w:r>
    </w:p>
    <w:p>
      <w:r>
        <w:rPr>
          <w:b/>
        </w:rPr>
        <w:t>19. How would you feel about early starts, weekends and changing schedules?</w:t>
      </w:r>
    </w:p>
    <w:p>
      <w:pPr>
        <w:spacing w:after="20"/>
        <w:ind w:left="288"/>
      </w:pPr>
      <w:r>
        <w:t>☐ A. I would plan reliable cover and remain flexible because horse movements are time-sensitive</w:t>
      </w:r>
    </w:p>
    <w:p>
      <w:pPr>
        <w:spacing w:after="20"/>
        <w:ind w:left="288"/>
      </w:pPr>
      <w:r>
        <w:t>☐ B. I could manage them with a good rota</w:t>
      </w:r>
    </w:p>
    <w:p>
      <w:pPr>
        <w:spacing w:after="20"/>
        <w:ind w:left="288"/>
      </w:pPr>
      <w:r>
        <w:t>☐ C. I would prefer predictable weekday hours</w:t>
      </w:r>
    </w:p>
    <w:p>
      <w:pPr>
        <w:spacing w:after="20"/>
        <w:ind w:left="288"/>
      </w:pPr>
      <w:r>
        <w:t>☐ D. I would dislike that lifestyle</w:t>
      </w:r>
    </w:p>
    <w:p>
      <w:r>
        <w:rPr>
          <w:b/>
        </w:rPr>
        <w:t>20. A promised arrival time is no longer realistic.</w:t>
      </w:r>
    </w:p>
    <w:p>
      <w:pPr>
        <w:spacing w:after="20"/>
        <w:ind w:left="288"/>
      </w:pPr>
      <w:r>
        <w:t>☐ A. Update the client and destination promptly with an honest revised estimate</w:t>
      </w:r>
    </w:p>
    <w:p>
      <w:pPr>
        <w:spacing w:after="20"/>
        <w:ind w:left="288"/>
      </w:pPr>
      <w:r>
        <w:t>☐ B. Confirm the delay with the driver before communicating</w:t>
      </w:r>
    </w:p>
    <w:p>
      <w:pPr>
        <w:spacing w:after="20"/>
        <w:ind w:left="288"/>
      </w:pPr>
      <w:r>
        <w:t>☐ C. Keep the original time to avoid disappointment</w:t>
      </w:r>
    </w:p>
    <w:p>
      <w:pPr>
        <w:spacing w:after="20"/>
        <w:ind w:left="288"/>
      </w:pPr>
      <w:r>
        <w:t>☐ D. Stop answering messages until arrival</w:t>
      </w:r>
    </w:p>
    <w:p>
      <w:r>
        <w:rPr>
          <w:b/>
        </w:rPr>
        <w:t>21. You are tired, but final journey checks still need completing.</w:t>
      </w:r>
    </w:p>
    <w:p>
      <w:pPr>
        <w:spacing w:after="20"/>
        <w:ind w:left="288"/>
      </w:pPr>
      <w:r>
        <w:t>☐ A. Use the checklist carefully and arrange a competent second check if needed</w:t>
      </w:r>
    </w:p>
    <w:p>
      <w:pPr>
        <w:spacing w:after="20"/>
        <w:ind w:left="288"/>
      </w:pPr>
      <w:r>
        <w:t>☐ B. Slow down and verify each essential item</w:t>
      </w:r>
    </w:p>
    <w:p>
      <w:pPr>
        <w:spacing w:after="20"/>
        <w:ind w:left="288"/>
      </w:pPr>
      <w:r>
        <w:t>☐ C. Assume the earlier checks were enough</w:t>
      </w:r>
    </w:p>
    <w:p>
      <w:pPr>
        <w:spacing w:after="20"/>
        <w:ind w:left="288"/>
      </w:pPr>
      <w:r>
        <w:t>☐ D. Skip anything that looks unimportant</w:t>
      </w:r>
    </w:p>
    <w:p>
      <w:r>
        <w:rPr>
          <w:b/>
        </w:rPr>
        <w:t>22. Which description sounds MOST like you?</w:t>
      </w:r>
    </w:p>
    <w:p>
      <w:pPr>
        <w:spacing w:after="20"/>
        <w:ind w:left="288"/>
      </w:pPr>
      <w:r>
        <w:t>☐ A. Organised, calm, accurate, responsible and able to solve problems</w:t>
      </w:r>
    </w:p>
    <w:p>
      <w:pPr>
        <w:spacing w:after="20"/>
        <w:ind w:left="288"/>
      </w:pPr>
      <w:r>
        <w:t>☐ B. Reliable, practical and good at communicating</w:t>
      </w:r>
    </w:p>
    <w:p>
      <w:pPr>
        <w:spacing w:after="20"/>
        <w:ind w:left="288"/>
      </w:pPr>
      <w:r>
        <w:t>☐ C. Mainly attracted by travel and events</w:t>
      </w:r>
    </w:p>
    <w:p>
      <w:pPr>
        <w:spacing w:after="20"/>
        <w:ind w:left="288"/>
      </w:pPr>
      <w:r>
        <w:t>☐ D. I prefer work with fewer rules and deadlines</w:t>
      </w:r>
    </w:p>
    <w:p>
      <w:r>
        <w:rPr>
          <w:b/>
        </w:rPr>
        <w:t>23. Ten years into your career, what would make you proudest?</w:t>
      </w:r>
    </w:p>
    <w:p>
      <w:pPr>
        <w:spacing w:after="20"/>
        <w:ind w:left="288"/>
      </w:pPr>
      <w:r>
        <w:t>☐ A. Running a respected logistics operation known for welfare, safety and reliability</w:t>
      </w:r>
    </w:p>
    <w:p>
      <w:pPr>
        <w:spacing w:after="20"/>
        <w:ind w:left="288"/>
      </w:pPr>
      <w:r>
        <w:t>☐ B. Managing complex national or international horse movements</w:t>
      </w:r>
    </w:p>
    <w:p>
      <w:pPr>
        <w:spacing w:after="20"/>
        <w:ind w:left="288"/>
      </w:pPr>
      <w:r>
        <w:t>☐ C. Travelling to famous competitions</w:t>
      </w:r>
    </w:p>
    <w:p>
      <w:pPr>
        <w:spacing w:after="20"/>
        <w:ind w:left="288"/>
      </w:pPr>
      <w:r>
        <w:t>☐ D. Being well known online</w:t>
      </w:r>
    </w:p>
    <w:p>
      <w:r>
        <w:rPr>
          <w:b/>
        </w:rPr>
        <w:t>24. Which statement sounds MOST like you?</w:t>
      </w:r>
    </w:p>
    <w:p>
      <w:pPr>
        <w:spacing w:after="20"/>
        <w:ind w:left="288"/>
      </w:pPr>
      <w:r>
        <w:t>☐ A. I would enjoy combining horse welfare, planning, regulation and decisive teamwork</w:t>
      </w:r>
    </w:p>
    <w:p>
      <w:pPr>
        <w:spacing w:after="20"/>
        <w:ind w:left="288"/>
      </w:pPr>
      <w:r>
        <w:t>☐ B. I love horses and would work hard to develop professional logistics skills</w:t>
      </w:r>
    </w:p>
    <w:p>
      <w:pPr>
        <w:spacing w:after="20"/>
        <w:ind w:left="288"/>
      </w:pPr>
      <w:r>
        <w:t>☐ C. Transport interests me, but I am unsure about the paperwork and pressure</w:t>
      </w:r>
    </w:p>
    <w:p>
      <w:pPr>
        <w:spacing w:after="20"/>
        <w:ind w:left="288"/>
      </w:pPr>
      <w:r>
        <w:t>☐ D. I would prefer a career with fewer moving parts and deadlines</w:t>
      </w:r>
    </w:p>
    <w:p>
      <w:r>
        <w:br w:type="page"/>
      </w:r>
    </w:p>
    <w:p>
      <w:pPr>
        <w:jc w:val="center"/>
      </w:pPr>
      <w:r>
        <w:rPr>
          <w:b/>
          <w:sz w:val="36"/>
        </w:rPr>
        <w:t>Your EquiPeeps Equine Logistics Match</w:t>
      </w:r>
    </w:p>
    <w:p>
      <w:r>
        <w:t>Behind-the-scenes scoring: A = 3 points, B = 2 points, C = 1 point, D = 0 points. Maximum score: 72. Keep this scoring hidden from teenagers on the website.</w:t>
      </w:r>
    </w:p>
    <w:p>
      <w:r>
        <w:rPr>
          <w:b/>
        </w:rPr>
        <w:t>55-72 - Equine logistics is worth exploring closely</w:t>
      </w:r>
    </w:p>
    <w:p>
      <w:r>
        <w:t>Your answers suggest you may have a strong combination of organisation, accuracy, calm judgement, communication and commitment to horse welfare. You also appear to understand that professional logistics depends on preparation, reliable information and responsible decisions when plans change.</w:t>
      </w:r>
    </w:p>
    <w:p>
      <w:r>
        <w:rPr>
          <w:b/>
        </w:rPr>
        <w:t>38-54 - There's plenty here worth exploring</w:t>
      </w:r>
    </w:p>
    <w:p>
      <w:r>
        <w:t>Several aspects of equine logistics seem to suit you. Gaining supervised experience with reputable transporters, events or competition yards would help you understand how planning, welfare, documentation and teamwork connect in real journeys.</w:t>
      </w:r>
    </w:p>
    <w:p>
      <w:r>
        <w:rPr>
          <w:b/>
        </w:rPr>
        <w:t>20-37 - Another equestrian career may suit you differently</w:t>
      </w:r>
    </w:p>
    <w:p>
      <w:r>
        <w:t>You may enjoy travel and horse events without wanting the detailed paperwork, regulations, changing schedules or responsibility involved in logistics. Explore grooming, event work, hospitality, administration or another equine role.</w:t>
      </w:r>
    </w:p>
    <w:p>
      <w:r>
        <w:rPr>
          <w:b/>
        </w:rPr>
        <w:t>0-19 - Let's explore!</w:t>
      </w:r>
    </w:p>
    <w:p>
      <w:r>
        <w:t>Equine logistics may not currently match your interests or preferred working style. Your strengths could lead to an exciting and valuable career elsewhere in the equestrian industry.</w:t>
      </w:r>
    </w:p>
    <w:p>
      <w:r>
        <w:rPr>
          <w:b/>
        </w:rPr>
        <w:t>One Important Question - Can you protect welfare when time and money are under pressure?</w:t>
      </w:r>
    </w:p>
    <w:p>
      <w:r>
        <w:t>A professional logistics plan is never just about reaching a destination quickly. It must consider the horse, competent people, a suitable vehicle, current documents, safe routes, rest and monitoring, biosecurity, emergencies and honest communication. If a journey cannot be completed safely and lawfully, it must change.</w:t>
      </w:r>
    </w:p>
    <w:p>
      <w:r>
        <w:rPr>
          <w:b/>
        </w:rPr>
        <w:t>Your EquiPeeps Challenge</w:t>
      </w:r>
    </w:p>
    <w:p>
      <w:r>
        <w:t>With guidance from an experienced professional, plan a fictional local journey for one horse. List the information you would need about the horse, vehicle, driver, route, weather, timings, destination and emergency contacts. Add a pre-departure checklist and one contingency for a delay. Do not transport a horse or interpret regulations without qualified adult supervision and current official guidance.</w:t>
      </w:r>
    </w:p>
    <w:p>
      <w:r>
        <w:rPr>
          <w:b/>
        </w:rPr>
        <w:t>What would I actually do?</w:t>
      </w:r>
    </w:p>
    <w:p>
      <w:r>
        <w:t>An equine logistics professional may plan routes and schedules, coordinate drivers and grooms, confirm suitable vehicles, maintain booking and movement records, check documentation, communicate with clients and destinations, arrange ferries or flights, support customs and health processes, monitor journeys and respond to delays or emergencies. Duties depend on whether the role covers local transport, racing, breeding, sales, events or international movement.</w:t>
      </w:r>
    </w:p>
    <w:p>
      <w:r>
        <w:rPr>
          <w:b/>
        </w:rPr>
        <w:t>How do I qualify?</w:t>
      </w:r>
    </w:p>
    <w:p>
      <w:r>
        <w:t>There is no single route. People may progress through horse care, driving, transport administration, event operations, apprenticeships, college or university courses in logistics, business or equine studies. Employers may require relevant driving entitlements, professional competence, animal-transport training and strong practical horse knowledge. International work requires specialist knowledge. Always check current legal, licensing, welfare and employer requirements.</w:t>
      </w:r>
    </w:p>
    <w:p>
      <w:r>
        <w:rPr>
          <w:b/>
        </w:rPr>
        <w:t>What subjects should I consider?</w:t>
      </w:r>
    </w:p>
    <w:p>
      <w:r>
        <w:t>Maths helps with times, distances, weights, costs and schedules. Geography supports route and international planning. English is important for documents, instructions and client communication. Information technology supports bookings, tracking and records. Business develops budgeting and customer-service skills, while biology and practical horse knowledge strengthen welfare decisions.</w:t>
      </w:r>
    </w:p>
    <w:p>
      <w:r>
        <w:rPr>
          <w:b/>
        </w:rPr>
        <w:t>Could I train abroad? 🌍</w:t>
      </w:r>
    </w:p>
    <w:p>
      <w:r>
        <w:t>Potentially, yes. Competition horses, bloodstock and breeding animals move between countries worldwide. International logistics can involve border systems, customs, veterinary certification, disease controls, transport rules, insurance and changing entry requirements. Specialist training and reputable employers are essential, and every journey must follow the current rules for all countries involved.</w:t>
      </w:r>
    </w:p>
    <w:p>
      <w:r>
        <w:rPr>
          <w:b/>
        </w:rPr>
        <w:t>Where could this career take me?</w:t>
      </w:r>
    </w:p>
    <w:p>
      <w:r>
        <w:t>You could work for a specialist horse transporter, stud, racing yard, competition stable, sales company, event organiser, shipping agent, airline cargo team or equestrian organisation. With experience, you might become a transport coordinator, fleet manager, international movement specialist, operations manager, bloodstock shipping agent or owner of a compliant equine logistics business.</w:t>
      </w:r>
    </w:p>
    <w:p>
      <w:r>
        <w:rPr>
          <w:b/>
        </w:rPr>
        <w:t>EquiPeeps Professional Lesson</w:t>
      </w:r>
    </w:p>
    <w:p>
      <w:r>
        <w:t>A professional equine logistics specialist does not simply book a lorry and choose a route. A professional checks every detail, communicates early, prepares alternatives, understands their authority and puts the horse's welfare and safety ahead of convenience, pressure or profit.</w:t>
      </w:r>
    </w:p>
    <w:p>
      <w:r>
        <w:t>This is a career discovery activity, not a professional psychometric or aptitude assessment. It cannot tell you whether you can or cannot build a career in Equine Logistics.</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EquiPeeps Equine Logistics Career Match</dc:title>
  <dc:subject>Career discovery activity for aspiring equine logistics professionals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