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Equine Manufacturing Professional</w:t>
      </w:r>
    </w:p>
    <w:p>
      <w:r>
        <w:t>A career in equine manufacturing turns ideas into products used by horses, riders, yards and equestrian businesses. It can combine design, engineering, materials, skilled production, technology, quality control and commercial thinking. The strongest professionals understand that reliability, welfare and safety must be built into every product.</w:t>
      </w:r>
    </w:p>
    <w:p>
      <w:r>
        <w:rPr>
          <w:b/>
        </w:rPr>
        <w:t>There are no right or wrong answers. Choose the answer that sounds MOST like you.</w:t>
      </w:r>
    </w:p>
    <w:p>
      <w:r>
        <w:rPr>
          <w:b/>
        </w:rPr>
        <w:t>1. How interested are you in how equestrian products are designed and made?</w:t>
      </w:r>
    </w:p>
    <w:p>
      <w:pPr>
        <w:spacing w:after="20"/>
        <w:ind w:left="288"/>
      </w:pPr>
      <w:r>
        <w:t>☐ A. Very - I want to understand materials, processes, testing and practical use</w:t>
      </w:r>
    </w:p>
    <w:p>
      <w:pPr>
        <w:spacing w:after="20"/>
        <w:ind w:left="288"/>
      </w:pPr>
      <w:r>
        <w:t>☐ B. Fairly interested</w:t>
      </w:r>
    </w:p>
    <w:p>
      <w:pPr>
        <w:spacing w:after="20"/>
        <w:ind w:left="288"/>
      </w:pPr>
      <w:r>
        <w:t>☐ C. I mainly like finished products</w:t>
      </w:r>
    </w:p>
    <w:p>
      <w:pPr>
        <w:spacing w:after="20"/>
        <w:ind w:left="288"/>
      </w:pPr>
      <w:r>
        <w:t>☐ D. Manufacturing does not interest me</w:t>
      </w:r>
    </w:p>
    <w:p>
      <w:r>
        <w:rPr>
          <w:b/>
        </w:rPr>
        <w:t>2. A prototype horse product fails during testing. What would you do?</w:t>
      </w:r>
    </w:p>
    <w:p>
      <w:pPr>
        <w:spacing w:after="20"/>
        <w:ind w:left="288"/>
      </w:pPr>
      <w:r>
        <w:t>☐ A. Stop, investigate the cause, record it and improve the design before further use</w:t>
      </w:r>
    </w:p>
    <w:p>
      <w:pPr>
        <w:spacing w:after="20"/>
        <w:ind w:left="288"/>
      </w:pPr>
      <w:r>
        <w:t>☐ B. Report it to the responsible designer or engineer</w:t>
      </w:r>
    </w:p>
    <w:p>
      <w:pPr>
        <w:spacing w:after="20"/>
        <w:ind w:left="288"/>
      </w:pPr>
      <w:r>
        <w:t>☐ C. Make a quick repair and sell it</w:t>
      </w:r>
    </w:p>
    <w:p>
      <w:pPr>
        <w:spacing w:after="20"/>
        <w:ind w:left="288"/>
      </w:pPr>
      <w:r>
        <w:t>☐ D. Hide the result so the project continues</w:t>
      </w:r>
    </w:p>
    <w:p>
      <w:r>
        <w:rPr>
          <w:b/>
        </w:rPr>
        <w:t>3. How do you feel about accurate measurements and specifications?</w:t>
      </w:r>
    </w:p>
    <w:p>
      <w:pPr>
        <w:spacing w:after="20"/>
        <w:ind w:left="288"/>
      </w:pPr>
      <w:r>
        <w:t>☐ A. They are essential for safe, consistent products</w:t>
      </w:r>
    </w:p>
    <w:p>
      <w:pPr>
        <w:spacing w:after="20"/>
        <w:ind w:left="288"/>
      </w:pPr>
      <w:r>
        <w:t>☐ B. I would check them carefully</w:t>
      </w:r>
    </w:p>
    <w:p>
      <w:pPr>
        <w:spacing w:after="20"/>
        <w:ind w:left="288"/>
      </w:pPr>
      <w:r>
        <w:t>☐ C. I prefer estimating by eye</w:t>
      </w:r>
    </w:p>
    <w:p>
      <w:pPr>
        <w:spacing w:after="20"/>
        <w:ind w:left="288"/>
      </w:pPr>
      <w:r>
        <w:t>☐ D. Small differences do not matter</w:t>
      </w:r>
    </w:p>
    <w:p>
      <w:r>
        <w:rPr>
          <w:b/>
        </w:rPr>
        <w:t>4. A machine guard appears damaged before production begins.</w:t>
      </w:r>
    </w:p>
    <w:p>
      <w:pPr>
        <w:spacing w:after="20"/>
        <w:ind w:left="288"/>
      </w:pPr>
      <w:r>
        <w:t>☐ A. Stop and follow the safety reporting procedure</w:t>
      </w:r>
    </w:p>
    <w:p>
      <w:pPr>
        <w:spacing w:after="20"/>
        <w:ind w:left="288"/>
      </w:pPr>
      <w:r>
        <w:t>☐ B. Tell the supervisor and keep the area clear</w:t>
      </w:r>
    </w:p>
    <w:p>
      <w:pPr>
        <w:spacing w:after="20"/>
        <w:ind w:left="288"/>
      </w:pPr>
      <w:r>
        <w:t>☐ C. Use the machine slowly</w:t>
      </w:r>
    </w:p>
    <w:p>
      <w:pPr>
        <w:spacing w:after="20"/>
        <w:ind w:left="288"/>
      </w:pPr>
      <w:r>
        <w:t>☐ D. Ignore it to avoid delaying production</w:t>
      </w:r>
    </w:p>
    <w:p>
      <w:r>
        <w:rPr>
          <w:b/>
        </w:rPr>
        <w:t>5. Which school subjects sound most useful to you?</w:t>
      </w:r>
    </w:p>
    <w:p>
      <w:pPr>
        <w:spacing w:after="20"/>
        <w:ind w:left="288"/>
      </w:pPr>
      <w:r>
        <w:t>☐ A. Design and technology, maths and science</w:t>
      </w:r>
    </w:p>
    <w:p>
      <w:pPr>
        <w:spacing w:after="20"/>
        <w:ind w:left="288"/>
      </w:pPr>
      <w:r>
        <w:t>☐ B. Information technology and art</w:t>
      </w:r>
    </w:p>
    <w:p>
      <w:pPr>
        <w:spacing w:after="20"/>
        <w:ind w:left="288"/>
      </w:pPr>
      <w:r>
        <w:t>☐ C. Business and English</w:t>
      </w:r>
    </w:p>
    <w:p>
      <w:pPr>
        <w:spacing w:after="20"/>
        <w:ind w:left="288"/>
      </w:pPr>
      <w:r>
        <w:t>☐ D. Physical education</w:t>
      </w:r>
    </w:p>
    <w:p>
      <w:r>
        <w:rPr>
          <w:b/>
        </w:rPr>
        <w:t>6. A customer reports that a batch of products may be faulty.</w:t>
      </w:r>
    </w:p>
    <w:p>
      <w:pPr>
        <w:spacing w:after="20"/>
        <w:ind w:left="288"/>
      </w:pPr>
      <w:r>
        <w:t>☐ A. Trace the batch, investigate promptly and follow the quality and safety process</w:t>
      </w:r>
    </w:p>
    <w:p>
      <w:pPr>
        <w:spacing w:after="20"/>
        <w:ind w:left="288"/>
      </w:pPr>
      <w:r>
        <w:t>☐ B. Alert the quality manager and gather the facts</w:t>
      </w:r>
    </w:p>
    <w:p>
      <w:pPr>
        <w:spacing w:after="20"/>
        <w:ind w:left="288"/>
      </w:pPr>
      <w:r>
        <w:t>☐ C. Replace only the item that was reported</w:t>
      </w:r>
    </w:p>
    <w:p>
      <w:pPr>
        <w:spacing w:after="20"/>
        <w:ind w:left="288"/>
      </w:pPr>
      <w:r>
        <w:t>☐ D. Assume the customer used it incorrectly</w:t>
      </w:r>
    </w:p>
    <w:p>
      <w:r>
        <w:rPr>
          <w:b/>
        </w:rPr>
        <w:t>7. How do you feel about learning how different materials behave?</w:t>
      </w:r>
    </w:p>
    <w:p>
      <w:pPr>
        <w:spacing w:after="20"/>
        <w:ind w:left="288"/>
      </w:pPr>
      <w:r>
        <w:t>☐ A. I would enjoy comparing strength, durability, comfort, weight and environmental impact</w:t>
      </w:r>
    </w:p>
    <w:p>
      <w:pPr>
        <w:spacing w:after="20"/>
        <w:ind w:left="288"/>
      </w:pPr>
      <w:r>
        <w:t>☐ B. I would learn what is needed for each product</w:t>
      </w:r>
    </w:p>
    <w:p>
      <w:pPr>
        <w:spacing w:after="20"/>
        <w:ind w:left="288"/>
      </w:pPr>
      <w:r>
        <w:t>☐ C. I would choose mainly by appearance</w:t>
      </w:r>
    </w:p>
    <w:p>
      <w:pPr>
        <w:spacing w:after="20"/>
        <w:ind w:left="288"/>
      </w:pPr>
      <w:r>
        <w:t>☐ D. All materials seem much the same</w:t>
      </w:r>
    </w:p>
    <w:p>
      <w:r>
        <w:rPr>
          <w:b/>
        </w:rPr>
        <w:t>8. A cheaper material does not meet the required standard.</w:t>
      </w:r>
    </w:p>
    <w:p>
      <w:pPr>
        <w:spacing w:after="20"/>
        <w:ind w:left="288"/>
      </w:pPr>
      <w:r>
        <w:t>☐ A. Reject it and explain why quality and safety requirements must be met</w:t>
      </w:r>
    </w:p>
    <w:p>
      <w:pPr>
        <w:spacing w:after="20"/>
        <w:ind w:left="288"/>
      </w:pPr>
      <w:r>
        <w:t>☐ B. Ask the technical or quality team to confirm</w:t>
      </w:r>
    </w:p>
    <w:p>
      <w:pPr>
        <w:spacing w:after="20"/>
        <w:ind w:left="288"/>
      </w:pPr>
      <w:r>
        <w:t>☐ C. Use it for a small production run</w:t>
      </w:r>
    </w:p>
    <w:p>
      <w:pPr>
        <w:spacing w:after="20"/>
        <w:ind w:left="288"/>
      </w:pPr>
      <w:r>
        <w:t>☐ D. Use it without telling the customer</w:t>
      </w:r>
    </w:p>
    <w:p>
      <w:r>
        <w:rPr>
          <w:b/>
        </w:rPr>
        <w:t>9. How do you feel about continually learning throughout your career?</w:t>
      </w:r>
    </w:p>
    <w:p>
      <w:pPr>
        <w:spacing w:after="20"/>
        <w:ind w:left="288"/>
      </w:pPr>
      <w:r>
        <w:t>☐ A. I would keep updating my technical, digital, safety and sustainability knowledge</w:t>
      </w:r>
    </w:p>
    <w:p>
      <w:pPr>
        <w:spacing w:after="20"/>
        <w:ind w:left="288"/>
      </w:pPr>
      <w:r>
        <w:t>☐ B. I would attend regular training</w:t>
      </w:r>
    </w:p>
    <w:p>
      <w:pPr>
        <w:spacing w:after="20"/>
        <w:ind w:left="288"/>
      </w:pPr>
      <w:r>
        <w:t>☐ C. I would rely mainly on experience</w:t>
      </w:r>
    </w:p>
    <w:p>
      <w:pPr>
        <w:spacing w:after="20"/>
        <w:ind w:left="288"/>
      </w:pPr>
      <w:r>
        <w:t>☐ D. I do not enjoy learning new systems</w:t>
      </w:r>
    </w:p>
    <w:p>
      <w:r>
        <w:rPr>
          <w:b/>
        </w:rPr>
        <w:t>10. A worker notices the same production error happening repeatedly.</w:t>
      </w:r>
    </w:p>
    <w:p>
      <w:pPr>
        <w:spacing w:after="20"/>
        <w:ind w:left="288"/>
      </w:pPr>
      <w:r>
        <w:t>☐ A. Pause the process, investigate the root cause and prevent it recurring</w:t>
      </w:r>
    </w:p>
    <w:p>
      <w:pPr>
        <w:spacing w:after="20"/>
        <w:ind w:left="288"/>
      </w:pPr>
      <w:r>
        <w:t>☐ B. Report the pattern to the production manager</w:t>
      </w:r>
    </w:p>
    <w:p>
      <w:pPr>
        <w:spacing w:after="20"/>
        <w:ind w:left="288"/>
      </w:pPr>
      <w:r>
        <w:t>☐ C. Correct each item without changing the process</w:t>
      </w:r>
    </w:p>
    <w:p>
      <w:pPr>
        <w:spacing w:after="20"/>
        <w:ind w:left="288"/>
      </w:pPr>
      <w:r>
        <w:t>☐ D. Ignore errors that customers may not notice</w:t>
      </w:r>
    </w:p>
    <w:p>
      <w:r>
        <w:rPr>
          <w:b/>
        </w:rPr>
        <w:t>11. Which part of equine manufacturing sounds most interesting?</w:t>
      </w:r>
    </w:p>
    <w:p>
      <w:pPr>
        <w:spacing w:after="20"/>
        <w:ind w:left="288"/>
      </w:pPr>
      <w:r>
        <w:t>☐ A. Turning a genuine horse or rider need into a safe, reliable product</w:t>
      </w:r>
    </w:p>
    <w:p>
      <w:pPr>
        <w:spacing w:after="20"/>
        <w:ind w:left="288"/>
      </w:pPr>
      <w:r>
        <w:t>☐ B. Design, materials, production and quality control</w:t>
      </w:r>
    </w:p>
    <w:p>
      <w:pPr>
        <w:spacing w:after="20"/>
        <w:ind w:left="288"/>
      </w:pPr>
      <w:r>
        <w:t>☐ C. Packaging and promoting finished products</w:t>
      </w:r>
    </w:p>
    <w:p>
      <w:pPr>
        <w:spacing w:after="20"/>
        <w:ind w:left="288"/>
      </w:pPr>
      <w:r>
        <w:t>☐ D. Receiving free equestrian equipment</w:t>
      </w:r>
    </w:p>
    <w:p>
      <w:r>
        <w:rPr>
          <w:b/>
        </w:rPr>
        <w:t>12. You are asked to approve a technical decision outside your competence.</w:t>
      </w:r>
    </w:p>
    <w:p>
      <w:pPr>
        <w:spacing w:after="20"/>
        <w:ind w:left="288"/>
      </w:pPr>
      <w:r>
        <w:t>☐ A. Explain my limits and refer it to the qualified person</w:t>
      </w:r>
    </w:p>
    <w:p>
      <w:pPr>
        <w:spacing w:after="20"/>
        <w:ind w:left="288"/>
      </w:pPr>
      <w:r>
        <w:t>☐ B. Ask a senior colleague or engineer</w:t>
      </w:r>
    </w:p>
    <w:p>
      <w:pPr>
        <w:spacing w:after="20"/>
        <w:ind w:left="288"/>
      </w:pPr>
      <w:r>
        <w:t>☐ C. Approve it if it looks right</w:t>
      </w:r>
    </w:p>
    <w:p>
      <w:pPr>
        <w:spacing w:after="20"/>
        <w:ind w:left="288"/>
      </w:pPr>
      <w:r>
        <w:t>☐ D. Sign it to keep production moving</w:t>
      </w:r>
    </w:p>
    <w:p>
      <w:r>
        <w:rPr>
          <w:b/>
        </w:rPr>
        <w:t>13. A product works for one horse but causes rubbing on another.</w:t>
      </w:r>
    </w:p>
    <w:p>
      <w:pPr>
        <w:spacing w:after="20"/>
        <w:ind w:left="288"/>
      </w:pPr>
      <w:r>
        <w:t>☐ A. Gather evidence, examine fit and use, and review whether the design needs options or changes</w:t>
      </w:r>
    </w:p>
    <w:p>
      <w:pPr>
        <w:spacing w:after="20"/>
        <w:ind w:left="288"/>
      </w:pPr>
      <w:r>
        <w:t>☐ B. Ask product specialists and users for detailed feedback</w:t>
      </w:r>
    </w:p>
    <w:p>
      <w:pPr>
        <w:spacing w:after="20"/>
        <w:ind w:left="288"/>
      </w:pPr>
      <w:r>
        <w:t>☐ C. Say the second horse is unusually shaped</w:t>
      </w:r>
    </w:p>
    <w:p>
      <w:pPr>
        <w:spacing w:after="20"/>
        <w:ind w:left="288"/>
      </w:pPr>
      <w:r>
        <w:t>☐ D. Continue selling it without investigation</w:t>
      </w:r>
    </w:p>
    <w:p>
      <w:r>
        <w:rPr>
          <w:b/>
        </w:rPr>
        <w:t>14. How do you feel about production records and quality checks?</w:t>
      </w:r>
    </w:p>
    <w:p>
      <w:pPr>
        <w:spacing w:after="20"/>
        <w:ind w:left="288"/>
      </w:pPr>
      <w:r>
        <w:t>☐ A. They provide essential evidence that products were made and checked correctly</w:t>
      </w:r>
    </w:p>
    <w:p>
      <w:pPr>
        <w:spacing w:after="20"/>
        <w:ind w:left="288"/>
      </w:pPr>
      <w:r>
        <w:t>☐ B. I would complete them carefully</w:t>
      </w:r>
    </w:p>
    <w:p>
      <w:pPr>
        <w:spacing w:after="20"/>
        <w:ind w:left="288"/>
      </w:pPr>
      <w:r>
        <w:t>☐ C. I would do the minimum paperwork</w:t>
      </w:r>
    </w:p>
    <w:p>
      <w:pPr>
        <w:spacing w:after="20"/>
        <w:ind w:left="288"/>
      </w:pPr>
      <w:r>
        <w:t>☐ D. Experienced workers do not need records</w:t>
      </w:r>
    </w:p>
    <w:p>
      <w:r>
        <w:rPr>
          <w:b/>
        </w:rPr>
        <w:t>15. A new design looks impressive but is difficult to use safely.</w:t>
      </w:r>
    </w:p>
    <w:p>
      <w:pPr>
        <w:spacing w:after="20"/>
        <w:ind w:left="288"/>
      </w:pPr>
      <w:r>
        <w:t>☐ A. Improve its function and safety before focusing on appearance</w:t>
      </w:r>
    </w:p>
    <w:p>
      <w:pPr>
        <w:spacing w:after="20"/>
        <w:ind w:left="288"/>
      </w:pPr>
      <w:r>
        <w:t>☐ B. Arrange practical testing with appropriate experts</w:t>
      </w:r>
    </w:p>
    <w:p>
      <w:pPr>
        <w:spacing w:after="20"/>
        <w:ind w:left="288"/>
      </w:pPr>
      <w:r>
        <w:t>☐ C. Sell it as a premium design</w:t>
      </w:r>
    </w:p>
    <w:p>
      <w:pPr>
        <w:spacing w:after="20"/>
        <w:ind w:left="288"/>
      </w:pPr>
      <w:r>
        <w:t>☐ D. Assume users will learn how to manage it</w:t>
      </w:r>
    </w:p>
    <w:p>
      <w:r>
        <w:rPr>
          <w:b/>
        </w:rPr>
        <w:t>16. You discover that an important measurement in the instructions is wrong.</w:t>
      </w:r>
    </w:p>
    <w:p>
      <w:pPr>
        <w:spacing w:after="20"/>
        <w:ind w:left="288"/>
      </w:pPr>
      <w:r>
        <w:t>☐ A. Correct it, identify affected products and communicate through the proper process</w:t>
      </w:r>
    </w:p>
    <w:p>
      <w:pPr>
        <w:spacing w:after="20"/>
        <w:ind w:left="288"/>
      </w:pPr>
      <w:r>
        <w:t>☐ B. Tell the manager immediately</w:t>
      </w:r>
    </w:p>
    <w:p>
      <w:pPr>
        <w:spacing w:after="20"/>
        <w:ind w:left="288"/>
      </w:pPr>
      <w:r>
        <w:t>☐ C. Change future copies only</w:t>
      </w:r>
    </w:p>
    <w:p>
      <w:pPr>
        <w:spacing w:after="20"/>
        <w:ind w:left="288"/>
      </w:pPr>
      <w:r>
        <w:t>☐ D. Leave it because recalling information is expensive</w:t>
      </w:r>
    </w:p>
    <w:p>
      <w:r>
        <w:rPr>
          <w:b/>
        </w:rPr>
        <w:t>17. How important is attention to detail in this career?</w:t>
      </w:r>
    </w:p>
    <w:p>
      <w:pPr>
        <w:spacing w:after="20"/>
        <w:ind w:left="288"/>
      </w:pPr>
      <w:r>
        <w:t>☐ A. Essential - small errors can affect fit, strength, consistency and safety</w:t>
      </w:r>
    </w:p>
    <w:p>
      <w:pPr>
        <w:spacing w:after="20"/>
        <w:ind w:left="288"/>
      </w:pPr>
      <w:r>
        <w:t>☐ B. Very important</w:t>
      </w:r>
    </w:p>
    <w:p>
      <w:pPr>
        <w:spacing w:after="20"/>
        <w:ind w:left="288"/>
      </w:pPr>
      <w:r>
        <w:t>☐ C. Useful mainly for expensive products</w:t>
      </w:r>
    </w:p>
    <w:p>
      <w:pPr>
        <w:spacing w:after="20"/>
        <w:ind w:left="288"/>
      </w:pPr>
      <w:r>
        <w:t>☐ D. Not particularly important</w:t>
      </w:r>
    </w:p>
    <w:p>
      <w:r>
        <w:rPr>
          <w:b/>
        </w:rPr>
        <w:t>18. A customer asks a technical question you cannot answer.</w:t>
      </w:r>
    </w:p>
    <w:p>
      <w:pPr>
        <w:spacing w:after="20"/>
        <w:ind w:left="288"/>
      </w:pPr>
      <w:r>
        <w:t>☐ A. Be honest, check with the right specialist and provide verified information</w:t>
      </w:r>
    </w:p>
    <w:p>
      <w:pPr>
        <w:spacing w:after="20"/>
        <w:ind w:left="288"/>
      </w:pPr>
      <w:r>
        <w:t>☐ B. Refer them to the technical team</w:t>
      </w:r>
    </w:p>
    <w:p>
      <w:pPr>
        <w:spacing w:after="20"/>
        <w:ind w:left="288"/>
      </w:pPr>
      <w:r>
        <w:t>☐ C. Give my best guess</w:t>
      </w:r>
    </w:p>
    <w:p>
      <w:pPr>
        <w:spacing w:after="20"/>
        <w:ind w:left="288"/>
      </w:pPr>
      <w:r>
        <w:t>☐ D. Say something confident so they trust the brand</w:t>
      </w:r>
    </w:p>
    <w:p>
      <w:r>
        <w:rPr>
          <w:b/>
        </w:rPr>
        <w:t>19. How would you feel about combining creative design with practical testing?</w:t>
      </w:r>
    </w:p>
    <w:p>
      <w:pPr>
        <w:spacing w:after="20"/>
        <w:ind w:left="288"/>
      </w:pPr>
      <w:r>
        <w:t>☐ A. I would enjoy developing ideas, measuring results and improving prototypes</w:t>
      </w:r>
    </w:p>
    <w:p>
      <w:pPr>
        <w:spacing w:after="20"/>
        <w:ind w:left="288"/>
      </w:pPr>
      <w:r>
        <w:t>☐ B. I could adapt to that process</w:t>
      </w:r>
    </w:p>
    <w:p>
      <w:pPr>
        <w:spacing w:after="20"/>
        <w:ind w:left="288"/>
      </w:pPr>
      <w:r>
        <w:t>☐ C. I would prefer only the creative stage</w:t>
      </w:r>
    </w:p>
    <w:p>
      <w:pPr>
        <w:spacing w:after="20"/>
        <w:ind w:left="288"/>
      </w:pPr>
      <w:r>
        <w:t>☐ D. Testing and revisions would frustrate me</w:t>
      </w:r>
    </w:p>
    <w:p>
      <w:r>
        <w:rPr>
          <w:b/>
        </w:rPr>
        <w:t>20. A production deadline conflicts with a required safety check.</w:t>
      </w:r>
    </w:p>
    <w:p>
      <w:pPr>
        <w:spacing w:after="20"/>
        <w:ind w:left="288"/>
      </w:pPr>
      <w:r>
        <w:t>☐ A. Protect the safety process and explain why the deadline must change</w:t>
      </w:r>
    </w:p>
    <w:p>
      <w:pPr>
        <w:spacing w:after="20"/>
        <w:ind w:left="288"/>
      </w:pPr>
      <w:r>
        <w:t>☐ B. Raise the issue with the responsible manager</w:t>
      </w:r>
    </w:p>
    <w:p>
      <w:pPr>
        <w:spacing w:after="20"/>
        <w:ind w:left="288"/>
      </w:pPr>
      <w:r>
        <w:t>☐ C. Shorten the check to save time</w:t>
      </w:r>
    </w:p>
    <w:p>
      <w:pPr>
        <w:spacing w:after="20"/>
        <w:ind w:left="288"/>
      </w:pPr>
      <w:r>
        <w:t>☐ D. Skip it because the order is urgent</w:t>
      </w:r>
    </w:p>
    <w:p>
      <w:r>
        <w:rPr>
          <w:b/>
        </w:rPr>
        <w:t>21. You are tired, but a final inspection still needs completing.</w:t>
      </w:r>
    </w:p>
    <w:p>
      <w:pPr>
        <w:spacing w:after="20"/>
        <w:ind w:left="288"/>
      </w:pPr>
      <w:r>
        <w:t>☐ A. Follow the checklist carefully and arrange a competent second check if needed</w:t>
      </w:r>
    </w:p>
    <w:p>
      <w:pPr>
        <w:spacing w:after="20"/>
        <w:ind w:left="288"/>
      </w:pPr>
      <w:r>
        <w:t>☐ B. Slow down and verify every critical point</w:t>
      </w:r>
    </w:p>
    <w:p>
      <w:pPr>
        <w:spacing w:after="20"/>
        <w:ind w:left="288"/>
      </w:pPr>
      <w:r>
        <w:t>☐ C. Approve the batch and check later</w:t>
      </w:r>
    </w:p>
    <w:p>
      <w:pPr>
        <w:spacing w:after="20"/>
        <w:ind w:left="288"/>
      </w:pPr>
      <w:r>
        <w:t>☐ D. Sign it off because it probably passed</w:t>
      </w:r>
    </w:p>
    <w:p>
      <w:r>
        <w:rPr>
          <w:b/>
        </w:rPr>
        <w:t>22. Which description sounds MOST like you?</w:t>
      </w:r>
    </w:p>
    <w:p>
      <w:pPr>
        <w:spacing w:after="20"/>
        <w:ind w:left="288"/>
      </w:pPr>
      <w:r>
        <w:t>☐ A. Practical, creative, accurate, curious and committed to quality</w:t>
      </w:r>
    </w:p>
    <w:p>
      <w:pPr>
        <w:spacing w:after="20"/>
        <w:ind w:left="288"/>
      </w:pPr>
      <w:r>
        <w:t>☐ B. Reliable, organised and willing to solve problems</w:t>
      </w:r>
    </w:p>
    <w:p>
      <w:pPr>
        <w:spacing w:after="20"/>
        <w:ind w:left="288"/>
      </w:pPr>
      <w:r>
        <w:t>☐ C. Mainly interested in stylish equestrian products</w:t>
      </w:r>
    </w:p>
    <w:p>
      <w:pPr>
        <w:spacing w:after="20"/>
        <w:ind w:left="288"/>
      </w:pPr>
      <w:r>
        <w:t>☐ D. I prefer work with fewer checks and technical details</w:t>
      </w:r>
    </w:p>
    <w:p>
      <w:r>
        <w:rPr>
          <w:b/>
        </w:rPr>
        <w:t>23. Ten years into your career, what would make you proudest?</w:t>
      </w:r>
    </w:p>
    <w:p>
      <w:pPr>
        <w:spacing w:after="20"/>
        <w:ind w:left="288"/>
      </w:pPr>
      <w:r>
        <w:t>☐ A. Creating respected products that improve safety, welfare or performance</w:t>
      </w:r>
    </w:p>
    <w:p>
      <w:pPr>
        <w:spacing w:after="20"/>
        <w:ind w:left="288"/>
      </w:pPr>
      <w:r>
        <w:t>☐ B. Leading a successful design, production or quality team</w:t>
      </w:r>
    </w:p>
    <w:p>
      <w:pPr>
        <w:spacing w:after="20"/>
        <w:ind w:left="288"/>
      </w:pPr>
      <w:r>
        <w:t>☐ C. Launching a fashionable brand</w:t>
      </w:r>
    </w:p>
    <w:p>
      <w:pPr>
        <w:spacing w:after="20"/>
        <w:ind w:left="288"/>
      </w:pPr>
      <w:r>
        <w:t>☐ D. Being well known online</w:t>
      </w:r>
    </w:p>
    <w:p>
      <w:r>
        <w:rPr>
          <w:b/>
        </w:rPr>
        <w:t>24. Which statement sounds MOST like you?</w:t>
      </w:r>
    </w:p>
    <w:p>
      <w:pPr>
        <w:spacing w:after="20"/>
        <w:ind w:left="288"/>
      </w:pPr>
      <w:r>
        <w:t>☐ A. I would enjoy combining design, technology, quality and equestrian knowledge</w:t>
      </w:r>
    </w:p>
    <w:p>
      <w:pPr>
        <w:spacing w:after="20"/>
        <w:ind w:left="288"/>
      </w:pPr>
      <w:r>
        <w:t>☐ B. I love horses and would work hard to develop manufacturing skills</w:t>
      </w:r>
    </w:p>
    <w:p>
      <w:pPr>
        <w:spacing w:after="20"/>
        <w:ind w:left="288"/>
      </w:pPr>
      <w:r>
        <w:t>☐ C. Products interest me, but I am unsure about technical study and testing</w:t>
      </w:r>
    </w:p>
    <w:p>
      <w:pPr>
        <w:spacing w:after="20"/>
        <w:ind w:left="288"/>
      </w:pPr>
      <w:r>
        <w:t>☐ D. I would prefer a career with less precision and process control</w:t>
      </w:r>
    </w:p>
    <w:p>
      <w:r>
        <w:br w:type="page"/>
      </w:r>
    </w:p>
    <w:p>
      <w:pPr>
        <w:jc w:val="center"/>
      </w:pPr>
      <w:r>
        <w:rPr>
          <w:b/>
          <w:sz w:val="36"/>
        </w:rPr>
        <w:t>Your EquiPeeps Equine Manufacturing Match</w:t>
      </w:r>
    </w:p>
    <w:p>
      <w:r>
        <w:t>Behind-the-scenes scoring: A = 3 points, B = 2 points, C = 1 point, D = 0 points. Maximum score: 72. Keep this scoring hidden from teenagers on the website.</w:t>
      </w:r>
    </w:p>
    <w:p>
      <w:r>
        <w:rPr>
          <w:b/>
        </w:rPr>
        <w:t>55-72 - Equine manufacturing is worth exploring closely</w:t>
      </w:r>
    </w:p>
    <w:p>
      <w:r>
        <w:t>Your answers suggest you may have a strong combination of creativity, accuracy, practical problem-solving, technical curiosity and commitment to quality. You also appear to understand that professional manufacturing depends on testing, traceability, teamwork and the confidence to stop when something is not right.</w:t>
      </w:r>
    </w:p>
    <w:p>
      <w:r>
        <w:rPr>
          <w:b/>
        </w:rPr>
        <w:t>38-54 - There's plenty here worth exploring</w:t>
      </w:r>
    </w:p>
    <w:p>
      <w:r>
        <w:t>Several aspects of equine manufacturing seem to suit you. Visiting a reputable manufacturer, studying how products are developed and trying supervised design or workshop projects would help you discover whether design, production, engineering, quality or business interests you most.</w:t>
      </w:r>
    </w:p>
    <w:p>
      <w:r>
        <w:rPr>
          <w:b/>
        </w:rPr>
        <w:t>20-37 - Another equestrian career may suit you differently</w:t>
      </w:r>
    </w:p>
    <w:p>
      <w:r>
        <w:t>You may enjoy equestrian products without wanting the technical detail, repeated testing, workshop processes or quality responsibility involved in making them. Explore retail, marketing, product photography, customer service or another equine role.</w:t>
      </w:r>
    </w:p>
    <w:p>
      <w:r>
        <w:rPr>
          <w:b/>
        </w:rPr>
        <w:t>0-19 - Let's explore!</w:t>
      </w:r>
    </w:p>
    <w:p>
      <w:r>
        <w:t>Equine manufacturing may not currently match your interests or preferred working style. Your strengths could lead to an exciting and valuable career elsewhere in the equestrian industry.</w:t>
      </w:r>
    </w:p>
    <w:p>
      <w:r>
        <w:rPr>
          <w:b/>
        </w:rPr>
        <w:t>One Important Question - Will you protect quality when nobody is watching?</w:t>
      </w:r>
    </w:p>
    <w:p>
      <w:r>
        <w:t>Professional manufacturing requires more than producing something that looks good. Materials, measurements, processes and testing must be appropriate for the intended use. Records must be honest, defects must be investigated and safety concerns must never be hidden to protect a deadline, sale or reputation.</w:t>
      </w:r>
    </w:p>
    <w:p>
      <w:r>
        <w:rPr>
          <w:b/>
        </w:rPr>
        <w:t>Your EquiPeeps Challenge</w:t>
      </w:r>
    </w:p>
    <w:p>
      <w:r>
        <w:t>Choose one everyday equestrian product and investigate it without taking apart safety-critical equipment. What job does it perform? Who uses it? What materials and components can you identify? What could wear, fail or cause discomfort? How might it be tested? Create a labelled improvement sketch and a simple quality checklist, then discuss it with a knowledgeable adult or industry professional.</w:t>
      </w:r>
    </w:p>
    <w:p>
      <w:r>
        <w:rPr>
          <w:b/>
        </w:rPr>
        <w:t>What would I actually do?</w:t>
      </w:r>
    </w:p>
    <w:p>
      <w:r>
        <w:t>Equine manufacturing professionals may research user needs, create drawings or digital models, select materials, build and test prototypes, operate production equipment, assemble products, inspect quality, manage suppliers, maintain records, improve processes, package goods and support customers. Products can include clothing, tack, stable equipment, fencing, feed containers, horseboxes, safety equipment, technology and specialist components.</w:t>
      </w:r>
    </w:p>
    <w:p>
      <w:r>
        <w:rPr>
          <w:b/>
        </w:rPr>
        <w:t>How do I qualify?</w:t>
      </w:r>
    </w:p>
    <w:p>
      <w:r>
        <w:t>Routes vary widely by role. Apprenticeships, technical college, university and supervised employment can lead into design, engineering, textiles, leatherwork, welding, fabrication, electronics, product development, production or quality assurance. Some safety-critical work requires specific competence, certification or regulated testing. Practical equestrian knowledge is valuable because it connects technical decisions with real horses and users. Always check current role requirements.</w:t>
      </w:r>
    </w:p>
    <w:p>
      <w:r>
        <w:rPr>
          <w:b/>
        </w:rPr>
        <w:t>What subjects should I consider?</w:t>
      </w:r>
    </w:p>
    <w:p>
      <w:r>
        <w:t>Design and technology develops practical design and manufacturing skills. Maths supports dimensions, tolerances, costing and production planning. Physics and chemistry help explain forces, materials and processes. Art supports shape, colour and visual communication. Information technology is important for computer-aided design, machinery and records, while business and English support suppliers, customers and product information.</w:t>
      </w:r>
    </w:p>
    <w:p>
      <w:r>
        <w:rPr>
          <w:b/>
        </w:rPr>
        <w:t>Could I train abroad? 🌍</w:t>
      </w:r>
    </w:p>
    <w:p>
      <w:r>
        <w:t>Potentially, yes. Equestrian products are designed, sourced, manufactured and sold internationally. Opportunities may exist with established manufacturers, specialist workshops, technical colleges and global brands. Product standards, employment rules, qualifications, intellectual property and safety requirements differ between countries, so choose reputable training and check every requirement carefully.</w:t>
      </w:r>
    </w:p>
    <w:p>
      <w:r>
        <w:rPr>
          <w:b/>
        </w:rPr>
        <w:t>Where could this career take me?</w:t>
      </w:r>
    </w:p>
    <w:p>
      <w:r>
        <w:t>You could work in saddlery, textiles, clothing, footwear, stable equipment, fencing, horseboxes, trailers, feed production, safety equipment, digital technology or specialist components. With experience, you might become a product designer, engineer, craftsperson, production manager, quality specialist, buyer, sustainability lead, technical director or founder of your own equestrian manufacturing business.</w:t>
      </w:r>
    </w:p>
    <w:p>
      <w:r>
        <w:rPr>
          <w:b/>
        </w:rPr>
        <w:t>EquiPeeps Professional Lesson</w:t>
      </w:r>
    </w:p>
    <w:p>
      <w:r>
        <w:t>A professional manufacturer does not simply make an attractive product. A professional understands the user, chooses suitable materials, follows safe processes, tests honestly, records results, listens to feedback and improves the product until it is reliable enough to carry the company's name.</w:t>
      </w:r>
    </w:p>
    <w:p>
      <w:r>
        <w:t>This is a career discovery activity, not a professional psychometric or aptitude assessment. It cannot tell you whether you can or cannot build a career in Equine Manufacturing.</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Equine Manufacturing Career Match</dc:title>
  <dc:subject>Career discovery activity for aspiring equine manufacturing professionals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