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32"/>
        </w:rPr>
        <w:t>Could Equine Breeding &amp; Stud Management Suit You?</w:t>
      </w:r>
    </w:p>
    <w:p>
      <w:r>
        <w:t>Breeding horses is far more than choosing a mare and stallion. A professional breeding or stud career can involve pedigrees, conformation, temperament, reproductive management, foaling, youngstock, nutrition, welfare, record-keeping, sales, clients and long-term business decisions. It can also mean early mornings, night checks and responsibility when things do not go to plan.</w:t>
      </w:r>
    </w:p>
    <w:p>
      <w:r>
        <w:t>There are no right or wrong answers. Be yourself! Choose the answer that sounds MOST like you.</w:t>
      </w:r>
    </w:p>
    <w:p>
      <w:r>
        <w:rPr>
          <w:b/>
        </w:rPr>
        <w:t>1. A mare is due to foal. What interests you most?</w:t>
      </w:r>
    </w:p>
    <w:p>
      <w:r>
        <w:t>☐ A. Understanding the signs, preparation and what needs monitoring</w:t>
      </w:r>
    </w:p>
    <w:p>
      <w:r>
        <w:t>☐ B. Seeing the new foal arrive</w:t>
      </w:r>
    </w:p>
    <w:p>
      <w:r>
        <w:t>☐ C. Choosing a name for the foal</w:t>
      </w:r>
    </w:p>
    <w:p>
      <w:r>
        <w:t>☐ D. I would rather leave the whole process to somebody else</w:t>
      </w:r>
    </w:p>
    <w:p>
      <w:r>
        <w:rPr>
          <w:b/>
        </w:rPr>
        <w:t>2. You are comparing two possible stallions for a mare. What would you naturally want to consider?</w:t>
      </w:r>
    </w:p>
    <w:p>
      <w:r>
        <w:t>☐ A. Pedigree, conformation, temperament, performance, health and the mare's strengths and weaknesses</w:t>
      </w:r>
    </w:p>
    <w:p>
      <w:r>
        <w:t>☐ B. Which stallion is most famous</w:t>
      </w:r>
    </w:p>
    <w:p>
      <w:r>
        <w:t>☐ C. Which stallion looks nicest in photographs</w:t>
      </w:r>
    </w:p>
    <w:p>
      <w:r>
        <w:t>☐ D. Whichever one somebody else recommends</w:t>
      </w:r>
    </w:p>
    <w:p>
      <w:r>
        <w:rPr>
          <w:b/>
        </w:rPr>
        <w:t>3. How do you feel about detailed record-keeping?</w:t>
      </w:r>
    </w:p>
    <w:p>
      <w:r>
        <w:t>☐ A. Accurate breeding, health and identification records are essential</w:t>
      </w:r>
    </w:p>
    <w:p>
      <w:r>
        <w:t>☐ B. I would do it because it is necessary</w:t>
      </w:r>
    </w:p>
    <w:p>
      <w:r>
        <w:t>☐ C. I would rather somebody else did it</w:t>
      </w:r>
    </w:p>
    <w:p>
      <w:r>
        <w:t>☐ D. I dislike paperwork</w:t>
      </w:r>
    </w:p>
    <w:p>
      <w:r>
        <w:rPr>
          <w:b/>
        </w:rPr>
        <w:t>4. A foal is not behaving as it normally does.</w:t>
      </w:r>
    </w:p>
    <w:p>
      <w:r>
        <w:t>☐ A. Observe carefully and report concerns promptly to the appropriate experienced professional or vet</w:t>
      </w:r>
    </w:p>
    <w:p>
      <w:r>
        <w:t>☐ B. Keep an eye on it for a while</w:t>
      </w:r>
    </w:p>
    <w:p>
      <w:r>
        <w:t>☐ C. Assume it is just tired</w:t>
      </w:r>
    </w:p>
    <w:p>
      <w:r>
        <w:t>☐ D. I probably would not notice small changes</w:t>
      </w:r>
    </w:p>
    <w:p>
      <w:r>
        <w:rPr>
          <w:b/>
        </w:rPr>
        <w:t>5. Which school subjects sound most useful to you?</w:t>
      </w:r>
    </w:p>
    <w:p>
      <w:r>
        <w:t>☐ A. Biology, science and maths</w:t>
      </w:r>
    </w:p>
    <w:p>
      <w:r>
        <w:t>☐ B. Business and English</w:t>
      </w:r>
    </w:p>
    <w:p>
      <w:r>
        <w:t>☐ C. PE and practical subjects</w:t>
      </w:r>
    </w:p>
    <w:p>
      <w:r>
        <w:t>☐ D. Art and media</w:t>
      </w:r>
    </w:p>
    <w:p>
      <w:r>
        <w:rPr>
          <w:b/>
        </w:rPr>
        <w:t>6. A breeding plan you were excited about does not produce the result you expected.</w:t>
      </w:r>
    </w:p>
    <w:p>
      <w:r>
        <w:t>☐ A. Study what happened, learn from it and reassess future decisions</w:t>
      </w:r>
    </w:p>
    <w:p>
      <w:r>
        <w:t>☐ B. Ask an experienced breeder what they think</w:t>
      </w:r>
    </w:p>
    <w:p>
      <w:r>
        <w:t>☐ C. Repeat exactly the same plan</w:t>
      </w:r>
    </w:p>
    <w:p>
      <w:r>
        <w:t>☐ D. Give up on breeding</w:t>
      </w:r>
    </w:p>
    <w:p>
      <w:r>
        <w:rPr>
          <w:b/>
        </w:rPr>
        <w:t>7. How interested are you in pedigrees and bloodlines?</w:t>
      </w:r>
    </w:p>
    <w:p>
      <w:r>
        <w:t>☐ A. Very — I would enjoy researching generations and patterns</w:t>
      </w:r>
    </w:p>
    <w:p>
      <w:r>
        <w:t>☐ B. Fairly — if it helped me make a decision</w:t>
      </w:r>
    </w:p>
    <w:p>
      <w:r>
        <w:t>☐ C. Only if someone explained them to me</w:t>
      </w:r>
    </w:p>
    <w:p>
      <w:r>
        <w:t>☐ D. Not particularly</w:t>
      </w:r>
    </w:p>
    <w:p>
      <w:r>
        <w:rPr>
          <w:b/>
        </w:rPr>
        <w:t>8. A mare needs checking late at night during foaling season.</w:t>
      </w:r>
    </w:p>
    <w:p>
      <w:r>
        <w:t>☐ A. If I am responsible for her, the check has to be done</w:t>
      </w:r>
    </w:p>
    <w:p>
      <w:r>
        <w:t>☐ B. I could manage it occasionally</w:t>
      </w:r>
    </w:p>
    <w:p>
      <w:r>
        <w:t>☐ C. I would find that routine very difficult</w:t>
      </w:r>
    </w:p>
    <w:p>
      <w:r>
        <w:t>☐ D. I would expect somebody else to do it</w:t>
      </w:r>
    </w:p>
    <w:p>
      <w:r>
        <w:rPr>
          <w:b/>
        </w:rPr>
        <w:t>9. Which achievement sounds most satisfying?</w:t>
      </w:r>
    </w:p>
    <w:p>
      <w:r>
        <w:t>☐ A. Producing a healthy, well-raised horse with the qualities intended for its future role</w:t>
      </w:r>
    </w:p>
    <w:p>
      <w:r>
        <w:t>☐ B. Owning a very expensive foal</w:t>
      </w:r>
    </w:p>
    <w:p>
      <w:r>
        <w:t>☐ C. Winning attention online for a new foal</w:t>
      </w:r>
    </w:p>
    <w:p>
      <w:r>
        <w:t>☐ D. Simply having lots of horses around me</w:t>
      </w:r>
    </w:p>
    <w:p>
      <w:r>
        <w:rPr>
          <w:b/>
        </w:rPr>
        <w:t>10. A prospective buyer asks difficult questions about a young horse you bred.</w:t>
      </w:r>
    </w:p>
    <w:p>
      <w:r>
        <w:t>☐ A. Answer accurately and transparently using the records and facts available</w:t>
      </w:r>
    </w:p>
    <w:p>
      <w:r>
        <w:t>☐ B. Answer as well as I can</w:t>
      </w:r>
    </w:p>
    <w:p>
      <w:r>
        <w:t>☐ C. Emphasise only the horse's best points</w:t>
      </w:r>
    </w:p>
    <w:p>
      <w:r>
        <w:t>☐ D. Avoid difficult questions</w:t>
      </w:r>
    </w:p>
    <w:p>
      <w:r>
        <w:rPr>
          <w:b/>
        </w:rPr>
        <w:t>11. How do you feel about studying conformation?</w:t>
      </w:r>
    </w:p>
    <w:p>
      <w:r>
        <w:t>☐ A. I would enjoy learning how structure may relate to movement, soundness and suitability</w:t>
      </w:r>
    </w:p>
    <w:p>
      <w:r>
        <w:t>☐ B. I would learn the main points</w:t>
      </w:r>
    </w:p>
    <w:p>
      <w:r>
        <w:t>☐ C. I mainly judge whether a horse looks attractive</w:t>
      </w:r>
    </w:p>
    <w:p>
      <w:r>
        <w:t>☐ D. Conformation does not interest me</w:t>
      </w:r>
    </w:p>
    <w:p>
      <w:r>
        <w:rPr>
          <w:b/>
        </w:rPr>
        <w:t>12. A vet or reproductive specialist explains a complicated breeding issue.</w:t>
      </w:r>
    </w:p>
    <w:p>
      <w:r>
        <w:t>☐ A. Listen carefully, ask questions and make sure I understand the implications</w:t>
      </w:r>
    </w:p>
    <w:p>
      <w:r>
        <w:t>☐ B. Remember the main points</w:t>
      </w:r>
    </w:p>
    <w:p>
      <w:r>
        <w:t>☐ C. Let somebody else make the decision</w:t>
      </w:r>
    </w:p>
    <w:p>
      <w:r>
        <w:t>☐ D. I would find the science too much</w:t>
      </w:r>
    </w:p>
    <w:p>
      <w:r>
        <w:rPr>
          <w:b/>
        </w:rPr>
        <w:t>13. Two horses have impressive competition records but very different temperaments.</w:t>
      </w:r>
    </w:p>
    <w:p>
      <w:r>
        <w:t>☐ A. Temperament would be part of my breeding decision as well as performance</w:t>
      </w:r>
    </w:p>
    <w:p>
      <w:r>
        <w:t>☐ B. Performance would matter more to me</w:t>
      </w:r>
    </w:p>
    <w:p>
      <w:r>
        <w:t>☐ C. I would choose the more fashionable horse</w:t>
      </w:r>
    </w:p>
    <w:p>
      <w:r>
        <w:t>☐ D. I would not think much about temperament</w:t>
      </w:r>
    </w:p>
    <w:p>
      <w:r>
        <w:rPr>
          <w:b/>
        </w:rPr>
        <w:t>14. A young horse develops differently from what you hoped.</w:t>
      </w:r>
    </w:p>
    <w:p>
      <w:r>
        <w:t>☐ A. Assess the individual horse realistically and make decisions based on its welfare and strengths</w:t>
      </w:r>
    </w:p>
    <w:p>
      <w:r>
        <w:t>☐ B. Give it more time and ask for advice</w:t>
      </w:r>
    </w:p>
    <w:p>
      <w:r>
        <w:t>☐ C. Push it toward the original plan anyway</w:t>
      </w:r>
    </w:p>
    <w:p>
      <w:r>
        <w:t>☐ D. Lose interest in it</w:t>
      </w:r>
    </w:p>
    <w:p>
      <w:r>
        <w:rPr>
          <w:b/>
        </w:rPr>
        <w:t>15. How comfortable are you with responsibility for animals that need care every day?</w:t>
      </w:r>
    </w:p>
    <w:p>
      <w:r>
        <w:t>☐ A. Very — consistency and welfare come before convenience</w:t>
      </w:r>
    </w:p>
    <w:p>
      <w:r>
        <w:t>☐ B. I could manage with a good team</w:t>
      </w:r>
    </w:p>
    <w:p>
      <w:r>
        <w:t>☐ C. I would prefer a less demanding role</w:t>
      </w:r>
    </w:p>
    <w:p>
      <w:r>
        <w:t>☐ D. I do not want that level of responsibility</w:t>
      </w:r>
    </w:p>
    <w:p>
      <w:r>
        <w:rPr>
          <w:b/>
        </w:rPr>
        <w:t>16. You are told a particular bloodline is 'the best'. What do you do?</w:t>
      </w:r>
    </w:p>
    <w:p>
      <w:r>
        <w:t>☐ A. Look at evidence, individual horses and whether it suits the mare and intended purpose</w:t>
      </w:r>
    </w:p>
    <w:p>
      <w:r>
        <w:t>☐ B. Ask several knowledgeable people</w:t>
      </w:r>
    </w:p>
    <w:p>
      <w:r>
        <w:t>☐ C. Use it because it is popular</w:t>
      </w:r>
    </w:p>
    <w:p>
      <w:r>
        <w:t>☐ D. Believe the claim without researching it</w:t>
      </w:r>
    </w:p>
    <w:p>
      <w:r>
        <w:rPr>
          <w:b/>
        </w:rPr>
        <w:t>17. A stud has excellent horses but its costs keep rising.</w:t>
      </w:r>
    </w:p>
    <w:p>
      <w:r>
        <w:t>☐ A. I would want to understand the figures, cash flow and cost of producing each horse</w:t>
      </w:r>
    </w:p>
    <w:p>
      <w:r>
        <w:t>☐ B. I would try to spend less</w:t>
      </w:r>
    </w:p>
    <w:p>
      <w:r>
        <w:t>☐ C. I would concentrate on the horses and leave the money to someone else</w:t>
      </w:r>
    </w:p>
    <w:p>
      <w:r>
        <w:t>☐ D. Finances do not interest me</w:t>
      </w:r>
    </w:p>
    <w:p>
      <w:r>
        <w:rPr>
          <w:b/>
        </w:rPr>
        <w:t>18. How do you feel about selling horses you have helped breed and raise?</w:t>
      </w:r>
    </w:p>
    <w:p>
      <w:r>
        <w:t>☐ A. I could do it professionally if the home and sale were appropriate</w:t>
      </w:r>
    </w:p>
    <w:p>
      <w:r>
        <w:t>☐ B. I would find it emotional but understand it is part of the business</w:t>
      </w:r>
    </w:p>
    <w:p>
      <w:r>
        <w:t>☐ C. I would struggle to let them go</w:t>
      </w:r>
    </w:p>
    <w:p>
      <w:r>
        <w:t>☐ D. I would never want a career involving sales</w:t>
      </w:r>
    </w:p>
    <w:p>
      <w:r>
        <w:rPr>
          <w:b/>
        </w:rPr>
        <w:t>19. A client wants to make a breeding decision you think needs more research.</w:t>
      </w:r>
    </w:p>
    <w:p>
      <w:r>
        <w:t>☐ A. Explain my concerns professionally and support them with evidence</w:t>
      </w:r>
    </w:p>
    <w:p>
      <w:r>
        <w:t>☐ B. Suggest they get another opinion</w:t>
      </w:r>
    </w:p>
    <w:p>
      <w:r>
        <w:t>☐ C. Agree because they are the client</w:t>
      </w:r>
    </w:p>
    <w:p>
      <w:r>
        <w:t>☐ D. Avoid saying anything</w:t>
      </w:r>
    </w:p>
    <w:p>
      <w:r>
        <w:rPr>
          <w:b/>
        </w:rPr>
        <w:t>20. Which sounds most interesting?</w:t>
      </w:r>
    </w:p>
    <w:p>
      <w:r>
        <w:t>☐ A. Combining horse knowledge, science, observation and long-term planning</w:t>
      </w:r>
    </w:p>
    <w:p>
      <w:r>
        <w:t>☐ B. Working with foals every day</w:t>
      </w:r>
    </w:p>
    <w:p>
      <w:r>
        <w:t>☐ C. Attending sales and shows</w:t>
      </w:r>
    </w:p>
    <w:p>
      <w:r>
        <w:t>☐ D. Riding horses</w:t>
      </w:r>
    </w:p>
    <w:p>
      <w:r>
        <w:rPr>
          <w:b/>
        </w:rPr>
        <w:t>21. A valuable mare has a reproductive problem.</w:t>
      </w:r>
    </w:p>
    <w:p>
      <w:r>
        <w:t>☐ A. Work with appropriately qualified veterinary/reproductive professionals and follow the evidence</w:t>
      </w:r>
    </w:p>
    <w:p>
      <w:r>
        <w:t>☐ B. Ask another breeder first</w:t>
      </w:r>
    </w:p>
    <w:p>
      <w:r>
        <w:t>☐ C. Try whatever has worked for other mares</w:t>
      </w:r>
    </w:p>
    <w:p>
      <w:r>
        <w:t>☐ D. Keep trying without professional input</w:t>
      </w:r>
    </w:p>
    <w:p>
      <w:r>
        <w:rPr>
          <w:b/>
        </w:rPr>
        <w:t>22. How do you react when a breeding season is unpredictable?</w:t>
      </w:r>
    </w:p>
    <w:p>
      <w:r>
        <w:t>☐ A. Stay organised, adapt plans and deal with each situation calmly</w:t>
      </w:r>
    </w:p>
    <w:p>
      <w:r>
        <w:t>☐ B. I cope reasonably well if I have support</w:t>
      </w:r>
    </w:p>
    <w:p>
      <w:r>
        <w:t>☐ C. I find changing plans very stressful</w:t>
      </w:r>
    </w:p>
    <w:p>
      <w:r>
        <w:t>☐ D. I need a predictable routine</w:t>
      </w:r>
    </w:p>
    <w:p>
      <w:r>
        <w:rPr>
          <w:b/>
        </w:rPr>
        <w:t>23. You discover new research that challenges a breeding practice you have always heard about.</w:t>
      </w:r>
    </w:p>
    <w:p>
      <w:r>
        <w:t>☐ A. Read the evidence and be prepared to change my view</w:t>
      </w:r>
    </w:p>
    <w:p>
      <w:r>
        <w:t>☐ B. Check what respected professionals think</w:t>
      </w:r>
    </w:p>
    <w:p>
      <w:r>
        <w:t>☐ C. Stick with the traditional method</w:t>
      </w:r>
    </w:p>
    <w:p>
      <w:r>
        <w:t>☐ D. Ignore it</w:t>
      </w:r>
    </w:p>
    <w:p>
      <w:r>
        <w:rPr>
          <w:b/>
        </w:rPr>
        <w:t>24. Which achievement would make you proudest?</w:t>
      </w:r>
    </w:p>
    <w:p>
      <w:r>
        <w:t>☐ A. Helping produce and raise healthy horses responsibly while building a respected, sustainable breeding programme</w:t>
      </w:r>
    </w:p>
    <w:p>
      <w:r>
        <w:t>☐ B. Breeding the most expensive horse at a sale</w:t>
      </w:r>
    </w:p>
    <w:p>
      <w:r>
        <w:t>☐ C. Becoming well known in the horse world</w:t>
      </w:r>
    </w:p>
    <w:p>
      <w:r>
        <w:t>☐ D. Working around mares and foals regardless of the role</w:t>
      </w:r>
    </w:p>
    <w:p>
      <w:pPr>
        <w:pStyle w:val="Heading1"/>
      </w:pPr>
      <w:r>
        <w:t>Your EquiPeeps Breeding &amp; Stud Management Match</w:t>
      </w:r>
    </w:p>
    <w:p>
      <w:r>
        <w:t>Behind-the-scenes scoring: A = 3 points, B = 2 points, C = 1 point, D = 0 points. Maximum score: 72. Keep this scoring hidden from teenagers on the website.</w:t>
      </w:r>
    </w:p>
    <w:p>
      <w:r>
        <w:rPr>
          <w:b/>
        </w:rPr>
        <w:t>55–72 — Equine breeding &amp; stud management is worth exploring closely</w:t>
      </w:r>
    </w:p>
    <w:p>
      <w:r>
        <w:t>Your answers suggest you may enjoy careful observation, horse welfare, science, long-term planning, responsibility and making evidence-based decisions.</w:t>
      </w:r>
    </w:p>
    <w:p>
      <w:r>
        <w:rPr>
          <w:b/>
        </w:rPr>
        <w:t>38–54 — There's plenty here worth exploring</w:t>
      </w:r>
    </w:p>
    <w:p>
      <w:r>
        <w:t>Several parts of breeding and stud work seem to fit your current interests. Practical stud experience can help you discover whether you prefer breeding management, youngstock, reproductive work, sales or another part of the sector.</w:t>
      </w:r>
    </w:p>
    <w:p>
      <w:r>
        <w:rPr>
          <w:b/>
        </w:rPr>
        <w:t>20–37 — Another equestrian career may fit you differently</w:t>
      </w:r>
    </w:p>
    <w:p>
      <w:r>
        <w:t>You may love mares and foals without enjoying the science, responsibility, record-keeping, irregular hours or commercial decisions involved in professional breeding. That is useful information when exploring other careers.</w:t>
      </w:r>
    </w:p>
    <w:p>
      <w:r>
        <w:rPr>
          <w:b/>
        </w:rPr>
        <w:t>0–19 — Let's explore!</w:t>
      </w:r>
    </w:p>
    <w:p>
      <w:r>
        <w:t>Breeding and stud management may not currently match the way you prefer to work. The equestrian industry also needs practical, creative, technical, commercial and people-focused skills in many other careers.</w:t>
      </w:r>
    </w:p>
    <w:p>
      <w:pPr>
        <w:pStyle w:val="Heading1"/>
      </w:pPr>
      <w:r>
        <w:t>One Important Question</w:t>
      </w:r>
    </w:p>
    <w:p>
      <w:r>
        <w:t>Do you love the idea of foals — or are you interested in the responsibility of breeding horses? Professional breeding means thinking about the mare, stallion, genetics, health, welfare, suitability, costs, risks, youngstock development and the future of the horse long after the excitement of a foal arriving.</w:t>
      </w:r>
    </w:p>
    <w:p>
      <w:pPr>
        <w:pStyle w:val="Heading1"/>
      </w:pPr>
      <w:r>
        <w:t>Your EquiPeeps Challenge</w:t>
      </w:r>
    </w:p>
    <w:p>
      <w:r>
        <w:t>Choose an established horse or pony and research three generations of its pedigree. Look at the disciplines, performance, conformation information and characteristics you can verify. Then imagine you were planning a responsible breeding decision: what would you want to improve, preserve or avoid — and what information would you still need before deciding?</w:t>
      </w:r>
    </w:p>
    <w:p>
      <w:pPr>
        <w:pStyle w:val="Heading1"/>
      </w:pPr>
      <w:r>
        <w:t>Could this be your career?</w:t>
      </w:r>
    </w:p>
    <w:p>
      <w:pPr>
        <w:pStyle w:val="Heading2"/>
      </w:pPr>
      <w:r>
        <w:t>What would I actually do?</w:t>
      </w:r>
    </w:p>
    <w:p>
      <w:r>
        <w:t>Depending on the role, you could care for broodmares, foals and youngstock; monitor breeding and foaling; maintain records; research pedigrees; help plan matings; liaise with vets, reproductive specialists, farriers and nutritionists; prepare horses for inspections or sales; communicate with owners and clients; manage staff, land and facilities; and help make long-term welfare and business decisions.</w:t>
      </w:r>
    </w:p>
    <w:p>
      <w:pPr>
        <w:pStyle w:val="Heading2"/>
      </w:pPr>
      <w:r>
        <w:t>How do I qualify?</w:t>
      </w:r>
    </w:p>
    <w:p>
      <w:r>
        <w:t>There is no single route into every breeding or stud-management job. Practical stud experience is extremely valuable, and relevant equine, horse-care, breeding, agriculture or animal-science qualifications can support progression. Specialist reproductive procedures must be carried out only by people appropriately qualified and legally permitted to perform them. Always check current UK requirements for the particular role you want to pursue.</w:t>
      </w:r>
    </w:p>
    <w:p>
      <w:pPr>
        <w:pStyle w:val="Heading2"/>
      </w:pPr>
      <w:r>
        <w:t>What subjects should I consider?</w:t>
      </w:r>
    </w:p>
    <w:p>
      <w:r>
        <w:t>Biology and science are particularly useful for reproduction, genetics, anatomy and health. Maths helps with data, breeding records and business figures. English supports communication and reports, while Business Studies can help with costs, sales, marketing and running a stud.</w:t>
      </w:r>
    </w:p>
    <w:p>
      <w:pPr>
        <w:pStyle w:val="Heading2"/>
      </w:pPr>
      <w:r>
        <w:t>Financial Intelligence — A valuable foal is not the same as a profitable breeding business</w:t>
      </w:r>
    </w:p>
    <w:p>
      <w:r>
        <w:t>Before choosing this career, guess what you think people in breeding and stud management earn — then research starting, experienced and senior earnings. If you hope to run a stud, learn the difference between turnover, profit and personal income. Consider stud fees, veterinary and reproductive costs, keep, staff, land, insurance, transport, registrations, farriery, feed, marketing, sales commissions and the possibility that a mare may not produce a saleable foal in a particular year. Also consider training time and cost, employment versus self-employment, and whether the likely income supports the lifestyle you want.</w:t>
      </w:r>
    </w:p>
    <w:p>
      <w:pPr>
        <w:pStyle w:val="Heading2"/>
      </w:pPr>
      <w:r>
        <w:t>Could I train abroad? 🌍</w:t>
      </w:r>
    </w:p>
    <w:p>
      <w:r>
        <w:t>Yes. Major breeding industries operate internationally, and experience can be gained at studs and breeding operations in many countries and disciplines. Requirements differ by country and by role, particularly where veterinary or reproductive procedures are involved, so check the current rules, qualifications, visas and insurance before working or training overseas.</w:t>
      </w:r>
    </w:p>
    <w:p>
      <w:pPr>
        <w:pStyle w:val="Heading2"/>
      </w:pPr>
      <w:r>
        <w:t>Where could this career take me?</w:t>
      </w:r>
    </w:p>
    <w:p>
      <w:r>
        <w:t>You might progress through roles such as Stud Hand, Stud Groom, Foaling Assistant, Youngstock Groom, Stud Secretary or Administrator, Assistant Stud Manager and Stud Manager. With suitable education and professional training, related pathways can include breeding research, bloodstock, genetics, nutrition, reproductive science, sales and commercial breeding businesses.</w:t>
      </w:r>
    </w:p>
    <w:p/>
    <w:p>
      <w:pPr>
        <w:jc w:val="center"/>
      </w:pPr>
      <w:r>
        <w:rPr>
          <w:b/>
          <w:sz w:val="26"/>
        </w:rPr>
        <w:t>🌍 YOUR PASSION CAN TAKE YOU ANYWHERE</w:t>
      </w:r>
    </w:p>
    <w:p>
      <w:pPr>
        <w:jc w:val="center"/>
      </w:pPr>
      <w:r>
        <w:t>Learn here. Train abroad. Bring your skills home. Or take your equestrian career around the world.</w:t>
      </w:r>
    </w:p>
    <w:p>
      <w:r>
        <w:t>This is a career-discovery activity, not a validated psychometric or aptitude assessment. It cannot tell a young person whether they can or cannot work in equine breeding or stud management. Interests, knowledge, confidence and skills can develop through education and real-world experience.</w:t>
      </w:r>
    </w:p>
    <w:sectPr w:rsidR="00FC693F" w:rsidRPr="0006063C" w:rsidSect="00034616">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