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4"/>
        </w:rPr>
        <w:t>EquiPeeps Career Match</w:t>
      </w:r>
    </w:p>
    <w:p>
      <w:pPr>
        <w:jc w:val="center"/>
      </w:pPr>
      <w:r>
        <w:rPr>
          <w:b/>
          <w:sz w:val="28"/>
        </w:rPr>
        <w:t>Could this be your career?</w:t>
      </w:r>
    </w:p>
    <w:p>
      <w:pPr>
        <w:jc w:val="center"/>
      </w:pPr>
      <w:r>
        <w:rPr>
          <w:b/>
          <w:sz w:val="36"/>
        </w:rPr>
        <w:t>Equestrian Retail Professional</w:t>
      </w:r>
    </w:p>
    <w:p>
      <w:r>
        <w:t>A career in equestrian retail combines horse knowledge, customer service, products, technology and commercial thinking. Whether working in a shop, online business or major brand, a strong retail professional helps customers make informed choices while building a reliable, profitable business that deserves their trust.</w:t>
      </w:r>
    </w:p>
    <w:p>
      <w:r>
        <w:rPr>
          <w:b/>
        </w:rPr>
        <w:t>There are no right or wrong answers. Choose the answer that sounds MOST like you.</w:t>
      </w:r>
    </w:p>
    <w:p>
      <w:r>
        <w:rPr>
          <w:b/>
        </w:rPr>
        <w:t>1. How interested are you in helping customers choose suitable equestrian products?</w:t>
      </w:r>
    </w:p>
    <w:p>
      <w:pPr>
        <w:spacing w:after="20"/>
        <w:ind w:left="288"/>
      </w:pPr>
      <w:r>
        <w:t>☐ A. Very - I would enjoy combining horse knowledge with excellent service</w:t>
      </w:r>
    </w:p>
    <w:p>
      <w:pPr>
        <w:spacing w:after="20"/>
        <w:ind w:left="288"/>
      </w:pPr>
      <w:r>
        <w:t>☐ B. Fairly interested</w:t>
      </w:r>
    </w:p>
    <w:p>
      <w:pPr>
        <w:spacing w:after="20"/>
        <w:ind w:left="288"/>
      </w:pPr>
      <w:r>
        <w:t>☐ C. I mainly like looking at new products</w:t>
      </w:r>
    </w:p>
    <w:p>
      <w:pPr>
        <w:spacing w:after="20"/>
        <w:ind w:left="288"/>
      </w:pPr>
      <w:r>
        <w:t>☐ D. Retail does not interest me</w:t>
      </w:r>
    </w:p>
    <w:p>
      <w:r>
        <w:rPr>
          <w:b/>
        </w:rPr>
        <w:t>2. A customer asks for equipment that is unsuitable for their horse. What would you do?</w:t>
      </w:r>
    </w:p>
    <w:p>
      <w:pPr>
        <w:spacing w:after="20"/>
        <w:ind w:left="288"/>
      </w:pPr>
      <w:r>
        <w:t>☐ A. Explain the concern clearly and recommend a safer, suitable option or specialist help</w:t>
      </w:r>
    </w:p>
    <w:p>
      <w:pPr>
        <w:spacing w:after="20"/>
        <w:ind w:left="288"/>
      </w:pPr>
      <w:r>
        <w:t>☐ B. Ask an experienced colleague to advise</w:t>
      </w:r>
    </w:p>
    <w:p>
      <w:pPr>
        <w:spacing w:after="20"/>
        <w:ind w:left="288"/>
      </w:pPr>
      <w:r>
        <w:t>☐ C. Sell it because the customer requested it</w:t>
      </w:r>
    </w:p>
    <w:p>
      <w:pPr>
        <w:spacing w:after="20"/>
        <w:ind w:left="288"/>
      </w:pPr>
      <w:r>
        <w:t>☐ D. Say every product works for every horse</w:t>
      </w:r>
    </w:p>
    <w:p>
      <w:r>
        <w:rPr>
          <w:b/>
        </w:rPr>
        <w:t>3. How do you feel about learning product details and fitting guidance?</w:t>
      </w:r>
    </w:p>
    <w:p>
      <w:pPr>
        <w:spacing w:after="20"/>
        <w:ind w:left="288"/>
      </w:pPr>
      <w:r>
        <w:t>☐ A. Accurate knowledge is essential for useful, responsible service</w:t>
      </w:r>
    </w:p>
    <w:p>
      <w:pPr>
        <w:spacing w:after="20"/>
        <w:ind w:left="288"/>
      </w:pPr>
      <w:r>
        <w:t>☐ B. I would learn carefully with training</w:t>
      </w:r>
    </w:p>
    <w:p>
      <w:pPr>
        <w:spacing w:after="20"/>
        <w:ind w:left="288"/>
      </w:pPr>
      <w:r>
        <w:t>☐ C. I would rely on packaging</w:t>
      </w:r>
    </w:p>
    <w:p>
      <w:pPr>
        <w:spacing w:after="20"/>
        <w:ind w:left="288"/>
      </w:pPr>
      <w:r>
        <w:t>☐ D. Customers can decide for themselves</w:t>
      </w:r>
    </w:p>
    <w:p>
      <w:r>
        <w:rPr>
          <w:b/>
        </w:rPr>
        <w:t>4. A customer reports that a safety product may be faulty.</w:t>
      </w:r>
    </w:p>
    <w:p>
      <w:pPr>
        <w:spacing w:after="20"/>
        <w:ind w:left="288"/>
      </w:pPr>
      <w:r>
        <w:t>☐ A. Stop further sale where appropriate and follow the product-safety reporting process</w:t>
      </w:r>
    </w:p>
    <w:p>
      <w:pPr>
        <w:spacing w:after="20"/>
        <w:ind w:left="288"/>
      </w:pPr>
      <w:r>
        <w:t>☐ B. Alert the manager and record the details</w:t>
      </w:r>
    </w:p>
    <w:p>
      <w:pPr>
        <w:spacing w:after="20"/>
        <w:ind w:left="288"/>
      </w:pPr>
      <w:r>
        <w:t>☐ C. Exchange only that item</w:t>
      </w:r>
    </w:p>
    <w:p>
      <w:pPr>
        <w:spacing w:after="20"/>
        <w:ind w:left="288"/>
      </w:pPr>
      <w:r>
        <w:t>☐ D. Assume the customer damaged it</w:t>
      </w:r>
    </w:p>
    <w:p>
      <w:r>
        <w:rPr>
          <w:b/>
        </w:rPr>
        <w:t>5. Which school subjects sound most useful to you?</w:t>
      </w:r>
    </w:p>
    <w:p>
      <w:pPr>
        <w:spacing w:after="20"/>
        <w:ind w:left="288"/>
      </w:pPr>
      <w:r>
        <w:t>☐ A. Business, maths and English</w:t>
      </w:r>
    </w:p>
    <w:p>
      <w:pPr>
        <w:spacing w:after="20"/>
        <w:ind w:left="288"/>
      </w:pPr>
      <w:r>
        <w:t>☐ B. Information technology and design</w:t>
      </w:r>
    </w:p>
    <w:p>
      <w:pPr>
        <w:spacing w:after="20"/>
        <w:ind w:left="288"/>
      </w:pPr>
      <w:r>
        <w:t>☐ C. Biology and media studies</w:t>
      </w:r>
    </w:p>
    <w:p>
      <w:pPr>
        <w:spacing w:after="20"/>
        <w:ind w:left="288"/>
      </w:pPr>
      <w:r>
        <w:t>☐ D. Physical education only</w:t>
      </w:r>
    </w:p>
    <w:p>
      <w:r>
        <w:rPr>
          <w:b/>
        </w:rPr>
        <w:t>6. The shop is busy and a customer needs patient help.</w:t>
      </w:r>
    </w:p>
    <w:p>
      <w:pPr>
        <w:spacing w:after="20"/>
        <w:ind w:left="288"/>
      </w:pPr>
      <w:r>
        <w:t>☐ A. Acknowledge them, organise priorities and give accurate service without rushing</w:t>
      </w:r>
    </w:p>
    <w:p>
      <w:pPr>
        <w:spacing w:after="20"/>
        <w:ind w:left="288"/>
      </w:pPr>
      <w:r>
        <w:t>☐ B. Ask a trained colleague to assist</w:t>
      </w:r>
    </w:p>
    <w:p>
      <w:pPr>
        <w:spacing w:after="20"/>
        <w:ind w:left="288"/>
      </w:pPr>
      <w:r>
        <w:t>☐ C. Recommend the most expensive option quickly</w:t>
      </w:r>
    </w:p>
    <w:p>
      <w:pPr>
        <w:spacing w:after="20"/>
        <w:ind w:left="288"/>
      </w:pPr>
      <w:r>
        <w:t>☐ D. Ignore them until the shop is quiet</w:t>
      </w:r>
    </w:p>
    <w:p>
      <w:r>
        <w:rPr>
          <w:b/>
        </w:rPr>
        <w:t>7. How do you feel about stock counts, deliveries and records?</w:t>
      </w:r>
    </w:p>
    <w:p>
      <w:pPr>
        <w:spacing w:after="20"/>
        <w:ind w:left="288"/>
      </w:pPr>
      <w:r>
        <w:t>☐ A. They are essential for keeping the business accurate and dependable</w:t>
      </w:r>
    </w:p>
    <w:p>
      <w:pPr>
        <w:spacing w:after="20"/>
        <w:ind w:left="288"/>
      </w:pPr>
      <w:r>
        <w:t>☐ B. I would complete them carefully</w:t>
      </w:r>
    </w:p>
    <w:p>
      <w:pPr>
        <w:spacing w:after="20"/>
        <w:ind w:left="288"/>
      </w:pPr>
      <w:r>
        <w:t>☐ C. I prefer only speaking with customers</w:t>
      </w:r>
    </w:p>
    <w:p>
      <w:pPr>
        <w:spacing w:after="20"/>
        <w:ind w:left="288"/>
      </w:pPr>
      <w:r>
        <w:t>☐ D. Stock normally looks after itself</w:t>
      </w:r>
    </w:p>
    <w:p>
      <w:r>
        <w:rPr>
          <w:b/>
        </w:rPr>
        <w:t>8. A sales target encourages staff to promote a product a customer does not need.</w:t>
      </w:r>
    </w:p>
    <w:p>
      <w:pPr>
        <w:spacing w:after="20"/>
        <w:ind w:left="288"/>
      </w:pPr>
      <w:r>
        <w:t>☐ A. Protect the customer's trust and recommend only what is genuinely suitable</w:t>
      </w:r>
    </w:p>
    <w:p>
      <w:pPr>
        <w:spacing w:after="20"/>
        <w:ind w:left="288"/>
      </w:pPr>
      <w:r>
        <w:t>☐ B. Discuss the concern with the manager</w:t>
      </w:r>
    </w:p>
    <w:p>
      <w:pPr>
        <w:spacing w:after="20"/>
        <w:ind w:left="288"/>
      </w:pPr>
      <w:r>
        <w:t>☐ C. Push the product to reach the target</w:t>
      </w:r>
    </w:p>
    <w:p>
      <w:pPr>
        <w:spacing w:after="20"/>
        <w:ind w:left="288"/>
      </w:pPr>
      <w:r>
        <w:t>☐ D. Tell the customer it is essential</w:t>
      </w:r>
    </w:p>
    <w:p>
      <w:r>
        <w:rPr>
          <w:b/>
        </w:rPr>
        <w:t>9. How do you feel about continually learning throughout your career?</w:t>
      </w:r>
    </w:p>
    <w:p>
      <w:pPr>
        <w:spacing w:after="20"/>
        <w:ind w:left="288"/>
      </w:pPr>
      <w:r>
        <w:t>☐ A. I would keep updating my product, welfare, digital and business knowledge</w:t>
      </w:r>
    </w:p>
    <w:p>
      <w:pPr>
        <w:spacing w:after="20"/>
        <w:ind w:left="288"/>
      </w:pPr>
      <w:r>
        <w:t>☐ B. I would attend regular training</w:t>
      </w:r>
    </w:p>
    <w:p>
      <w:pPr>
        <w:spacing w:after="20"/>
        <w:ind w:left="288"/>
      </w:pPr>
      <w:r>
        <w:t>☐ C. I would rely mainly on experience</w:t>
      </w:r>
    </w:p>
    <w:p>
      <w:pPr>
        <w:spacing w:after="20"/>
        <w:ind w:left="288"/>
      </w:pPr>
      <w:r>
        <w:t>☐ D. I do not enjoy product training</w:t>
      </w:r>
    </w:p>
    <w:p>
      <w:r>
        <w:rPr>
          <w:b/>
        </w:rPr>
        <w:t>10. An online order has been packed incorrectly.</w:t>
      </w:r>
    </w:p>
    <w:p>
      <w:pPr>
        <w:spacing w:after="20"/>
        <w:ind w:left="288"/>
      </w:pPr>
      <w:r>
        <w:t>☐ A. Correct it promptly, contact the customer if needed and review how the error occurred</w:t>
      </w:r>
    </w:p>
    <w:p>
      <w:pPr>
        <w:spacing w:after="20"/>
        <w:ind w:left="288"/>
      </w:pPr>
      <w:r>
        <w:t>☐ B. Tell the supervisor and repack it</w:t>
      </w:r>
    </w:p>
    <w:p>
      <w:pPr>
        <w:spacing w:after="20"/>
        <w:ind w:left="288"/>
      </w:pPr>
      <w:r>
        <w:t>☐ C. Send it and wait for a complaint</w:t>
      </w:r>
    </w:p>
    <w:p>
      <w:pPr>
        <w:spacing w:after="20"/>
        <w:ind w:left="288"/>
      </w:pPr>
      <w:r>
        <w:t>☐ D. Hide the mistake</w:t>
      </w:r>
    </w:p>
    <w:p>
      <w:r>
        <w:rPr>
          <w:b/>
        </w:rPr>
        <w:t>11. Which part of equestrian retail sounds most interesting?</w:t>
      </w:r>
    </w:p>
    <w:p>
      <w:pPr>
        <w:spacing w:after="20"/>
        <w:ind w:left="288"/>
      </w:pPr>
      <w:r>
        <w:t>☐ A. Building trust by matching people and horses with appropriate products</w:t>
      </w:r>
    </w:p>
    <w:p>
      <w:pPr>
        <w:spacing w:after="20"/>
        <w:ind w:left="288"/>
      </w:pPr>
      <w:r>
        <w:t>☐ B. Buying, merchandising, ecommerce and customer service</w:t>
      </w:r>
    </w:p>
    <w:p>
      <w:pPr>
        <w:spacing w:after="20"/>
        <w:ind w:left="288"/>
      </w:pPr>
      <w:r>
        <w:t>☐ C. Receiving staff discounts</w:t>
      </w:r>
    </w:p>
    <w:p>
      <w:pPr>
        <w:spacing w:after="20"/>
        <w:ind w:left="288"/>
      </w:pPr>
      <w:r>
        <w:t>☐ D. Being surrounded by expensive brands</w:t>
      </w:r>
    </w:p>
    <w:p>
      <w:r>
        <w:rPr>
          <w:b/>
        </w:rPr>
        <w:t>12. A customer asks for veterinary or specialist fitting advice outside your competence.</w:t>
      </w:r>
    </w:p>
    <w:p>
      <w:pPr>
        <w:spacing w:after="20"/>
        <w:ind w:left="288"/>
      </w:pPr>
      <w:r>
        <w:t>☐ A. Explain my limits and refer them to the appropriate qualified professional</w:t>
      </w:r>
    </w:p>
    <w:p>
      <w:pPr>
        <w:spacing w:after="20"/>
        <w:ind w:left="288"/>
      </w:pPr>
      <w:r>
        <w:t>☐ B. Ask a trained senior colleague</w:t>
      </w:r>
    </w:p>
    <w:p>
      <w:pPr>
        <w:spacing w:after="20"/>
        <w:ind w:left="288"/>
      </w:pPr>
      <w:r>
        <w:t>☐ C. Give my best guess</w:t>
      </w:r>
    </w:p>
    <w:p>
      <w:pPr>
        <w:spacing w:after="20"/>
        <w:ind w:left="288"/>
      </w:pPr>
      <w:r>
        <w:t>☐ D. Recommend whatever is in stock</w:t>
      </w:r>
    </w:p>
    <w:p>
      <w:r>
        <w:rPr>
          <w:b/>
        </w:rPr>
        <w:t>13. A popular item repeatedly sells out.</w:t>
      </w:r>
    </w:p>
    <w:p>
      <w:pPr>
        <w:spacing w:after="20"/>
        <w:ind w:left="288"/>
      </w:pPr>
      <w:r>
        <w:t>☐ A. Review sales data, lead times and demand to improve ordering</w:t>
      </w:r>
    </w:p>
    <w:p>
      <w:pPr>
        <w:spacing w:after="20"/>
        <w:ind w:left="288"/>
      </w:pPr>
      <w:r>
        <w:t>☐ B. Tell the buyer or manager with clear evidence</w:t>
      </w:r>
    </w:p>
    <w:p>
      <w:pPr>
        <w:spacing w:after="20"/>
        <w:ind w:left="288"/>
      </w:pPr>
      <w:r>
        <w:t>☐ C. Order a very large quantity without checking</w:t>
      </w:r>
    </w:p>
    <w:p>
      <w:pPr>
        <w:spacing w:after="20"/>
        <w:ind w:left="288"/>
      </w:pPr>
      <w:r>
        <w:t>☐ D. Do nothing because it always sells eventually</w:t>
      </w:r>
    </w:p>
    <w:p>
      <w:r>
        <w:rPr>
          <w:b/>
        </w:rPr>
        <w:t>14. How do you feel about handling returns and complaints?</w:t>
      </w:r>
    </w:p>
    <w:p>
      <w:pPr>
        <w:spacing w:after="20"/>
        <w:ind w:left="288"/>
      </w:pPr>
      <w:r>
        <w:t>☐ A. I would listen calmly, check the facts and apply the policy fairly</w:t>
      </w:r>
    </w:p>
    <w:p>
      <w:pPr>
        <w:spacing w:after="20"/>
        <w:ind w:left="288"/>
      </w:pPr>
      <w:r>
        <w:t>☐ B. I could manage them with guidance</w:t>
      </w:r>
    </w:p>
    <w:p>
      <w:pPr>
        <w:spacing w:after="20"/>
        <w:ind w:left="288"/>
      </w:pPr>
      <w:r>
        <w:t>☐ C. I would avoid unhappy customers</w:t>
      </w:r>
    </w:p>
    <w:p>
      <w:pPr>
        <w:spacing w:after="20"/>
        <w:ind w:left="288"/>
      </w:pPr>
      <w:r>
        <w:t>☐ D. Customers who complain are usually wrong</w:t>
      </w:r>
    </w:p>
    <w:p>
      <w:r>
        <w:rPr>
          <w:b/>
        </w:rPr>
        <w:t>15. A supplier makes a claim that seems too good to be true.</w:t>
      </w:r>
    </w:p>
    <w:p>
      <w:pPr>
        <w:spacing w:after="20"/>
        <w:ind w:left="288"/>
      </w:pPr>
      <w:r>
        <w:t>☐ A. Check reliable evidence and approved product information before repeating it</w:t>
      </w:r>
    </w:p>
    <w:p>
      <w:pPr>
        <w:spacing w:after="20"/>
        <w:ind w:left="288"/>
      </w:pPr>
      <w:r>
        <w:t>☐ B. Ask the supplier and manager for documentation</w:t>
      </w:r>
    </w:p>
    <w:p>
      <w:pPr>
        <w:spacing w:after="20"/>
        <w:ind w:left="288"/>
      </w:pPr>
      <w:r>
        <w:t>☐ C. Use the claim because it will increase sales</w:t>
      </w:r>
    </w:p>
    <w:p>
      <w:pPr>
        <w:spacing w:after="20"/>
        <w:ind w:left="288"/>
      </w:pPr>
      <w:r>
        <w:t>☐ D. Make the claim even stronger</w:t>
      </w:r>
    </w:p>
    <w:p>
      <w:r>
        <w:rPr>
          <w:b/>
        </w:rPr>
        <w:t>16. You notice the displayed price does not match the till system.</w:t>
      </w:r>
    </w:p>
    <w:p>
      <w:pPr>
        <w:spacing w:after="20"/>
        <w:ind w:left="288"/>
      </w:pPr>
      <w:r>
        <w:t>☐ A. Pause, verify the correct price and resolve the issue transparently</w:t>
      </w:r>
    </w:p>
    <w:p>
      <w:pPr>
        <w:spacing w:after="20"/>
        <w:ind w:left="288"/>
      </w:pPr>
      <w:r>
        <w:t>☐ B. Tell the manager immediately</w:t>
      </w:r>
    </w:p>
    <w:p>
      <w:pPr>
        <w:spacing w:after="20"/>
        <w:ind w:left="288"/>
      </w:pPr>
      <w:r>
        <w:t>☐ C. Charge whichever price is higher</w:t>
      </w:r>
    </w:p>
    <w:p>
      <w:pPr>
        <w:spacing w:after="20"/>
        <w:ind w:left="288"/>
      </w:pPr>
      <w:r>
        <w:t>☐ D. Say nothing unless somebody notices</w:t>
      </w:r>
    </w:p>
    <w:p>
      <w:r>
        <w:rPr>
          <w:b/>
        </w:rPr>
        <w:t>17. How important is presentation in equestrian retail?</w:t>
      </w:r>
    </w:p>
    <w:p>
      <w:pPr>
        <w:spacing w:after="20"/>
        <w:ind w:left="288"/>
      </w:pPr>
      <w:r>
        <w:t>☐ A. Important - clear, safe displays help customers understand and find products</w:t>
      </w:r>
    </w:p>
    <w:p>
      <w:pPr>
        <w:spacing w:after="20"/>
        <w:ind w:left="288"/>
      </w:pPr>
      <w:r>
        <w:t>☐ B. Very useful for a professional shop</w:t>
      </w:r>
    </w:p>
    <w:p>
      <w:pPr>
        <w:spacing w:after="20"/>
        <w:ind w:left="288"/>
      </w:pPr>
      <w:r>
        <w:t>☐ C. More important than product knowledge</w:t>
      </w:r>
    </w:p>
    <w:p>
      <w:pPr>
        <w:spacing w:after="20"/>
        <w:ind w:left="288"/>
      </w:pPr>
      <w:r>
        <w:t>☐ D. Not particularly important</w:t>
      </w:r>
    </w:p>
    <w:p>
      <w:r>
        <w:rPr>
          <w:b/>
        </w:rPr>
        <w:t>18. A customer asks a question you cannot answer.</w:t>
      </w:r>
    </w:p>
    <w:p>
      <w:pPr>
        <w:spacing w:after="20"/>
        <w:ind w:left="288"/>
      </w:pPr>
      <w:r>
        <w:t>☐ A. Be honest, find verified information or the right specialist, then respond</w:t>
      </w:r>
    </w:p>
    <w:p>
      <w:pPr>
        <w:spacing w:after="20"/>
        <w:ind w:left="288"/>
      </w:pPr>
      <w:r>
        <w:t>☐ B. Ask a knowledgeable colleague</w:t>
      </w:r>
    </w:p>
    <w:p>
      <w:pPr>
        <w:spacing w:after="20"/>
        <w:ind w:left="288"/>
      </w:pPr>
      <w:r>
        <w:t>☐ C. Give my best guess</w:t>
      </w:r>
    </w:p>
    <w:p>
      <w:pPr>
        <w:spacing w:after="20"/>
        <w:ind w:left="288"/>
      </w:pPr>
      <w:r>
        <w:t>☐ D. Say something confident to secure the sale</w:t>
      </w:r>
    </w:p>
    <w:p>
      <w:r>
        <w:rPr>
          <w:b/>
        </w:rPr>
        <w:t>19. How would you feel about working across a shop, website and social media?</w:t>
      </w:r>
    </w:p>
    <w:p>
      <w:pPr>
        <w:spacing w:after="20"/>
        <w:ind w:left="288"/>
      </w:pPr>
      <w:r>
        <w:t>☐ A. I would enjoy creating a consistent, helpful customer experience across each channel</w:t>
      </w:r>
    </w:p>
    <w:p>
      <w:pPr>
        <w:spacing w:after="20"/>
        <w:ind w:left="288"/>
      </w:pPr>
      <w:r>
        <w:t>☐ B. I could develop those skills</w:t>
      </w:r>
    </w:p>
    <w:p>
      <w:pPr>
        <w:spacing w:after="20"/>
        <w:ind w:left="288"/>
      </w:pPr>
      <w:r>
        <w:t>☐ C. I would prefer only arranging displays</w:t>
      </w:r>
    </w:p>
    <w:p>
      <w:pPr>
        <w:spacing w:after="20"/>
        <w:ind w:left="288"/>
      </w:pPr>
      <w:r>
        <w:t>☐ D. I dislike digital systems</w:t>
      </w:r>
    </w:p>
    <w:p>
      <w:r>
        <w:rPr>
          <w:b/>
        </w:rPr>
        <w:t>20. A competitor sells an item more cheaply.</w:t>
      </w:r>
    </w:p>
    <w:p>
      <w:pPr>
        <w:spacing w:after="20"/>
        <w:ind w:left="288"/>
      </w:pPr>
      <w:r>
        <w:t>☐ A. Explain value honestly and review pricing without criticising the competitor</w:t>
      </w:r>
    </w:p>
    <w:p>
      <w:pPr>
        <w:spacing w:after="20"/>
        <w:ind w:left="288"/>
      </w:pPr>
      <w:r>
        <w:t>☐ B. Ask the manager whether a price policy applies</w:t>
      </w:r>
    </w:p>
    <w:p>
      <w:pPr>
        <w:spacing w:after="20"/>
        <w:ind w:left="288"/>
      </w:pPr>
      <w:r>
        <w:t>☐ C. Make false claims about the competitor</w:t>
      </w:r>
    </w:p>
    <w:p>
      <w:pPr>
        <w:spacing w:after="20"/>
        <w:ind w:left="288"/>
      </w:pPr>
      <w:r>
        <w:t>☐ D. Promise a discount I cannot authorise</w:t>
      </w:r>
    </w:p>
    <w:p>
      <w:r>
        <w:rPr>
          <w:b/>
        </w:rPr>
        <w:t>21. You are tired, but the closing stock and cash checks remain.</w:t>
      </w:r>
    </w:p>
    <w:p>
      <w:pPr>
        <w:spacing w:after="20"/>
        <w:ind w:left="288"/>
      </w:pPr>
      <w:r>
        <w:t>☐ A. Follow the process carefully and arrange an authorised second check if needed</w:t>
      </w:r>
    </w:p>
    <w:p>
      <w:pPr>
        <w:spacing w:after="20"/>
        <w:ind w:left="288"/>
      </w:pPr>
      <w:r>
        <w:t>☐ B. Slow down and verify each essential figure</w:t>
      </w:r>
    </w:p>
    <w:p>
      <w:pPr>
        <w:spacing w:after="20"/>
        <w:ind w:left="288"/>
      </w:pPr>
      <w:r>
        <w:t>☐ C. Estimate anything that does not balance</w:t>
      </w:r>
    </w:p>
    <w:p>
      <w:pPr>
        <w:spacing w:after="20"/>
        <w:ind w:left="288"/>
      </w:pPr>
      <w:r>
        <w:t>☐ D. Leave it for tomorrow without recording it</w:t>
      </w:r>
    </w:p>
    <w:p>
      <w:r>
        <w:rPr>
          <w:b/>
        </w:rPr>
        <w:t>22. Which description sounds MOST like you?</w:t>
      </w:r>
    </w:p>
    <w:p>
      <w:pPr>
        <w:spacing w:after="20"/>
        <w:ind w:left="288"/>
      </w:pPr>
      <w:r>
        <w:t>☐ A. Helpful, commercially aware, accurate, trustworthy and keen to learn</w:t>
      </w:r>
    </w:p>
    <w:p>
      <w:pPr>
        <w:spacing w:after="20"/>
        <w:ind w:left="288"/>
      </w:pPr>
      <w:r>
        <w:t>☐ B. Friendly, organised and comfortable solving problems</w:t>
      </w:r>
    </w:p>
    <w:p>
      <w:pPr>
        <w:spacing w:after="20"/>
        <w:ind w:left="288"/>
      </w:pPr>
      <w:r>
        <w:t>☐ C. Mainly interested in products and discounts</w:t>
      </w:r>
    </w:p>
    <w:p>
      <w:pPr>
        <w:spacing w:after="20"/>
        <w:ind w:left="288"/>
      </w:pPr>
      <w:r>
        <w:t>☐ D. I prefer work with fewer customers and systems</w:t>
      </w:r>
    </w:p>
    <w:p>
      <w:r>
        <w:rPr>
          <w:b/>
        </w:rPr>
        <w:t>23. Ten years into your career, what would make you proudest?</w:t>
      </w:r>
    </w:p>
    <w:p>
      <w:pPr>
        <w:spacing w:after="20"/>
        <w:ind w:left="288"/>
      </w:pPr>
      <w:r>
        <w:t>☐ A. Building a respected retail business known for knowledge, service and integrity</w:t>
      </w:r>
    </w:p>
    <w:p>
      <w:pPr>
        <w:spacing w:after="20"/>
        <w:ind w:left="288"/>
      </w:pPr>
      <w:r>
        <w:t>☐ B. Leading a successful store, buying team or ecommerce operation</w:t>
      </w:r>
    </w:p>
    <w:p>
      <w:pPr>
        <w:spacing w:after="20"/>
        <w:ind w:left="288"/>
      </w:pPr>
      <w:r>
        <w:t>☐ C. Working for a famous brand</w:t>
      </w:r>
    </w:p>
    <w:p>
      <w:pPr>
        <w:spacing w:after="20"/>
        <w:ind w:left="288"/>
      </w:pPr>
      <w:r>
        <w:t>☐ D. Having a large follower count</w:t>
      </w:r>
    </w:p>
    <w:p>
      <w:r>
        <w:rPr>
          <w:b/>
        </w:rPr>
        <w:t>24. Which statement sounds MOST like you?</w:t>
      </w:r>
    </w:p>
    <w:p>
      <w:pPr>
        <w:spacing w:after="20"/>
        <w:ind w:left="288"/>
      </w:pPr>
      <w:r>
        <w:t>☐ A. I would enjoy combining horses, people, products and business</w:t>
      </w:r>
    </w:p>
    <w:p>
      <w:pPr>
        <w:spacing w:after="20"/>
        <w:ind w:left="288"/>
      </w:pPr>
      <w:r>
        <w:t>☐ B. I love equestrian products and would work hard to develop retail expertise</w:t>
      </w:r>
    </w:p>
    <w:p>
      <w:pPr>
        <w:spacing w:after="20"/>
        <w:ind w:left="288"/>
      </w:pPr>
      <w:r>
        <w:t>☐ C. Retail interests me, but I am unsure about targets and complaints</w:t>
      </w:r>
    </w:p>
    <w:p>
      <w:pPr>
        <w:spacing w:after="20"/>
        <w:ind w:left="288"/>
      </w:pPr>
      <w:r>
        <w:t>☐ D. I would prefer a career with less customer contact and stock control</w:t>
      </w:r>
    </w:p>
    <w:p>
      <w:r>
        <w:br w:type="page"/>
      </w:r>
    </w:p>
    <w:p>
      <w:pPr>
        <w:jc w:val="center"/>
      </w:pPr>
      <w:r>
        <w:rPr>
          <w:b/>
          <w:sz w:val="36"/>
        </w:rPr>
        <w:t>Your EquiPeeps Equestrian Retail Match</w:t>
      </w:r>
    </w:p>
    <w:p>
      <w:r>
        <w:t>Behind-the-scenes scoring: A = 3 points, B = 2 points, C = 1 point, D = 0 points. Maximum score: 72. Keep this scoring hidden from teenagers on the website.</w:t>
      </w:r>
    </w:p>
    <w:p>
      <w:r>
        <w:rPr>
          <w:b/>
        </w:rPr>
        <w:t>55-72 - Equestrian retail is worth exploring closely</w:t>
      </w:r>
    </w:p>
    <w:p>
      <w:r>
        <w:t>Your answers suggest you may have a strong combination of communication, organisation, commercial awareness, product curiosity and integrity. You also appear to understand that excellent retail is not about pushing a sale: it is about solving problems, protecting trust and serving customers responsibly.</w:t>
      </w:r>
    </w:p>
    <w:p>
      <w:r>
        <w:rPr>
          <w:b/>
        </w:rPr>
        <w:t>38-54 - There's plenty here worth exploring</w:t>
      </w:r>
    </w:p>
    <w:p>
      <w:r>
        <w:t>Several aspects of equestrian retail seem to suit you. Gaining supervised experience in a reputable shop, ecommerce business or trade stand would help you discover whether customer service, buying, merchandising, marketing or management fits you best.</w:t>
      </w:r>
    </w:p>
    <w:p>
      <w:r>
        <w:rPr>
          <w:b/>
        </w:rPr>
        <w:t>20-37 - Another equestrian business career may suit you differently</w:t>
      </w:r>
    </w:p>
    <w:p>
      <w:r>
        <w:t>You may enjoy equestrian products without wanting the customer contact, targets, detailed stock work or commercial responsibility involved in retail. Explore manufacturing, design, photography, marketing, administration or another industry role.</w:t>
      </w:r>
    </w:p>
    <w:p>
      <w:r>
        <w:rPr>
          <w:b/>
        </w:rPr>
        <w:t>0-19 - Let's explore!</w:t>
      </w:r>
    </w:p>
    <w:p>
      <w:r>
        <w:t>Equestrian retail may not currently match your interests or preferred working style. Your strengths could lead to an exciting and valuable career elsewhere in the equestrian industry.</w:t>
      </w:r>
    </w:p>
    <w:p>
      <w:r>
        <w:rPr>
          <w:b/>
        </w:rPr>
        <w:t>One Important Question - Can you protect trust when a sale is at stake?</w:t>
      </w:r>
    </w:p>
    <w:p>
      <w:r>
        <w:t>A professional retailer never invents an answer or recommends an unsuitable product simply to meet a target. They understand their products, recognise the limits of their expertise, refer specialist questions appropriately, communicate honestly and treat every customer relationship as more valuable than one quick transaction.</w:t>
      </w:r>
    </w:p>
    <w:p>
      <w:r>
        <w:rPr>
          <w:b/>
        </w:rPr>
        <w:t>Your EquiPeeps Challenge</w:t>
      </w:r>
    </w:p>
    <w:p>
      <w:r>
        <w:t>Visit a reputable equestrian shop or study its website with an adult. Choose one product category and compare three items by purpose, customer, features, price and information provided. Design a clear display or webpage plan that helps customers compare them honestly. Add three questions staff should ask before recommending a product and identify anything that requires specialist fitting or professional advice.</w:t>
      </w:r>
    </w:p>
    <w:p>
      <w:r>
        <w:rPr>
          <w:b/>
        </w:rPr>
        <w:t>What would I actually do?</w:t>
      </w:r>
    </w:p>
    <w:p>
      <w:r>
        <w:t>An equestrian retail professional may advise customers, process sales and returns, receive deliveries, manage stock, create displays, maintain product information, fulfil online orders, answer messages, support marketing and analyse sales. Senior roles can include buying, supplier negotiation, pricing, staffing, budgeting, ecommerce, events and business strategy. Duties vary between independent shops, large chains, online retailers and brands.</w:t>
      </w:r>
    </w:p>
    <w:p>
      <w:r>
        <w:rPr>
          <w:b/>
        </w:rPr>
        <w:t>How do I qualify?</w:t>
      </w:r>
    </w:p>
    <w:p>
      <w:r>
        <w:t>There is no single route. Retail, customer-service, business, marketing, digital and equine apprenticeships or courses can all be useful, alongside supervised work experience. Product training, accurate horse knowledge and strong communication are important. Specialist fitting or safety-critical advice may require additional recognised training and insurance. Always check current role and employer requirements.</w:t>
      </w:r>
    </w:p>
    <w:p>
      <w:r>
        <w:rPr>
          <w:b/>
        </w:rPr>
        <w:t>What subjects should I consider?</w:t>
      </w:r>
    </w:p>
    <w:p>
      <w:r>
        <w:t>Business and maths help with pricing, profit, budgets, stock and sales analysis. English supports clear advice, product descriptions and customer communication. Information technology is essential for tills, ecommerce and stock systems. Media and design help with promotion and displays, while biology and practical horse knowledge support responsible product conversations.</w:t>
      </w:r>
    </w:p>
    <w:p>
      <w:r>
        <w:rPr>
          <w:b/>
        </w:rPr>
        <w:t>Could I train abroad? 🌍</w:t>
      </w:r>
    </w:p>
    <w:p>
      <w:r>
        <w:t>Potentially, yes. Equestrian retailers, manufacturers, trade shows and brands operate internationally. Opportunities may include buying, ecommerce, exports, brand representation and event sales. Employment rules, visas, consumer law, taxes, product standards and insurance vary between countries, so choose reputable employers and research each market carefully.</w:t>
      </w:r>
    </w:p>
    <w:p>
      <w:r>
        <w:rPr>
          <w:b/>
        </w:rPr>
        <w:t>Where could this career take me?</w:t>
      </w:r>
    </w:p>
    <w:p>
      <w:r>
        <w:t>You could work in an independent tack shop, online retailer, major equestrian chain, brand showroom, event trade stand, wholesaler, distributor or manufacturer. With experience, you might become a store manager, buyer, merchandiser, ecommerce manager, area manager, brand representative, commercial director or founder of your own retail business.</w:t>
      </w:r>
    </w:p>
    <w:p>
      <w:r>
        <w:rPr>
          <w:b/>
        </w:rPr>
        <w:t>EquiPeeps Professional Lesson</w:t>
      </w:r>
    </w:p>
    <w:p>
      <w:r>
        <w:t>A professional equestrian retailer does not simply know what is fashionable. A professional listens, asks the right questions, understands the product, explains choices honestly, manages stock and money accurately, solves problems calmly and builds a business customers choose to return to.</w:t>
      </w:r>
    </w:p>
    <w:p>
      <w:r>
        <w:t>This is a career discovery activity, not a professional psychometric or aptitude assessment. It cannot tell you whether you can or cannot build a career in Equestrian Retail.</w:t>
      </w:r>
    </w:p>
    <w:p>
      <w:pPr>
        <w:jc w:val="center"/>
      </w:pPr>
      <w:r>
        <w:rPr>
          <w:b/>
          <w:sz w:val="26"/>
        </w:rPr>
        <w:t>🌍 YOUR PASSION CAN TAKE YOU ANYWHERE</w:t>
      </w:r>
    </w:p>
    <w:p>
      <w:pPr>
        <w:jc w:val="center"/>
      </w:pPr>
      <w:r>
        <w:t>Learn here. Train abroad. Bring your skills home. Or take your equestrian career around the world.</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EquiPeeps Equestrian Retail Career Match</dc:title>
  <dc:subject>Career discovery activity for aspiring equestrian retail professionals</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