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28"/>
        </w:rPr>
        <w:t>Could this be your career?</w:t>
      </w:r>
    </w:p>
    <w:p>
      <w:pPr>
        <w:jc w:val="center"/>
      </w:pPr>
      <w:r>
        <w:rPr>
          <w:b/>
          <w:sz w:val="36"/>
        </w:rPr>
        <w:t>Yard Manager</w:t>
      </w:r>
    </w:p>
    <w:p>
      <w:r>
        <w:t>A career in yard management combines horse welfare, leadership, organisation, communication, safety and business awareness. A good yard manager sets high standards, supports the team and makes calm decisions so that every horse receives consistent care.</w:t>
      </w:r>
    </w:p>
    <w:p>
      <w:r>
        <w:rPr>
          <w:b/>
        </w:rPr>
        <w:t>There are no right or wrong answers. Choose the answer that sounds MOST like you.</w:t>
      </w:r>
    </w:p>
    <w:p>
      <w:r>
        <w:rPr>
          <w:b/>
        </w:rPr>
        <w:t>1. How interested are you in organising the care of several horses?</w:t>
      </w:r>
    </w:p>
    <w:p>
      <w:pPr>
        <w:spacing w:after="20"/>
        <w:ind w:left="288"/>
      </w:pPr>
      <w:r>
        <w:t>☐ A. Very — I would enjoy planning routines and checking every horse's needs</w:t>
      </w:r>
    </w:p>
    <w:p>
      <w:pPr>
        <w:spacing w:after="20"/>
        <w:ind w:left="288"/>
      </w:pPr>
      <w:r>
        <w:t>☐ B. Fairly interested</w:t>
      </w:r>
    </w:p>
    <w:p>
      <w:pPr>
        <w:spacing w:after="20"/>
        <w:ind w:left="288"/>
      </w:pPr>
      <w:r>
        <w:t>☐ C. I prefer concentrating on one or two horses</w:t>
      </w:r>
    </w:p>
    <w:p>
      <w:pPr>
        <w:spacing w:after="20"/>
        <w:ind w:left="288"/>
      </w:pPr>
      <w:r>
        <w:t>☐ D. Organisation does not particularly interest me</w:t>
      </w:r>
    </w:p>
    <w:p>
      <w:r>
        <w:rPr>
          <w:b/>
        </w:rPr>
        <w:t>2. Two important jobs need doing at the same time. What would you do?</w:t>
      </w:r>
    </w:p>
    <w:p>
      <w:pPr>
        <w:spacing w:after="20"/>
        <w:ind w:left="288"/>
      </w:pPr>
      <w:r>
        <w:t>☐ A. Prioritise welfare and safety, then delegate clearly</w:t>
      </w:r>
    </w:p>
    <w:p>
      <w:pPr>
        <w:spacing w:after="20"/>
        <w:ind w:left="288"/>
      </w:pPr>
      <w:r>
        <w:t>☐ B. Ask an experienced colleague which should come first</w:t>
      </w:r>
    </w:p>
    <w:p>
      <w:pPr>
        <w:spacing w:after="20"/>
        <w:ind w:left="288"/>
      </w:pPr>
      <w:r>
        <w:t>☐ C. Start the easiest job</w:t>
      </w:r>
    </w:p>
    <w:p>
      <w:pPr>
        <w:spacing w:after="20"/>
        <w:ind w:left="288"/>
      </w:pPr>
      <w:r>
        <w:t>☐ D. Wait until somebody else decides</w:t>
      </w:r>
    </w:p>
    <w:p>
      <w:r>
        <w:rPr>
          <w:b/>
        </w:rPr>
        <w:t>3. How do you feel about leading people with different levels of experience?</w:t>
      </w:r>
    </w:p>
    <w:p>
      <w:pPr>
        <w:spacing w:after="20"/>
        <w:ind w:left="288"/>
      </w:pPr>
      <w:r>
        <w:t>☐ A. I would enjoy helping each person work safely and confidently</w:t>
      </w:r>
    </w:p>
    <w:p>
      <w:pPr>
        <w:spacing w:after="20"/>
        <w:ind w:left="288"/>
      </w:pPr>
      <w:r>
        <w:t>☐ B. I would try with guidance</w:t>
      </w:r>
    </w:p>
    <w:p>
      <w:pPr>
        <w:spacing w:after="20"/>
        <w:ind w:left="288"/>
      </w:pPr>
      <w:r>
        <w:t>☐ C. I would rather work independently</w:t>
      </w:r>
    </w:p>
    <w:p>
      <w:pPr>
        <w:spacing w:after="20"/>
        <w:ind w:left="288"/>
      </w:pPr>
      <w:r>
        <w:t>☐ D. I would dislike managing other people</w:t>
      </w:r>
    </w:p>
    <w:p>
      <w:r>
        <w:rPr>
          <w:b/>
        </w:rPr>
        <w:t>4. A normally bright horse seems quieter than usual.</w:t>
      </w:r>
    </w:p>
    <w:p>
      <w:pPr>
        <w:spacing w:after="20"/>
        <w:ind w:left="288"/>
      </w:pPr>
      <w:r>
        <w:t>☐ A. Check the horse, record observations and take appropriate action promptly</w:t>
      </w:r>
    </w:p>
    <w:p>
      <w:pPr>
        <w:spacing w:after="20"/>
        <w:ind w:left="288"/>
      </w:pPr>
      <w:r>
        <w:t>☐ B. Ask another experienced person to look</w:t>
      </w:r>
    </w:p>
    <w:p>
      <w:pPr>
        <w:spacing w:after="20"/>
        <w:ind w:left="288"/>
      </w:pPr>
      <w:r>
        <w:t>☐ C. Wait until the next feed to see whether it improves</w:t>
      </w:r>
    </w:p>
    <w:p>
      <w:pPr>
        <w:spacing w:after="20"/>
        <w:ind w:left="288"/>
      </w:pPr>
      <w:r>
        <w:t>☐ D. Ignore it unless the horse stops eating</w:t>
      </w:r>
    </w:p>
    <w:p>
      <w:r>
        <w:rPr>
          <w:b/>
        </w:rPr>
        <w:t>5. Which school subjects sound most useful to you?</w:t>
      </w:r>
    </w:p>
    <w:p>
      <w:pPr>
        <w:spacing w:after="20"/>
        <w:ind w:left="288"/>
      </w:pPr>
      <w:r>
        <w:t>☐ A. Biology, business and maths</w:t>
      </w:r>
    </w:p>
    <w:p>
      <w:pPr>
        <w:spacing w:after="20"/>
        <w:ind w:left="288"/>
      </w:pPr>
      <w:r>
        <w:t>☐ B. English and physical education</w:t>
      </w:r>
    </w:p>
    <w:p>
      <w:pPr>
        <w:spacing w:after="20"/>
        <w:ind w:left="288"/>
      </w:pPr>
      <w:r>
        <w:t>☐ C. Design technology</w:t>
      </w:r>
    </w:p>
    <w:p>
      <w:pPr>
        <w:spacing w:after="20"/>
        <w:ind w:left="288"/>
      </w:pPr>
      <w:r>
        <w:t>☐ D. Art</w:t>
      </w:r>
    </w:p>
    <w:p>
      <w:r>
        <w:rPr>
          <w:b/>
        </w:rPr>
        <w:t>6. A team member repeatedly forgets an important safety procedure.</w:t>
      </w:r>
    </w:p>
    <w:p>
      <w:pPr>
        <w:spacing w:after="20"/>
        <w:ind w:left="288"/>
      </w:pPr>
      <w:r>
        <w:t>☐ A. Speak privately, explain the risk, retrain them and check improvement</w:t>
      </w:r>
    </w:p>
    <w:p>
      <w:pPr>
        <w:spacing w:after="20"/>
        <w:ind w:left="288"/>
      </w:pPr>
      <w:r>
        <w:t>☐ B. Give a clear reminder and monitor them</w:t>
      </w:r>
    </w:p>
    <w:p>
      <w:pPr>
        <w:spacing w:after="20"/>
        <w:ind w:left="288"/>
      </w:pPr>
      <w:r>
        <w:t>☐ C. Correct the mistake myself each time</w:t>
      </w:r>
    </w:p>
    <w:p>
      <w:pPr>
        <w:spacing w:after="20"/>
        <w:ind w:left="288"/>
      </w:pPr>
      <w:r>
        <w:t>☐ D. Tell them off in front of everybody</w:t>
      </w:r>
    </w:p>
    <w:p>
      <w:r>
        <w:rPr>
          <w:b/>
        </w:rPr>
        <w:t>7. How do you feel about rotas, records and checklists?</w:t>
      </w:r>
    </w:p>
    <w:p>
      <w:pPr>
        <w:spacing w:after="20"/>
        <w:ind w:left="288"/>
      </w:pPr>
      <w:r>
        <w:t>☐ A. They help a busy yard stay safe, accountable and consistent</w:t>
      </w:r>
    </w:p>
    <w:p>
      <w:pPr>
        <w:spacing w:after="20"/>
        <w:ind w:left="288"/>
      </w:pPr>
      <w:r>
        <w:t>☐ B. I would use them because they are necessary</w:t>
      </w:r>
    </w:p>
    <w:p>
      <w:pPr>
        <w:spacing w:after="20"/>
        <w:ind w:left="288"/>
      </w:pPr>
      <w:r>
        <w:t>☐ C. I prefer remembering what needs doing</w:t>
      </w:r>
    </w:p>
    <w:p>
      <w:pPr>
        <w:spacing w:after="20"/>
        <w:ind w:left="288"/>
      </w:pPr>
      <w:r>
        <w:t>☐ D. Paperwork does not interest me</w:t>
      </w:r>
    </w:p>
    <w:p>
      <w:r>
        <w:rPr>
          <w:b/>
        </w:rPr>
        <w:t>8. The yard is short-staffed on a very busy morning.</w:t>
      </w:r>
    </w:p>
    <w:p>
      <w:pPr>
        <w:spacing w:after="20"/>
        <w:ind w:left="288"/>
      </w:pPr>
      <w:r>
        <w:t>☐ A. Reprioritise essential work, communicate clearly and support the team</w:t>
      </w:r>
    </w:p>
    <w:p>
      <w:pPr>
        <w:spacing w:after="20"/>
        <w:ind w:left="288"/>
      </w:pPr>
      <w:r>
        <w:t>☐ B. Ask everyone to take on an extra task</w:t>
      </w:r>
    </w:p>
    <w:p>
      <w:pPr>
        <w:spacing w:after="20"/>
        <w:ind w:left="288"/>
      </w:pPr>
      <w:r>
        <w:t>☐ C. Rush through the normal routine</w:t>
      </w:r>
    </w:p>
    <w:p>
      <w:pPr>
        <w:spacing w:after="20"/>
        <w:ind w:left="288"/>
      </w:pPr>
      <w:r>
        <w:t>☐ D. Blame the person who is absent</w:t>
      </w:r>
    </w:p>
    <w:p>
      <w:r>
        <w:rPr>
          <w:b/>
        </w:rPr>
        <w:t>9. How do you feel about continually learning throughout your career?</w:t>
      </w:r>
    </w:p>
    <w:p>
      <w:pPr>
        <w:spacing w:after="20"/>
        <w:ind w:left="288"/>
      </w:pPr>
      <w:r>
        <w:t>☐ A. I would keep updating my welfare, safety, leadership and business knowledge</w:t>
      </w:r>
    </w:p>
    <w:p>
      <w:pPr>
        <w:spacing w:after="20"/>
        <w:ind w:left="288"/>
      </w:pPr>
      <w:r>
        <w:t>☐ B. I would attend regular training</w:t>
      </w:r>
    </w:p>
    <w:p>
      <w:pPr>
        <w:spacing w:after="20"/>
        <w:ind w:left="288"/>
      </w:pPr>
      <w:r>
        <w:t>☐ C. I would rather rely mainly on experience</w:t>
      </w:r>
    </w:p>
    <w:p>
      <w:pPr>
        <w:spacing w:after="20"/>
        <w:ind w:left="288"/>
      </w:pPr>
      <w:r>
        <w:t>☐ D. I do not enjoy training courses</w:t>
      </w:r>
    </w:p>
    <w:p>
      <w:r>
        <w:rPr>
          <w:b/>
        </w:rPr>
        <w:t>10. A client asks for a change that could disrupt a horse's care routine.</w:t>
      </w:r>
    </w:p>
    <w:p>
      <w:pPr>
        <w:spacing w:after="20"/>
        <w:ind w:left="288"/>
      </w:pPr>
      <w:r>
        <w:t>☐ A. Explain the concern and agree a safe, practical alternative</w:t>
      </w:r>
    </w:p>
    <w:p>
      <w:pPr>
        <w:spacing w:after="20"/>
        <w:ind w:left="288"/>
      </w:pPr>
      <w:r>
        <w:t>☐ B. Discuss it with the horse's usual carer</w:t>
      </w:r>
    </w:p>
    <w:p>
      <w:pPr>
        <w:spacing w:after="20"/>
        <w:ind w:left="288"/>
      </w:pPr>
      <w:r>
        <w:t>☐ C. Make the change because the client requested it</w:t>
      </w:r>
    </w:p>
    <w:p>
      <w:pPr>
        <w:spacing w:after="20"/>
        <w:ind w:left="288"/>
      </w:pPr>
      <w:r>
        <w:t>☐ D. Agree without telling the team</w:t>
      </w:r>
    </w:p>
    <w:p>
      <w:r>
        <w:rPr>
          <w:b/>
        </w:rPr>
        <w:t>11. Which part of yard management sounds most interesting?</w:t>
      </w:r>
    </w:p>
    <w:p>
      <w:pPr>
        <w:spacing w:after="20"/>
        <w:ind w:left="288"/>
      </w:pPr>
      <w:r>
        <w:t>☐ A. Creating a safe, organised yard where horses and people can thrive</w:t>
      </w:r>
    </w:p>
    <w:p>
      <w:pPr>
        <w:spacing w:after="20"/>
        <w:ind w:left="288"/>
      </w:pPr>
      <w:r>
        <w:t>☐ B. Supervising horse care and staff</w:t>
      </w:r>
    </w:p>
    <w:p>
      <w:pPr>
        <w:spacing w:after="20"/>
        <w:ind w:left="288"/>
      </w:pPr>
      <w:r>
        <w:t>☐ C. Planning shows, deliveries and appointments</w:t>
      </w:r>
    </w:p>
    <w:p>
      <w:pPr>
        <w:spacing w:after="20"/>
        <w:ind w:left="288"/>
      </w:pPr>
      <w:r>
        <w:t>☐ D. Being in charge</w:t>
      </w:r>
    </w:p>
    <w:p>
      <w:r>
        <w:rPr>
          <w:b/>
        </w:rPr>
        <w:t>12. You are asked to handle a situation beyond your experience.</w:t>
      </w:r>
    </w:p>
    <w:p>
      <w:pPr>
        <w:spacing w:after="20"/>
        <w:ind w:left="288"/>
      </w:pPr>
      <w:r>
        <w:t>☐ A. Protect safety, seek qualified help and work within my competence</w:t>
      </w:r>
    </w:p>
    <w:p>
      <w:pPr>
        <w:spacing w:after="20"/>
        <w:ind w:left="288"/>
      </w:pPr>
      <w:r>
        <w:t>☐ B. Ask an experienced manager for guidance</w:t>
      </w:r>
    </w:p>
    <w:p>
      <w:pPr>
        <w:spacing w:after="20"/>
        <w:ind w:left="288"/>
      </w:pPr>
      <w:r>
        <w:t>☐ C. Make the best decision I can alone</w:t>
      </w:r>
    </w:p>
    <w:p>
      <w:pPr>
        <w:spacing w:after="20"/>
        <w:ind w:left="288"/>
      </w:pPr>
      <w:r>
        <w:t>☐ D. Pretend I know so the team remains confident</w:t>
      </w:r>
    </w:p>
    <w:p>
      <w:r>
        <w:rPr>
          <w:b/>
        </w:rPr>
        <w:t>13. A horse becomes difficult to handle unexpectedly.</w:t>
      </w:r>
    </w:p>
    <w:p>
      <w:pPr>
        <w:spacing w:after="20"/>
        <w:ind w:left="288"/>
      </w:pPr>
      <w:r>
        <w:t>☐ A. Restore safety, consider pain or fear and arrange appropriate assessment</w:t>
      </w:r>
    </w:p>
    <w:p>
      <w:pPr>
        <w:spacing w:after="20"/>
        <w:ind w:left="288"/>
      </w:pPr>
      <w:r>
        <w:t>☐ B. Ask an experienced handler to help</w:t>
      </w:r>
    </w:p>
    <w:p>
      <w:pPr>
        <w:spacing w:after="20"/>
        <w:ind w:left="288"/>
      </w:pPr>
      <w:r>
        <w:t>☐ C. Use firmer handling so the horse behaves</w:t>
      </w:r>
    </w:p>
    <w:p>
      <w:pPr>
        <w:spacing w:after="20"/>
        <w:ind w:left="288"/>
      </w:pPr>
      <w:r>
        <w:t>☐ D. Make the horse carry on regardless</w:t>
      </w:r>
    </w:p>
    <w:p>
      <w:r>
        <w:rPr>
          <w:b/>
        </w:rPr>
        <w:t>14. How do you feel about managing feed, bedding and other supplies?</w:t>
      </w:r>
    </w:p>
    <w:p>
      <w:pPr>
        <w:spacing w:after="20"/>
        <w:ind w:left="288"/>
      </w:pPr>
      <w:r>
        <w:t>☐ A. Stock control and forward planning are essential to reliable horse care</w:t>
      </w:r>
    </w:p>
    <w:p>
      <w:pPr>
        <w:spacing w:after="20"/>
        <w:ind w:left="288"/>
      </w:pPr>
      <w:r>
        <w:t>☐ B. I would keep basic records and reorder regularly</w:t>
      </w:r>
    </w:p>
    <w:p>
      <w:pPr>
        <w:spacing w:after="20"/>
        <w:ind w:left="288"/>
      </w:pPr>
      <w:r>
        <w:t>☐ C. I would ask somebody else to monitor stock</w:t>
      </w:r>
    </w:p>
    <w:p>
      <w:pPr>
        <w:spacing w:after="20"/>
        <w:ind w:left="288"/>
      </w:pPr>
      <w:r>
        <w:t>☐ D. I would order things only when they run out</w:t>
      </w:r>
    </w:p>
    <w:p>
      <w:r>
        <w:rPr>
          <w:b/>
        </w:rPr>
        <w:t>15. Two team members disagree about how a task should be done.</w:t>
      </w:r>
    </w:p>
    <w:p>
      <w:pPr>
        <w:spacing w:after="20"/>
        <w:ind w:left="288"/>
      </w:pPr>
      <w:r>
        <w:t>☐ A. Listen, check the correct procedure and give a clear fair decision</w:t>
      </w:r>
    </w:p>
    <w:p>
      <w:pPr>
        <w:spacing w:after="20"/>
        <w:ind w:left="288"/>
      </w:pPr>
      <w:r>
        <w:t>☐ B. Ask a senior colleague to help resolve it</w:t>
      </w:r>
    </w:p>
    <w:p>
      <w:pPr>
        <w:spacing w:after="20"/>
        <w:ind w:left="288"/>
      </w:pPr>
      <w:r>
        <w:t>☐ C. Let them decide between themselves</w:t>
      </w:r>
    </w:p>
    <w:p>
      <w:pPr>
        <w:spacing w:after="20"/>
        <w:ind w:left="288"/>
      </w:pPr>
      <w:r>
        <w:t>☐ D. Support the person I know best</w:t>
      </w:r>
    </w:p>
    <w:p>
      <w:r>
        <w:rPr>
          <w:b/>
        </w:rPr>
        <w:t>16. You notice a possible hazard in the yard.</w:t>
      </w:r>
    </w:p>
    <w:p>
      <w:pPr>
        <w:spacing w:after="20"/>
        <w:ind w:left="288"/>
      </w:pPr>
      <w:r>
        <w:t>☐ A. Control the immediate risk, report it and arrange a proper solution</w:t>
      </w:r>
    </w:p>
    <w:p>
      <w:pPr>
        <w:spacing w:after="20"/>
        <w:ind w:left="288"/>
      </w:pPr>
      <w:r>
        <w:t>☐ B. Warn everyone and deal with it soon</w:t>
      </w:r>
    </w:p>
    <w:p>
      <w:pPr>
        <w:spacing w:after="20"/>
        <w:ind w:left="288"/>
      </w:pPr>
      <w:r>
        <w:t>☐ C. Put up a quick warning and carry on</w:t>
      </w:r>
    </w:p>
    <w:p>
      <w:pPr>
        <w:spacing w:after="20"/>
        <w:ind w:left="288"/>
      </w:pPr>
      <w:r>
        <w:t>☐ D. Leave it unless somebody complains</w:t>
      </w:r>
    </w:p>
    <w:p>
      <w:r>
        <w:rPr>
          <w:b/>
        </w:rPr>
        <w:t>17. How important is attention to detail in this career?</w:t>
      </w:r>
    </w:p>
    <w:p>
      <w:pPr>
        <w:spacing w:after="20"/>
        <w:ind w:left="288"/>
      </w:pPr>
      <w:r>
        <w:t>☐ A. Essential — small changes can affect welfare, safety and yard standards</w:t>
      </w:r>
    </w:p>
    <w:p>
      <w:pPr>
        <w:spacing w:after="20"/>
        <w:ind w:left="288"/>
      </w:pPr>
      <w:r>
        <w:t>☐ B. Very important</w:t>
      </w:r>
    </w:p>
    <w:p>
      <w:pPr>
        <w:spacing w:after="20"/>
        <w:ind w:left="288"/>
      </w:pPr>
      <w:r>
        <w:t>☐ C. Probably useful</w:t>
      </w:r>
    </w:p>
    <w:p>
      <w:pPr>
        <w:spacing w:after="20"/>
        <w:ind w:left="288"/>
      </w:pPr>
      <w:r>
        <w:t>☐ D. Not particularly important</w:t>
      </w:r>
    </w:p>
    <w:p>
      <w:r>
        <w:rPr>
          <w:b/>
        </w:rPr>
        <w:t>18. An owner asks a question you cannot answer.</w:t>
      </w:r>
    </w:p>
    <w:p>
      <w:pPr>
        <w:spacing w:after="20"/>
        <w:ind w:left="288"/>
      </w:pPr>
      <w:r>
        <w:t>☐ A. Be honest, find reliable information or involve the right professional</w:t>
      </w:r>
    </w:p>
    <w:p>
      <w:pPr>
        <w:spacing w:after="20"/>
        <w:ind w:left="288"/>
      </w:pPr>
      <w:r>
        <w:t>☐ B. Ask a more experienced colleague later</w:t>
      </w:r>
    </w:p>
    <w:p>
      <w:pPr>
        <w:spacing w:after="20"/>
        <w:ind w:left="288"/>
      </w:pPr>
      <w:r>
        <w:t>☐ C. Give my best guess</w:t>
      </w:r>
    </w:p>
    <w:p>
      <w:pPr>
        <w:spacing w:after="20"/>
        <w:ind w:left="288"/>
      </w:pPr>
      <w:r>
        <w:t>☐ D. Say something confident so they trust me</w:t>
      </w:r>
    </w:p>
    <w:p>
      <w:r>
        <w:rPr>
          <w:b/>
        </w:rPr>
        <w:t>19. How would you feel about early starts, weekends and changing priorities?</w:t>
      </w:r>
    </w:p>
    <w:p>
      <w:pPr>
        <w:spacing w:after="20"/>
        <w:ind w:left="288"/>
      </w:pPr>
      <w:r>
        <w:t>☐ A. I would plan carefully and stay flexible because horses need daily care</w:t>
      </w:r>
    </w:p>
    <w:p>
      <w:pPr>
        <w:spacing w:after="20"/>
        <w:ind w:left="288"/>
      </w:pPr>
      <w:r>
        <w:t>☐ B. I could manage them with a good rota</w:t>
      </w:r>
    </w:p>
    <w:p>
      <w:pPr>
        <w:spacing w:after="20"/>
        <w:ind w:left="288"/>
      </w:pPr>
      <w:r>
        <w:t>☐ C. I would prefer predictable weekday hours</w:t>
      </w:r>
    </w:p>
    <w:p>
      <w:pPr>
        <w:spacing w:after="20"/>
        <w:ind w:left="288"/>
      </w:pPr>
      <w:r>
        <w:t>☐ D. I would dislike that lifestyle</w:t>
      </w:r>
    </w:p>
    <w:p>
      <w:r>
        <w:rPr>
          <w:b/>
        </w:rPr>
        <w:t>20. A vet or farrier gives instructions that affect the yard routine.</w:t>
      </w:r>
    </w:p>
    <w:p>
      <w:pPr>
        <w:spacing w:after="20"/>
        <w:ind w:left="288"/>
      </w:pPr>
      <w:r>
        <w:t>☐ A. Record them accurately, brief the team and check they are followed</w:t>
      </w:r>
    </w:p>
    <w:p>
      <w:pPr>
        <w:spacing w:after="20"/>
        <w:ind w:left="288"/>
      </w:pPr>
      <w:r>
        <w:t>☐ B. Tell the horse's usual carer</w:t>
      </w:r>
    </w:p>
    <w:p>
      <w:pPr>
        <w:spacing w:after="20"/>
        <w:ind w:left="288"/>
      </w:pPr>
      <w:r>
        <w:t>☐ C. Leave a note and assume it will be done</w:t>
      </w:r>
    </w:p>
    <w:p>
      <w:pPr>
        <w:spacing w:after="20"/>
        <w:ind w:left="288"/>
      </w:pPr>
      <w:r>
        <w:t>☐ D. Continue with the normal routine</w:t>
      </w:r>
    </w:p>
    <w:p>
      <w:r>
        <w:rPr>
          <w:b/>
        </w:rPr>
        <w:t>21. You are tired, but a serious yard problem develops.</w:t>
      </w:r>
    </w:p>
    <w:p>
      <w:pPr>
        <w:spacing w:after="20"/>
        <w:ind w:left="288"/>
      </w:pPr>
      <w:r>
        <w:t>☐ A. Stay calm, make the area safe, delegate and follow the emergency plan</w:t>
      </w:r>
    </w:p>
    <w:p>
      <w:pPr>
        <w:spacing w:after="20"/>
        <w:ind w:left="288"/>
      </w:pPr>
      <w:r>
        <w:t>☐ B. Ask the most experienced person available to help</w:t>
      </w:r>
    </w:p>
    <w:p>
      <w:pPr>
        <w:spacing w:after="20"/>
        <w:ind w:left="288"/>
      </w:pPr>
      <w:r>
        <w:t>☐ C. Deal with it alone as quickly as possible</w:t>
      </w:r>
    </w:p>
    <w:p>
      <w:pPr>
        <w:spacing w:after="20"/>
        <w:ind w:left="288"/>
      </w:pPr>
      <w:r>
        <w:t>☐ D. Leave it for the next shift</w:t>
      </w:r>
    </w:p>
    <w:p>
      <w:r>
        <w:rPr>
          <w:b/>
        </w:rPr>
        <w:t>22. Which description sounds MOST like you?</w:t>
      </w:r>
    </w:p>
    <w:p>
      <w:pPr>
        <w:spacing w:after="20"/>
        <w:ind w:left="288"/>
      </w:pPr>
      <w:r>
        <w:t>☐ A. Responsible, observant, organised and able to communicate clearly</w:t>
      </w:r>
    </w:p>
    <w:p>
      <w:pPr>
        <w:spacing w:after="20"/>
        <w:ind w:left="288"/>
      </w:pPr>
      <w:r>
        <w:t>☐ B. Practical, reliable and good with horses and people</w:t>
      </w:r>
    </w:p>
    <w:p>
      <w:pPr>
        <w:spacing w:after="20"/>
        <w:ind w:left="288"/>
      </w:pPr>
      <w:r>
        <w:t>☐ C. Mainly interested in hands-on horse care</w:t>
      </w:r>
    </w:p>
    <w:p>
      <w:pPr>
        <w:spacing w:after="20"/>
        <w:ind w:left="288"/>
      </w:pPr>
      <w:r>
        <w:t>☐ D. I would rather not be responsible for a whole yard</w:t>
      </w:r>
    </w:p>
    <w:p>
      <w:r>
        <w:rPr>
          <w:b/>
        </w:rPr>
        <w:t>23. Ten years into your career, what would make you proudest?</w:t>
      </w:r>
    </w:p>
    <w:p>
      <w:pPr>
        <w:spacing w:after="20"/>
        <w:ind w:left="288"/>
      </w:pPr>
      <w:r>
        <w:t>☐ A. Leading a respected yard known for welfare, safety and excellent standards</w:t>
      </w:r>
    </w:p>
    <w:p>
      <w:pPr>
        <w:spacing w:after="20"/>
        <w:ind w:left="288"/>
      </w:pPr>
      <w:r>
        <w:t>☐ B. Managing a successful team and business</w:t>
      </w:r>
    </w:p>
    <w:p>
      <w:pPr>
        <w:spacing w:after="20"/>
        <w:ind w:left="288"/>
      </w:pPr>
      <w:r>
        <w:t>☐ C. Working at a famous yard</w:t>
      </w:r>
    </w:p>
    <w:p>
      <w:pPr>
        <w:spacing w:after="20"/>
        <w:ind w:left="288"/>
      </w:pPr>
      <w:r>
        <w:t>☐ D. Being well known online</w:t>
      </w:r>
    </w:p>
    <w:p>
      <w:r>
        <w:rPr>
          <w:b/>
        </w:rPr>
        <w:t>24. Which statement sounds MOST like you?</w:t>
      </w:r>
    </w:p>
    <w:p>
      <w:pPr>
        <w:spacing w:after="20"/>
        <w:ind w:left="288"/>
      </w:pPr>
      <w:r>
        <w:t>☐ A. I would enjoy combining leadership, welfare, planning and responsibility</w:t>
      </w:r>
    </w:p>
    <w:p>
      <w:pPr>
        <w:spacing w:after="20"/>
        <w:ind w:left="288"/>
      </w:pPr>
      <w:r>
        <w:t>☐ B. I love yard life and would work hard to develop management skills</w:t>
      </w:r>
    </w:p>
    <w:p>
      <w:pPr>
        <w:spacing w:after="20"/>
        <w:ind w:left="288"/>
      </w:pPr>
      <w:r>
        <w:t>☐ C. I love horses but I am unsure about managing staff and operations</w:t>
      </w:r>
    </w:p>
    <w:p>
      <w:pPr>
        <w:spacing w:after="20"/>
        <w:ind w:left="288"/>
      </w:pPr>
      <w:r>
        <w:t>☐ D. I would prefer a role with less responsibility and paperwork</w:t>
      </w:r>
    </w:p>
    <w:p>
      <w:r>
        <w:br w:type="page"/>
      </w:r>
    </w:p>
    <w:p>
      <w:pPr>
        <w:jc w:val="center"/>
      </w:pPr>
      <w:r>
        <w:rPr>
          <w:b/>
          <w:sz w:val="36"/>
        </w:rPr>
        <w:t>Your EquiPeeps Yard Manager Match</w:t>
      </w:r>
    </w:p>
    <w:p>
      <w:r>
        <w:t>Behind-the-scenes scoring: A = 3 points, B = 2 points, C = 1 point, D = 0 points. Maximum score: 72. Keep this scoring hidden from teenagers on the website.</w:t>
      </w:r>
    </w:p>
    <w:p>
      <w:r>
        <w:rPr>
          <w:b/>
        </w:rPr>
        <w:t>55–72 — Yard management is worth exploring closely</w:t>
      </w:r>
    </w:p>
    <w:p>
      <w:r>
        <w:t>Your answers suggest you may have a strong combination of organisation, horsemanship, leadership, observation and professional responsibility. You also appear to understand that consistent welfare and safety standards depend on clear systems and good teamwork.</w:t>
      </w:r>
    </w:p>
    <w:p>
      <w:r>
        <w:rPr>
          <w:b/>
        </w:rPr>
        <w:t>38–54 — There's plenty here worth exploring</w:t>
      </w:r>
    </w:p>
    <w:p>
      <w:r>
        <w:t>Several aspects of yard management seem to suit you. Supervised experience on a well-run yard, recognised training and opportunities to lead small tasks would help you discover whether the responsibility and variety are right for you.</w:t>
      </w:r>
    </w:p>
    <w:p>
      <w:r>
        <w:rPr>
          <w:b/>
        </w:rPr>
        <w:t>20–37 — Another hands-on horse career may suit you differently</w:t>
      </w:r>
    </w:p>
    <w:p>
      <w:r>
        <w:t>You may love practical horse care without wanting responsibility for staff, budgets and the entire yard. Explore grooming, riding, coaching, stud work, equine therapy or another role within the industry.</w:t>
      </w:r>
    </w:p>
    <w:p>
      <w:r>
        <w:rPr>
          <w:b/>
        </w:rPr>
        <w:t>0–19 — Let's explore!</w:t>
      </w:r>
    </w:p>
    <w:p>
      <w:r>
        <w:t>Yard management may not currently match your interests or preferred working style. Your strengths could lead to an exciting and valuable career elsewhere in the equestrian industry.</w:t>
      </w:r>
    </w:p>
    <w:p>
      <w:r>
        <w:rPr>
          <w:b/>
        </w:rPr>
        <w:t>One Important Question — Can you make a calm decision when several people need you at once?</w:t>
      </w:r>
    </w:p>
    <w:p>
      <w:r>
        <w:t>A skilled yard manager keeps the whole operation in view while still noticing individual horses and people. Professionalism means setting clear standards, communicating respectfully, planning ahead, keeping accurate records and acting promptly when welfare or safety is at risk.</w:t>
      </w:r>
    </w:p>
    <w:p>
      <w:r>
        <w:rPr>
          <w:b/>
        </w:rPr>
        <w:t>Your EquiPeeps Challenge</w:t>
      </w:r>
    </w:p>
    <w:p>
      <w:r>
        <w:t>With guidance from an experienced yard manager, investigate: What must be checked during morning rounds? Why are feed, medication and turnout records important? What should an emergency plan include? How can a rota distribute work fairly? Then design a one-day yard plan for six horses, including care tasks, staff responsibilities and three safety checks.</w:t>
      </w:r>
    </w:p>
    <w:p>
      <w:r>
        <w:rPr>
          <w:b/>
        </w:rPr>
        <w:t>What would I actually do?</w:t>
      </w:r>
    </w:p>
    <w:p>
      <w:r>
        <w:t>A yard manager oversees the safe, efficient running of an equestrian yard. The work can include supervising staff, planning rotas, organising daily horse care, monitoring welfare, arranging vet and farrier visits, managing feed and supplies, maintaining records, checking facilities, applying health and safety procedures, communicating with owners and supporting budgets, events or transport. Duties vary with the type and size of yard.</w:t>
      </w:r>
    </w:p>
    <w:p>
      <w:r>
        <w:rPr>
          <w:b/>
        </w:rPr>
        <w:t>How do I qualify?</w:t>
      </w:r>
    </w:p>
    <w:p>
      <w:r>
        <w:t>There is no single route. Many yard managers progress from groom, rider, stud or assistant roles while gaining substantial practical experience. Apprenticeships, college courses and recognised equine qualifications can develop horse care, leadership and business skills. First aid, safeguarding and health and safety training may also be valuable or required for particular workplaces. Always check current entry requirements for the role and setting that interest you.</w:t>
      </w:r>
    </w:p>
    <w:p>
      <w:r>
        <w:rPr>
          <w:b/>
        </w:rPr>
        <w:t>What subjects should I consider?</w:t>
      </w:r>
    </w:p>
    <w:p>
      <w:r>
        <w:t>Biology supports knowledge of health, nutrition and welfare. Maths and business help with budgets, stock, wages and planning. English is important for records, instructions and communication with staff, owners and professionals. Information technology can help with schedules and yard systems. Strong practical horse-care skills are essential.</w:t>
      </w:r>
    </w:p>
    <w:p>
      <w:r>
        <w:rPr>
          <w:b/>
        </w:rPr>
        <w:t>Could I train abroad? 🌍</w:t>
      </w:r>
    </w:p>
    <w:p>
      <w:r>
        <w:t>Potentially, yes. Yards around the world employ experienced managers in competition, racing, breeding, leisure and specialist settings. Employment rules, visas, qualifications, insurance, safeguarding and welfare standards differ between countries. Research opportunities carefully and choose reputable employers with clear terms and safe working practices.</w:t>
      </w:r>
    </w:p>
    <w:p>
      <w:r>
        <w:rPr>
          <w:b/>
        </w:rPr>
        <w:t>Where could this career take me?</w:t>
      </w:r>
    </w:p>
    <w:p>
      <w:r>
        <w:t>You could manage a riding school, livery yard, competition yard, racing yard, stud, rehabilitation centre, equine college or charity yard. With experience, you might become an operations manager, head groom, stud manager, centre manager, event-yard manager, consultant or owner of your own equestrian business.</w:t>
      </w:r>
    </w:p>
    <w:p>
      <w:r>
        <w:rPr>
          <w:b/>
        </w:rPr>
        <w:t>EquiPeeps Professional Lesson</w:t>
      </w:r>
    </w:p>
    <w:p>
      <w:r>
        <w:t>A professional yard manager is not simply the person who gives instructions. A professional creates reliable systems, supports the team, notices problems early, takes responsibility and makes sure excellent horse care continues every day.</w:t>
      </w:r>
    </w:p>
    <w:p>
      <w:r>
        <w:t>This is a career discovery activity, not a professional psychometric or aptitude assessment. It cannot tell you whether you can or cannot become a Yard Manager.</w:t>
      </w:r>
    </w:p>
    <w:p>
      <w:pPr>
        <w:jc w:val="center"/>
      </w:pPr>
      <w:r>
        <w:rPr>
          <w:b/>
          <w:sz w:val="26"/>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EquiPeeps Yard Manager Career Match</dc:title>
  <dc:subject>Career discovery activity for aspiring yard managers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